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264BA31F" w:rsidRPr="00B51899" w:rsidP="115BBA18" w14:paraId="54B7E6C4" w14:textId="103EFDFD">
      <w:pPr>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 xml:space="preserve">Attachment </w:t>
      </w:r>
      <w:r w:rsidRPr="4819E107" w:rsidR="00925045">
        <w:rPr>
          <w:rFonts w:ascii="Times New Roman" w:eastAsia="Times New Roman" w:hAnsi="Times New Roman" w:cs="Times New Roman"/>
          <w:sz w:val="24"/>
          <w:szCs w:val="24"/>
        </w:rPr>
        <w:t>1</w:t>
      </w:r>
      <w:r w:rsidRPr="4819E107">
        <w:rPr>
          <w:rFonts w:ascii="Times New Roman" w:eastAsia="Times New Roman" w:hAnsi="Times New Roman" w:cs="Times New Roman"/>
          <w:sz w:val="24"/>
          <w:szCs w:val="24"/>
        </w:rPr>
        <w:t xml:space="preserve">: </w:t>
      </w:r>
      <w:r w:rsidRPr="4819E107" w:rsidR="006530BB">
        <w:rPr>
          <w:rFonts w:ascii="Times New Roman" w:eastAsia="Times New Roman" w:hAnsi="Times New Roman" w:cs="Times New Roman"/>
          <w:sz w:val="24"/>
          <w:szCs w:val="24"/>
        </w:rPr>
        <w:t>NHIS Redesign: Questions for Cognitive Testing</w:t>
      </w:r>
    </w:p>
    <w:p w:rsidR="006530BB" w:rsidRPr="006530BB" w:rsidP="006530BB" w14:paraId="2309220A" w14:textId="63C1C723">
      <w:pPr>
        <w:spacing w:after="0" w:line="240" w:lineRule="auto"/>
        <w:jc w:val="center"/>
        <w:textAlignment w:val="baseline"/>
        <w:rPr>
          <w:rFonts w:ascii="Segoe UI" w:eastAsia="Times New Roman" w:hAnsi="Segoe UI" w:cs="Segoe UI"/>
          <w:sz w:val="18"/>
          <w:szCs w:val="18"/>
        </w:rPr>
      </w:pPr>
      <w:r w:rsidRPr="006530BB">
        <w:rPr>
          <w:rFonts w:ascii="Times New Roman" w:eastAsia="Times New Roman" w:hAnsi="Times New Roman" w:cs="Times New Roman"/>
          <w:b/>
          <w:bCs/>
          <w:sz w:val="24"/>
          <w:szCs w:val="24"/>
        </w:rPr>
        <w:t>NHIS Redesign: Questions for Cognitive Testing </w:t>
      </w:r>
    </w:p>
    <w:p w:rsidR="006530BB" w:rsidRPr="006530BB" w:rsidP="006530BB" w14:paraId="306B9820"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2AB7C9D6"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b/>
          <w:bCs/>
          <w:i/>
          <w:iCs/>
          <w:sz w:val="24"/>
          <w:szCs w:val="24"/>
        </w:rPr>
        <w:t>Note: NHIS numbering has been preserved. Cognitive testing will proceed through the sections with appropriate skips.</w:t>
      </w:r>
      <w:r w:rsidRPr="006530BB">
        <w:rPr>
          <w:rFonts w:ascii="Times New Roman" w:eastAsia="Times New Roman" w:hAnsi="Times New Roman" w:cs="Times New Roman"/>
          <w:sz w:val="24"/>
          <w:szCs w:val="24"/>
        </w:rPr>
        <w:t> </w:t>
      </w:r>
    </w:p>
    <w:p w:rsidR="006530BB" w:rsidRPr="006530BB" w:rsidP="006530BB" w14:paraId="67C6D1C9" w14:textId="0914E075">
      <w:pPr>
        <w:spacing w:after="0" w:line="240" w:lineRule="auto"/>
        <w:textAlignment w:val="baseline"/>
        <w:rPr>
          <w:rFonts w:ascii="Segoe UI" w:eastAsia="Times New Roman" w:hAnsi="Segoe UI" w:cs="Segoe UI"/>
          <w:sz w:val="18"/>
          <w:szCs w:val="18"/>
        </w:rPr>
      </w:pPr>
    </w:p>
    <w:p w:rsidR="006530BB" w:rsidRPr="006530BB" w:rsidP="006530BB" w14:paraId="444E932C"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b/>
          <w:bCs/>
          <w:sz w:val="24"/>
          <w:szCs w:val="24"/>
          <w:u w:val="single"/>
        </w:rPr>
        <w:t>Asthma </w:t>
      </w:r>
      <w:r w:rsidRPr="006530BB">
        <w:rPr>
          <w:rFonts w:ascii="Times New Roman" w:eastAsia="Times New Roman" w:hAnsi="Times New Roman" w:cs="Times New Roman"/>
          <w:sz w:val="24"/>
          <w:szCs w:val="24"/>
        </w:rPr>
        <w:t> </w:t>
      </w:r>
    </w:p>
    <w:p w:rsidR="006530BB" w:rsidRPr="006530BB" w:rsidP="006530BB" w14:paraId="1570E6B0" w14:textId="6A3CACB3">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rPr>
        <w:t>B</w:t>
      </w:r>
      <w:r w:rsidRPr="4968A796" w:rsidR="071D1623">
        <w:rPr>
          <w:rFonts w:ascii="Times New Roman" w:eastAsia="Times New Roman" w:hAnsi="Times New Roman" w:cs="Times New Roman"/>
          <w:b/>
          <w:bCs/>
          <w:sz w:val="24"/>
          <w:szCs w:val="24"/>
        </w:rPr>
        <w:t>5</w:t>
      </w:r>
      <w:r w:rsidRPr="4968A796">
        <w:rPr>
          <w:rFonts w:ascii="Times New Roman" w:eastAsia="Times New Roman" w:hAnsi="Times New Roman" w:cs="Times New Roman"/>
          <w:b/>
          <w:bCs/>
          <w:sz w:val="24"/>
          <w:szCs w:val="24"/>
        </w:rPr>
        <w:t>.</w:t>
      </w:r>
      <w:r w:rsidRPr="4968A796">
        <w:rPr>
          <w:rFonts w:ascii="Times New Roman" w:eastAsia="Times New Roman" w:hAnsi="Times New Roman" w:cs="Times New Roman"/>
          <w:sz w:val="24"/>
          <w:szCs w:val="24"/>
        </w:rPr>
        <w:t> </w:t>
      </w:r>
      <w:r w:rsidRPr="4968A796">
        <w:rPr>
          <w:rFonts w:ascii="Times New Roman" w:eastAsia="Times New Roman" w:hAnsi="Times New Roman" w:cs="Times New Roman"/>
          <w:color w:val="000000" w:themeColor="text1"/>
          <w:sz w:val="24"/>
          <w:szCs w:val="24"/>
        </w:rPr>
        <w:t>Have you EVER been told by a doctor or other health professional that you had asthma? </w:t>
      </w:r>
    </w:p>
    <w:p w:rsidR="006530BB" w:rsidRPr="006530BB" w:rsidP="006530BB" w14:paraId="274EB067"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color w:val="000000"/>
          <w:sz w:val="24"/>
          <w:szCs w:val="24"/>
        </w:rPr>
        <w:t>Yes  </w:t>
      </w:r>
    </w:p>
    <w:p w:rsidR="006530BB" w:rsidRPr="006530BB" w:rsidP="006530BB" w14:paraId="10D21751" w14:textId="1BC33914">
      <w:pPr>
        <w:spacing w:after="0" w:line="240" w:lineRule="auto"/>
        <w:ind w:left="720"/>
        <w:textAlignment w:val="baseline"/>
        <w:rPr>
          <w:rFonts w:ascii="Segoe UI" w:eastAsia="Times New Roman" w:hAnsi="Segoe UI" w:cs="Segoe UI"/>
          <w:sz w:val="18"/>
          <w:szCs w:val="18"/>
        </w:rPr>
      </w:pPr>
      <w:r w:rsidRPr="4819E107">
        <w:rPr>
          <w:rFonts w:ascii="Times New Roman" w:eastAsia="Times New Roman" w:hAnsi="Times New Roman" w:cs="Times New Roman"/>
          <w:color w:val="000000" w:themeColor="text1"/>
          <w:sz w:val="24"/>
          <w:szCs w:val="24"/>
        </w:rPr>
        <w:t xml:space="preserve">No </w:t>
      </w:r>
      <w:r w:rsidRPr="4819E107" w:rsidR="00217965">
        <w:rPr>
          <w:rFonts w:ascii="Times New Roman" w:eastAsia="Times New Roman" w:hAnsi="Times New Roman" w:cs="Times New Roman"/>
          <w:color w:val="000000" w:themeColor="text1"/>
          <w:sz w:val="24"/>
          <w:szCs w:val="24"/>
        </w:rPr>
        <w:t>[</w:t>
      </w:r>
      <w:r w:rsidRPr="4819E107" w:rsidR="276A8929">
        <w:rPr>
          <w:rFonts w:ascii="Times New Roman" w:eastAsia="Times New Roman" w:hAnsi="Times New Roman" w:cs="Times New Roman"/>
          <w:color w:val="000000" w:themeColor="text1"/>
          <w:sz w:val="24"/>
          <w:szCs w:val="24"/>
        </w:rPr>
        <w:t>Skip</w:t>
      </w:r>
      <w:r w:rsidRPr="4819E107">
        <w:rPr>
          <w:rFonts w:ascii="Times New Roman" w:eastAsia="Times New Roman" w:hAnsi="Times New Roman" w:cs="Times New Roman"/>
          <w:color w:val="000000" w:themeColor="text1"/>
          <w:sz w:val="24"/>
          <w:szCs w:val="24"/>
        </w:rPr>
        <w:t xml:space="preserve"> to next section</w:t>
      </w:r>
      <w:r w:rsidRPr="4819E107" w:rsidR="13D1BFC6">
        <w:rPr>
          <w:rFonts w:ascii="Times New Roman" w:eastAsia="Times New Roman" w:hAnsi="Times New Roman" w:cs="Times New Roman"/>
          <w:color w:val="000000" w:themeColor="text1"/>
          <w:sz w:val="24"/>
          <w:szCs w:val="24"/>
        </w:rPr>
        <w:t>]</w:t>
      </w:r>
      <w:r w:rsidRPr="4819E107">
        <w:rPr>
          <w:rFonts w:ascii="Times New Roman" w:eastAsia="Times New Roman" w:hAnsi="Times New Roman" w:cs="Times New Roman"/>
          <w:color w:val="000000" w:themeColor="text1"/>
          <w:sz w:val="24"/>
          <w:szCs w:val="24"/>
        </w:rPr>
        <w:t> </w:t>
      </w:r>
    </w:p>
    <w:p w:rsidR="006530BB" w:rsidRPr="006530BB" w:rsidP="006530BB" w14:paraId="66D5453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color w:val="000000"/>
          <w:sz w:val="24"/>
          <w:szCs w:val="24"/>
        </w:rPr>
        <w:t> </w:t>
      </w:r>
    </w:p>
    <w:p w:rsidR="006530BB" w:rsidRPr="006530BB" w:rsidP="4819E107" w14:paraId="1ECDDB3A" w14:textId="3979E7D0">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sz w:val="24"/>
          <w:szCs w:val="24"/>
        </w:rPr>
        <w:t>B6. </w:t>
      </w:r>
      <w:r w:rsidRPr="4819E107">
        <w:rPr>
          <w:rFonts w:ascii="Times New Roman" w:eastAsia="Times New Roman" w:hAnsi="Times New Roman" w:cs="Times New Roman"/>
          <w:sz w:val="24"/>
          <w:szCs w:val="24"/>
        </w:rPr>
        <w:t>How long has it been since you last had an asthma attack, flare-up, or episode? </w:t>
      </w:r>
    </w:p>
    <w:p w:rsidR="006530BB" w:rsidRPr="006530BB" w:rsidP="4819E107" w14:paraId="5A5FFE09"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Less than 12 months ago </w:t>
      </w:r>
    </w:p>
    <w:p w:rsidR="006530BB" w:rsidRPr="006530BB" w:rsidP="4819E107" w14:paraId="2FA1816D"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At least 1 year ago but less than 2 years ago </w:t>
      </w:r>
    </w:p>
    <w:p w:rsidR="006530BB" w:rsidRPr="006530BB" w:rsidP="4819E107" w14:paraId="61EF0A7D"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At least 2 years ago but less than 5 years ago </w:t>
      </w:r>
    </w:p>
    <w:p w:rsidR="006530BB" w:rsidRPr="006530BB" w:rsidP="4819E107" w14:paraId="2A7239B9"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At least 5 years ago but less than 10 years ago </w:t>
      </w:r>
    </w:p>
    <w:p w:rsidR="006530BB" w:rsidRPr="006530BB" w:rsidP="4819E107" w14:paraId="7B1D3FA7"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10 years </w:t>
      </w:r>
      <w:r w:rsidRPr="4819E107">
        <w:rPr>
          <w:rFonts w:ascii="Times New Roman" w:eastAsia="Times New Roman" w:hAnsi="Times New Roman" w:cs="Times New Roman"/>
          <w:sz w:val="24"/>
          <w:szCs w:val="24"/>
        </w:rPr>
        <w:t>ago</w:t>
      </w:r>
      <w:r w:rsidRPr="4819E107">
        <w:rPr>
          <w:rFonts w:ascii="Times New Roman" w:eastAsia="Times New Roman" w:hAnsi="Times New Roman" w:cs="Times New Roman"/>
          <w:sz w:val="24"/>
          <w:szCs w:val="24"/>
        </w:rPr>
        <w:t> or more </w:t>
      </w:r>
    </w:p>
    <w:p w:rsidR="006530BB" w:rsidRPr="006530BB" w:rsidP="4819E107" w14:paraId="2C1FD484"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Never </w:t>
      </w:r>
    </w:p>
    <w:p w:rsidR="006530BB" w:rsidRPr="006530BB" w:rsidP="006530BB" w14:paraId="5C28A6B1"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819E107" w14:paraId="1E8FACDE" w14:textId="524DB5DD">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color w:val="000000" w:themeColor="text1"/>
          <w:sz w:val="24"/>
          <w:szCs w:val="24"/>
        </w:rPr>
        <w:t>B</w:t>
      </w:r>
      <w:r w:rsidRPr="4819E107" w:rsidR="45F8FC72">
        <w:rPr>
          <w:rFonts w:ascii="Times New Roman" w:eastAsia="Times New Roman" w:hAnsi="Times New Roman" w:cs="Times New Roman"/>
          <w:b/>
          <w:bCs/>
          <w:color w:val="000000" w:themeColor="text1"/>
          <w:sz w:val="24"/>
          <w:szCs w:val="24"/>
        </w:rPr>
        <w:t>7</w:t>
      </w:r>
      <w:r w:rsidRPr="4819E107">
        <w:rPr>
          <w:rFonts w:ascii="Times New Roman" w:eastAsia="Times New Roman" w:hAnsi="Times New Roman" w:cs="Times New Roman"/>
          <w:b/>
          <w:bCs/>
          <w:color w:val="000000" w:themeColor="text1"/>
          <w:sz w:val="24"/>
          <w:szCs w:val="24"/>
        </w:rPr>
        <w:t>. </w:t>
      </w:r>
      <w:r w:rsidRPr="4819E107">
        <w:rPr>
          <w:rFonts w:ascii="Times New Roman" w:eastAsia="Times New Roman" w:hAnsi="Times New Roman" w:cs="Times New Roman"/>
          <w:color w:val="000000" w:themeColor="text1"/>
          <w:sz w:val="24"/>
          <w:szCs w:val="24"/>
        </w:rPr>
        <w:t>During the past 12 months, have you had to visit an emergency room or urgent care center because of asthma? </w:t>
      </w:r>
    </w:p>
    <w:p w:rsidR="006530BB" w:rsidRPr="006530BB" w:rsidP="4819E107" w14:paraId="08E78EF4"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color w:val="000000" w:themeColor="text1"/>
          <w:sz w:val="24"/>
          <w:szCs w:val="24"/>
        </w:rPr>
        <w:t>Yes </w:t>
      </w:r>
    </w:p>
    <w:p w:rsidR="006530BB" w:rsidRPr="006530BB" w:rsidP="4819E107" w14:paraId="3663D300"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color w:val="000000" w:themeColor="text1"/>
          <w:sz w:val="24"/>
          <w:szCs w:val="24"/>
        </w:rPr>
        <w:t>No </w:t>
      </w:r>
    </w:p>
    <w:p w:rsidR="006530BB" w:rsidRPr="006530BB" w:rsidP="006530BB" w14:paraId="2EA26EDC"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819E107" w14:paraId="2883A8D1" w14:textId="5664AB35">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sz w:val="24"/>
          <w:szCs w:val="24"/>
        </w:rPr>
        <w:t>B</w:t>
      </w:r>
      <w:r w:rsidRPr="4819E107" w:rsidR="728A81AD">
        <w:rPr>
          <w:rFonts w:ascii="Times New Roman" w:eastAsia="Times New Roman" w:hAnsi="Times New Roman" w:cs="Times New Roman"/>
          <w:b/>
          <w:bCs/>
          <w:sz w:val="24"/>
          <w:szCs w:val="24"/>
        </w:rPr>
        <w:t>8</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During the past 12 months, have you used a preventer inhaler or daily inhaler? </w:t>
      </w:r>
    </w:p>
    <w:p w:rsidR="006530BB" w:rsidRPr="006530BB" w:rsidP="4819E107" w14:paraId="5DF02AEC"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Yes </w:t>
      </w:r>
    </w:p>
    <w:p w:rsidR="006530BB" w:rsidRPr="006530BB" w:rsidP="4819E107" w14:paraId="61AB8722"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No </w:t>
      </w:r>
    </w:p>
    <w:p w:rsidR="006530BB" w:rsidRPr="006530BB" w:rsidP="006530BB" w14:paraId="0C6C16A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819E107" w14:paraId="29AE6681" w14:textId="33E67E1B">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sz w:val="24"/>
          <w:szCs w:val="24"/>
        </w:rPr>
        <w:t>B</w:t>
      </w:r>
      <w:r w:rsidRPr="4819E107" w:rsidR="2D47483F">
        <w:rPr>
          <w:rFonts w:ascii="Times New Roman" w:eastAsia="Times New Roman" w:hAnsi="Times New Roman" w:cs="Times New Roman"/>
          <w:b/>
          <w:bCs/>
          <w:sz w:val="24"/>
          <w:szCs w:val="24"/>
        </w:rPr>
        <w:t>9</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During the past 12 months, have you taken oral corticosteroids to help with your asthma? </w:t>
      </w:r>
    </w:p>
    <w:p w:rsidR="006530BB" w:rsidRPr="006530BB" w:rsidP="4819E107" w14:paraId="229F282D" w14:textId="77777777">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Yes </w:t>
      </w:r>
    </w:p>
    <w:p w:rsidR="006530BB" w:rsidP="4819E107" w14:paraId="4ED4FA7F" w14:textId="77777777">
      <w:pPr>
        <w:spacing w:after="0" w:line="240" w:lineRule="auto"/>
        <w:ind w:firstLine="720"/>
        <w:textAlignment w:val="baseline"/>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No </w:t>
      </w:r>
    </w:p>
    <w:p w:rsidR="004B770C" w:rsidRPr="006530BB" w:rsidP="006530BB" w14:paraId="5A86B804" w14:textId="77777777">
      <w:pPr>
        <w:spacing w:after="0" w:line="240" w:lineRule="auto"/>
        <w:ind w:left="720" w:firstLine="720"/>
        <w:textAlignment w:val="baseline"/>
        <w:rPr>
          <w:rFonts w:ascii="Segoe UI" w:eastAsia="Times New Roman" w:hAnsi="Segoe UI" w:cs="Segoe UI"/>
          <w:sz w:val="18"/>
          <w:szCs w:val="18"/>
        </w:rPr>
      </w:pPr>
    </w:p>
    <w:p w:rsidR="006530BB" w:rsidRPr="006530BB" w:rsidP="4968A796" w14:paraId="5B9AC429" w14:textId="1A039659">
      <w:pPr>
        <w:spacing w:after="0" w:line="240" w:lineRule="auto"/>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u w:val="single"/>
        </w:rPr>
        <w:t>Health Insurance</w:t>
      </w:r>
      <w:r w:rsidRPr="4968A796" w:rsidR="65A6563D">
        <w:rPr>
          <w:rFonts w:ascii="Times New Roman" w:eastAsia="Times New Roman" w:hAnsi="Times New Roman" w:cs="Times New Roman"/>
          <w:b/>
          <w:bCs/>
          <w:sz w:val="24"/>
          <w:szCs w:val="24"/>
          <w:u w:val="single"/>
        </w:rPr>
        <w:t xml:space="preserve"> and Health Care Costs</w:t>
      </w:r>
    </w:p>
    <w:p w:rsidR="3877CAFB" w:rsidP="4968A796" w14:paraId="42F36F48" w14:textId="581EA3A9">
      <w:pPr>
        <w:spacing w:after="0" w:line="240" w:lineRule="auto"/>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rPr>
        <w:t xml:space="preserve">D1. </w:t>
      </w:r>
      <w:r w:rsidRPr="4968A796">
        <w:rPr>
          <w:rFonts w:ascii="Times New Roman" w:eastAsia="Times New Roman" w:hAnsi="Times New Roman" w:cs="Times New Roman"/>
          <w:sz w:val="24"/>
          <w:szCs w:val="24"/>
        </w:rPr>
        <w:t xml:space="preserve">Are you currently covered by any kind of health insurance or some other kind of health care plan? </w:t>
      </w:r>
    </w:p>
    <w:p w:rsidR="3877CAFB" w:rsidP="4968A796" w14:paraId="660A7700" w14:textId="5AFE81DC">
      <w:pPr>
        <w:spacing w:after="0" w:line="240" w:lineRule="auto"/>
        <w:ind w:left="720"/>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 xml:space="preserve">Yes </w:t>
      </w:r>
    </w:p>
    <w:p w:rsidR="3877CAFB" w:rsidP="4968A796" w14:paraId="25D09C25" w14:textId="1F0F4502">
      <w:pPr>
        <w:spacing w:after="0" w:line="240" w:lineRule="auto"/>
        <w:ind w:left="720"/>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No</w:t>
      </w:r>
    </w:p>
    <w:p w:rsidR="4968A796" w:rsidP="4968A796" w14:paraId="1C58BB39" w14:textId="5C82CF75">
      <w:pPr>
        <w:spacing w:after="0" w:line="240" w:lineRule="auto"/>
        <w:rPr>
          <w:rFonts w:ascii="Times New Roman" w:eastAsia="Times New Roman" w:hAnsi="Times New Roman" w:cs="Times New Roman"/>
          <w:b/>
          <w:bCs/>
          <w:sz w:val="24"/>
          <w:szCs w:val="24"/>
        </w:rPr>
      </w:pPr>
    </w:p>
    <w:p w:rsidR="006530BB" w:rsidRPr="006530BB" w:rsidP="006530BB" w14:paraId="5B64338E" w14:textId="67AB5449">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D</w:t>
      </w:r>
      <w:r w:rsidRPr="22979387" w:rsidR="0816B507">
        <w:rPr>
          <w:rFonts w:ascii="Times New Roman" w:eastAsia="Times New Roman" w:hAnsi="Times New Roman" w:cs="Times New Roman"/>
          <w:b/>
          <w:bCs/>
          <w:sz w:val="24"/>
          <w:szCs w:val="24"/>
        </w:rPr>
        <w:t>7</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Do you have a high-deductible health plan or a HDHP?  </w:t>
      </w:r>
    </w:p>
    <w:p w:rsidR="006530BB" w:rsidRPr="006530BB" w:rsidP="006530BB" w14:paraId="2E1AC68C" w14:textId="77777777">
      <w:pPr>
        <w:spacing w:after="0" w:line="240" w:lineRule="auto"/>
        <w:ind w:firstLine="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Yes </w:t>
      </w:r>
    </w:p>
    <w:p w:rsidR="006530BB" w:rsidRPr="006530BB" w:rsidP="006530BB" w14:paraId="543FBB48" w14:textId="7594CB11">
      <w:pPr>
        <w:spacing w:after="0" w:line="240" w:lineRule="auto"/>
        <w:ind w:firstLine="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 xml:space="preserve">No --- </w:t>
      </w:r>
      <w:r w:rsidRPr="4819E107" w:rsidR="49CB4834">
        <w:rPr>
          <w:rFonts w:ascii="Times New Roman" w:eastAsia="Times New Roman" w:hAnsi="Times New Roman" w:cs="Times New Roman"/>
          <w:sz w:val="24"/>
          <w:szCs w:val="24"/>
        </w:rPr>
        <w:t>[</w:t>
      </w:r>
      <w:r w:rsidRPr="4819E107">
        <w:rPr>
          <w:rFonts w:ascii="Times New Roman" w:eastAsia="Times New Roman" w:hAnsi="Times New Roman" w:cs="Times New Roman"/>
          <w:sz w:val="24"/>
          <w:szCs w:val="24"/>
        </w:rPr>
        <w:t>S</w:t>
      </w:r>
      <w:r w:rsidRPr="4819E107" w:rsidR="3F31E2A3">
        <w:rPr>
          <w:rFonts w:ascii="Times New Roman" w:eastAsia="Times New Roman" w:hAnsi="Times New Roman" w:cs="Times New Roman"/>
          <w:sz w:val="24"/>
          <w:szCs w:val="24"/>
        </w:rPr>
        <w:t>kip</w:t>
      </w:r>
      <w:r w:rsidRPr="4819E107">
        <w:rPr>
          <w:rFonts w:ascii="Times New Roman" w:eastAsia="Times New Roman" w:hAnsi="Times New Roman" w:cs="Times New Roman"/>
          <w:sz w:val="24"/>
          <w:szCs w:val="24"/>
        </w:rPr>
        <w:t xml:space="preserve"> to </w:t>
      </w:r>
      <w:r w:rsidRPr="4819E107">
        <w:rPr>
          <w:rFonts w:ascii="Times New Roman" w:eastAsia="Times New Roman" w:hAnsi="Times New Roman" w:cs="Times New Roman"/>
          <w:b/>
          <w:bCs/>
          <w:sz w:val="24"/>
          <w:szCs w:val="24"/>
        </w:rPr>
        <w:t>D</w:t>
      </w:r>
      <w:r w:rsidRPr="4819E107" w:rsidR="286BE591">
        <w:rPr>
          <w:rFonts w:ascii="Times New Roman" w:eastAsia="Times New Roman" w:hAnsi="Times New Roman" w:cs="Times New Roman"/>
          <w:b/>
          <w:bCs/>
          <w:sz w:val="24"/>
          <w:szCs w:val="24"/>
        </w:rPr>
        <w:t>11</w:t>
      </w:r>
      <w:r w:rsidRPr="4819E107" w:rsidR="4729811B">
        <w:rPr>
          <w:rFonts w:ascii="Times New Roman" w:eastAsia="Times New Roman" w:hAnsi="Times New Roman" w:cs="Times New Roman"/>
          <w:b/>
          <w:bCs/>
          <w:sz w:val="24"/>
          <w:szCs w:val="24"/>
        </w:rPr>
        <w:t>]</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 </w:t>
      </w:r>
    </w:p>
    <w:p w:rsidR="006530BB" w:rsidRPr="006530BB" w:rsidP="006530BB" w14:paraId="2C008B81"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2BF49F3E" w14:textId="4D02255F">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D</w:t>
      </w:r>
      <w:r w:rsidRPr="22979387" w:rsidR="125A0F77">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Does this plan cover someone other than yourself? </w:t>
      </w:r>
    </w:p>
    <w:p w:rsidR="006530BB" w:rsidRPr="006530BB" w:rsidP="006530BB" w14:paraId="628DDD05" w14:textId="77777777">
      <w:pPr>
        <w:spacing w:after="0" w:line="240" w:lineRule="auto"/>
        <w:ind w:firstLine="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Yes </w:t>
      </w:r>
    </w:p>
    <w:p w:rsidR="006530BB" w:rsidRPr="006530BB" w:rsidP="006530BB" w14:paraId="7764FE4D" w14:textId="77777777">
      <w:pPr>
        <w:spacing w:after="0" w:line="240" w:lineRule="auto"/>
        <w:ind w:firstLine="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No </w:t>
      </w:r>
    </w:p>
    <w:p w:rsidR="006530BB" w:rsidRPr="006530BB" w:rsidP="006530BB" w14:paraId="787CC8F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37B9EA59" w:rsidP="4819E107" w14:paraId="27936964" w14:textId="6FBF321C">
      <w:pPr>
        <w:spacing w:after="0" w:line="240" w:lineRule="auto"/>
        <w:rPr>
          <w:rFonts w:ascii="Times New Roman" w:eastAsia="Times New Roman" w:hAnsi="Times New Roman" w:cs="Times New Roman"/>
          <w:i/>
          <w:iCs/>
          <w:sz w:val="24"/>
          <w:szCs w:val="24"/>
        </w:rPr>
      </w:pPr>
      <w:r w:rsidRPr="4819E107">
        <w:rPr>
          <w:rFonts w:ascii="Times New Roman" w:eastAsia="Times New Roman" w:hAnsi="Times New Roman" w:cs="Times New Roman"/>
          <w:b/>
          <w:bCs/>
          <w:sz w:val="24"/>
          <w:szCs w:val="24"/>
        </w:rPr>
        <w:t>D</w:t>
      </w:r>
      <w:r w:rsidRPr="4819E107" w:rsidR="7F59BF80">
        <w:rPr>
          <w:rFonts w:ascii="Times New Roman" w:eastAsia="Times New Roman" w:hAnsi="Times New Roman" w:cs="Times New Roman"/>
          <w:b/>
          <w:bCs/>
          <w:sz w:val="24"/>
          <w:szCs w:val="24"/>
        </w:rPr>
        <w:t>9</w:t>
      </w:r>
      <w:r w:rsidRPr="4819E107">
        <w:rPr>
          <w:rFonts w:ascii="Times New Roman" w:eastAsia="Times New Roman" w:hAnsi="Times New Roman" w:cs="Times New Roman"/>
          <w:b/>
          <w:bCs/>
          <w:sz w:val="24"/>
          <w:szCs w:val="24"/>
        </w:rPr>
        <w:t>. </w:t>
      </w:r>
      <w:r w:rsidRPr="4819E107" w:rsidR="7F0F76D1">
        <w:rPr>
          <w:rFonts w:ascii="Times New Roman" w:eastAsia="Times New Roman" w:hAnsi="Times New Roman" w:cs="Times New Roman"/>
          <w:sz w:val="24"/>
          <w:szCs w:val="24"/>
        </w:rPr>
        <w:t xml:space="preserve">About how much is this plan’s annual deductible? </w:t>
      </w:r>
      <w:r w:rsidRPr="4819E107" w:rsidR="7F0F76D1">
        <w:rPr>
          <w:rFonts w:ascii="Times New Roman" w:eastAsia="Times New Roman" w:hAnsi="Times New Roman" w:cs="Times New Roman"/>
          <w:i/>
          <w:iCs/>
          <w:sz w:val="24"/>
          <w:szCs w:val="24"/>
        </w:rPr>
        <w:t xml:space="preserve">A deductible is the amount you </w:t>
      </w:r>
      <w:r w:rsidRPr="4819E107" w:rsidR="7F0F76D1">
        <w:rPr>
          <w:rFonts w:ascii="Times New Roman" w:eastAsia="Times New Roman" w:hAnsi="Times New Roman" w:cs="Times New Roman"/>
          <w:i/>
          <w:iCs/>
          <w:sz w:val="24"/>
          <w:szCs w:val="24"/>
        </w:rPr>
        <w:t>have to</w:t>
      </w:r>
      <w:r w:rsidRPr="4819E107" w:rsidR="7F0F76D1">
        <w:rPr>
          <w:rFonts w:ascii="Times New Roman" w:eastAsia="Times New Roman" w:hAnsi="Times New Roman" w:cs="Times New Roman"/>
          <w:i/>
          <w:iCs/>
          <w:sz w:val="24"/>
          <w:szCs w:val="24"/>
        </w:rPr>
        <w:t xml:space="preserve"> pay for health care before your health insurance or health coverage plan will start paying your medical bills.</w:t>
      </w:r>
    </w:p>
    <w:p w:rsidR="006530BB" w:rsidRPr="006530BB" w:rsidP="4968A796" w14:paraId="7F5E5541" w14:textId="2081BFB0">
      <w:pPr>
        <w:spacing w:after="0" w:line="240" w:lineRule="auto"/>
        <w:ind w:left="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Less than</w:t>
      </w:r>
      <w:r w:rsidRPr="4819E107" w:rsidR="4C6D877F">
        <w:rPr>
          <w:rFonts w:ascii="Times New Roman" w:eastAsia="Times New Roman" w:hAnsi="Times New Roman" w:cs="Times New Roman"/>
          <w:sz w:val="24"/>
          <w:szCs w:val="24"/>
        </w:rPr>
        <w:t xml:space="preserve"> $1,750</w:t>
      </w:r>
      <w:r w:rsidRPr="4819E107">
        <w:rPr>
          <w:rFonts w:ascii="Times New Roman" w:eastAsia="Times New Roman" w:hAnsi="Times New Roman" w:cs="Times New Roman"/>
          <w:sz w:val="24"/>
          <w:szCs w:val="24"/>
        </w:rPr>
        <w:t> </w:t>
      </w:r>
    </w:p>
    <w:p w:rsidR="5C20FF02" w:rsidP="22979387" w14:paraId="5FF9BF41" w14:textId="0505E15F">
      <w:pPr>
        <w:spacing w:after="0" w:line="240" w:lineRule="auto"/>
        <w:ind w:left="720"/>
      </w:pPr>
      <w:r w:rsidRPr="4819E107">
        <w:rPr>
          <w:rFonts w:ascii="Times New Roman" w:eastAsia="Times New Roman" w:hAnsi="Times New Roman" w:cs="Times New Roman"/>
          <w:sz w:val="24"/>
          <w:szCs w:val="24"/>
        </w:rPr>
        <w:t>$1,750 to less than $3,500</w:t>
      </w:r>
    </w:p>
    <w:p w:rsidR="006530BB" w:rsidRPr="006530BB" w:rsidP="4968A796" w14:paraId="6054CC04" w14:textId="4156FFA1">
      <w:pPr>
        <w:spacing w:after="0" w:line="240" w:lineRule="auto"/>
        <w:ind w:left="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 xml:space="preserve"> $3,500 or more </w:t>
      </w:r>
      <w:r w:rsidRPr="4819E107" w:rsidR="26BDD3BA">
        <w:rPr>
          <w:rFonts w:ascii="Times New Roman" w:eastAsia="Times New Roman" w:hAnsi="Times New Roman" w:cs="Times New Roman"/>
          <w:sz w:val="24"/>
          <w:szCs w:val="24"/>
        </w:rPr>
        <w:t> </w:t>
      </w:r>
    </w:p>
    <w:p w:rsidR="006530BB" w:rsidRPr="006530BB" w:rsidP="006530BB" w14:paraId="3023AEB0"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63F16BBB" w14:textId="70FDE252">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D</w:t>
      </w:r>
      <w:r w:rsidRPr="22979387" w:rsidR="3739AEBD">
        <w:rPr>
          <w:rFonts w:ascii="Times New Roman" w:eastAsia="Times New Roman" w:hAnsi="Times New Roman" w:cs="Times New Roman"/>
          <w:b/>
          <w:bCs/>
          <w:sz w:val="24"/>
          <w:szCs w:val="24"/>
        </w:rPr>
        <w:t>10</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There are special accounts or funds that can be used to pay for medical expenses, sometimes referred to as Health Savings Accounts or HSAs, Health Reimbursement Accounts or HRAs, Personal Care accounts, Personal Medical funds, or Choice funds. These are DIFFERENT from Flexible Spending Accounts or FSAs.  </w:t>
      </w:r>
      <w:r>
        <w:br/>
      </w:r>
      <w:r w:rsidRPr="22979387">
        <w:rPr>
          <w:rFonts w:ascii="Aptos" w:eastAsia="Times New Roman" w:hAnsi="Aptos" w:cs="Segoe UI"/>
          <w:sz w:val="24"/>
          <w:szCs w:val="24"/>
        </w:rPr>
        <w:t> </w:t>
      </w:r>
      <w:r>
        <w:br/>
      </w:r>
      <w:r w:rsidRPr="22979387">
        <w:rPr>
          <w:rFonts w:ascii="Times New Roman" w:eastAsia="Times New Roman" w:hAnsi="Times New Roman" w:cs="Times New Roman"/>
          <w:sz w:val="24"/>
          <w:szCs w:val="24"/>
        </w:rPr>
        <w:t>Does this plan include or allow you to contribute to a health savings account (HSA)? </w:t>
      </w:r>
    </w:p>
    <w:p w:rsidR="006530BB" w:rsidRPr="006530BB" w:rsidP="4968A796" w14:paraId="3FBEBDF3" w14:textId="77777777">
      <w:pPr>
        <w:spacing w:after="0" w:line="240" w:lineRule="auto"/>
        <w:ind w:firstLine="720"/>
        <w:textAlignment w:val="baseline"/>
        <w:rPr>
          <w:rFonts w:ascii="Segoe UI" w:eastAsia="Times New Roman" w:hAnsi="Segoe UI" w:cs="Segoe UI"/>
          <w:sz w:val="18"/>
          <w:szCs w:val="18"/>
        </w:rPr>
      </w:pPr>
      <w:r w:rsidRPr="4968A796">
        <w:rPr>
          <w:rFonts w:ascii="Times New Roman" w:eastAsia="Times New Roman" w:hAnsi="Times New Roman" w:cs="Times New Roman"/>
          <w:sz w:val="24"/>
          <w:szCs w:val="24"/>
        </w:rPr>
        <w:t>Yes </w:t>
      </w:r>
    </w:p>
    <w:p w:rsidR="006530BB" w:rsidRPr="006530BB" w:rsidP="4968A796" w14:paraId="1389E507" w14:textId="77777777">
      <w:pPr>
        <w:spacing w:after="0" w:line="240" w:lineRule="auto"/>
        <w:ind w:firstLine="720"/>
        <w:textAlignment w:val="baseline"/>
        <w:rPr>
          <w:rFonts w:ascii="Segoe UI" w:eastAsia="Times New Roman" w:hAnsi="Segoe UI" w:cs="Segoe UI"/>
          <w:sz w:val="18"/>
          <w:szCs w:val="18"/>
        </w:rPr>
      </w:pPr>
      <w:r w:rsidRPr="4968A796">
        <w:rPr>
          <w:rFonts w:ascii="Times New Roman" w:eastAsia="Times New Roman" w:hAnsi="Times New Roman" w:cs="Times New Roman"/>
          <w:sz w:val="24"/>
          <w:szCs w:val="24"/>
        </w:rPr>
        <w:t>No </w:t>
      </w:r>
    </w:p>
    <w:p w:rsidR="006530BB" w:rsidRPr="006530BB" w:rsidP="006530BB" w14:paraId="2C23F78A"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7ADC333C" w14:textId="0E32779F">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D</w:t>
      </w:r>
      <w:r w:rsidRPr="22979387" w:rsidR="7F1DE093">
        <w:rPr>
          <w:rFonts w:ascii="Times New Roman" w:eastAsia="Times New Roman" w:hAnsi="Times New Roman" w:cs="Times New Roman"/>
          <w:b/>
          <w:bCs/>
          <w:sz w:val="24"/>
          <w:szCs w:val="24"/>
        </w:rPr>
        <w:t>1</w:t>
      </w:r>
      <w:r w:rsidRPr="22979387" w:rsidR="083B6882">
        <w:rPr>
          <w:rFonts w:ascii="Times New Roman" w:eastAsia="Times New Roman" w:hAnsi="Times New Roman" w:cs="Times New Roman"/>
          <w:b/>
          <w:bCs/>
          <w:sz w:val="24"/>
          <w:szCs w:val="24"/>
        </w:rPr>
        <w:t>1</w:t>
      </w:r>
      <w:r w:rsidRPr="22979387" w:rsidR="29A2F69A">
        <w:rPr>
          <w:rFonts w:ascii="Times New Roman" w:eastAsia="Times New Roman" w:hAnsi="Times New Roman" w:cs="Times New Roman"/>
          <w:b/>
          <w:bCs/>
          <w:sz w:val="24"/>
          <w:szCs w:val="24"/>
        </w:rPr>
        <w:t>.</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How often does your health insurance offer benefits or cover services that meet your needs? </w:t>
      </w:r>
    </w:p>
    <w:p w:rsidR="006530BB" w:rsidRPr="006530BB" w:rsidP="006530BB" w14:paraId="6CA67749"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Always </w:t>
      </w:r>
    </w:p>
    <w:p w:rsidR="006530BB" w:rsidRPr="006530BB" w:rsidP="006530BB" w14:paraId="493B1A57"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Usually </w:t>
      </w:r>
    </w:p>
    <w:p w:rsidR="006530BB" w:rsidRPr="006530BB" w:rsidP="006530BB" w14:paraId="7B6E47F4"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Sometimes </w:t>
      </w:r>
    </w:p>
    <w:p w:rsidR="006530BB" w:rsidRPr="006530BB" w:rsidP="006530BB" w14:paraId="50CB5F5D"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Never </w:t>
      </w:r>
    </w:p>
    <w:p w:rsidR="006530BB" w:rsidRPr="006530BB" w:rsidP="006530BB" w14:paraId="25165937"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65695211" w14:textId="2A57F583">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D</w:t>
      </w:r>
      <w:r w:rsidRPr="22979387" w:rsidR="4A9F4855">
        <w:rPr>
          <w:rFonts w:ascii="Times New Roman" w:eastAsia="Times New Roman" w:hAnsi="Times New Roman" w:cs="Times New Roman"/>
          <w:b/>
          <w:bCs/>
          <w:sz w:val="24"/>
          <w:szCs w:val="24"/>
        </w:rPr>
        <w:t>1</w:t>
      </w:r>
      <w:r w:rsidRPr="22979387" w:rsidR="7F4237A8">
        <w:rPr>
          <w:rFonts w:ascii="Times New Roman" w:eastAsia="Times New Roman" w:hAnsi="Times New Roman" w:cs="Times New Roman"/>
          <w:b/>
          <w:bCs/>
          <w:sz w:val="24"/>
          <w:szCs w:val="24"/>
        </w:rPr>
        <w:t>2</w:t>
      </w:r>
      <w:r w:rsidRPr="22979387" w:rsidR="58EF7E50">
        <w:rPr>
          <w:rFonts w:ascii="Times New Roman" w:eastAsia="Times New Roman" w:hAnsi="Times New Roman" w:cs="Times New Roman"/>
          <w:b/>
          <w:bCs/>
          <w:sz w:val="24"/>
          <w:szCs w:val="24"/>
        </w:rPr>
        <w:t>.</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How often does your health insurance allow you to see the health care providers you need? </w:t>
      </w:r>
    </w:p>
    <w:p w:rsidR="006530BB" w:rsidRPr="006530BB" w:rsidP="006530BB" w14:paraId="147E5422"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Always </w:t>
      </w:r>
    </w:p>
    <w:p w:rsidR="006530BB" w:rsidRPr="006530BB" w:rsidP="006530BB" w14:paraId="4D6E5CCA"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Usually </w:t>
      </w:r>
    </w:p>
    <w:p w:rsidR="006530BB" w:rsidRPr="006530BB" w:rsidP="006530BB" w14:paraId="1DEA9351"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Sometimes </w:t>
      </w:r>
    </w:p>
    <w:p w:rsidR="006530BB" w:rsidRPr="006530BB" w:rsidP="006530BB" w14:paraId="4B224D69"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Never </w:t>
      </w:r>
    </w:p>
    <w:p w:rsidR="006530BB" w:rsidRPr="006530BB" w:rsidP="006530BB" w14:paraId="7E009DD1"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819E107" w14:paraId="78B3519C" w14:textId="3409E39E">
      <w:pPr>
        <w:spacing w:after="0" w:line="240" w:lineRule="auto"/>
        <w:textAlignment w:val="baseline"/>
        <w:rPr>
          <w:rFonts w:ascii="Times New Roman" w:eastAsia="Times New Roman" w:hAnsi="Times New Roman" w:cs="Times New Roman"/>
          <w:sz w:val="24"/>
          <w:szCs w:val="24"/>
        </w:rPr>
      </w:pPr>
      <w:r w:rsidRPr="4819E107">
        <w:rPr>
          <w:rFonts w:ascii="Times New Roman" w:eastAsia="Times New Roman" w:hAnsi="Times New Roman" w:cs="Times New Roman"/>
          <w:b/>
          <w:bCs/>
          <w:sz w:val="24"/>
          <w:szCs w:val="24"/>
        </w:rPr>
        <w:t>D</w:t>
      </w:r>
      <w:r w:rsidRPr="4819E107" w:rsidR="54F460FD">
        <w:rPr>
          <w:rFonts w:ascii="Times New Roman" w:eastAsia="Times New Roman" w:hAnsi="Times New Roman" w:cs="Times New Roman"/>
          <w:b/>
          <w:bCs/>
          <w:sz w:val="24"/>
          <w:szCs w:val="24"/>
        </w:rPr>
        <w:t>1</w:t>
      </w:r>
      <w:r w:rsidRPr="4819E107" w:rsidR="7F39678F">
        <w:rPr>
          <w:rFonts w:ascii="Times New Roman" w:eastAsia="Times New Roman" w:hAnsi="Times New Roman" w:cs="Times New Roman"/>
          <w:b/>
          <w:bCs/>
          <w:sz w:val="24"/>
          <w:szCs w:val="24"/>
        </w:rPr>
        <w:t>3</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 xml:space="preserve">How often does your health insurance leave you with more out-of-pocket cost than you </w:t>
      </w:r>
      <w:r w:rsidRPr="4819E107" w:rsidR="6DDEE0FF">
        <w:rPr>
          <w:rFonts w:ascii="Times New Roman" w:eastAsia="Times New Roman" w:hAnsi="Times New Roman" w:cs="Times New Roman"/>
          <w:sz w:val="24"/>
          <w:szCs w:val="24"/>
        </w:rPr>
        <w:t xml:space="preserve"> can comfortably pay without needing to cut back on other basic expenses?</w:t>
      </w:r>
    </w:p>
    <w:p w:rsidR="006530BB" w:rsidRPr="006530BB" w:rsidP="006530BB" w14:paraId="124EC316"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Always </w:t>
      </w:r>
    </w:p>
    <w:p w:rsidR="006530BB" w:rsidRPr="006530BB" w:rsidP="006530BB" w14:paraId="729EEEBE"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Usually </w:t>
      </w:r>
    </w:p>
    <w:p w:rsidR="006530BB" w:rsidRPr="006530BB" w:rsidP="006530BB" w14:paraId="5639E15D"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Sometimes </w:t>
      </w:r>
    </w:p>
    <w:p w:rsidR="006530BB" w:rsidRPr="006530BB" w:rsidP="006530BB" w14:paraId="05878DD2" w14:textId="77777777">
      <w:pPr>
        <w:spacing w:after="0" w:line="240" w:lineRule="auto"/>
        <w:ind w:left="720"/>
        <w:textAlignment w:val="baseline"/>
      </w:pPr>
      <w:r w:rsidRPr="4968A796">
        <w:rPr>
          <w:rFonts w:ascii="Times New Roman" w:eastAsia="Times New Roman" w:hAnsi="Times New Roman" w:cs="Times New Roman"/>
          <w:sz w:val="24"/>
          <w:szCs w:val="24"/>
        </w:rPr>
        <w:t>Never </w:t>
      </w:r>
    </w:p>
    <w:p w:rsidR="4968A796" w:rsidP="4968A796" w14:paraId="7AAB234E" w14:textId="46867D24">
      <w:pPr>
        <w:spacing w:after="0" w:line="240" w:lineRule="auto"/>
        <w:ind w:left="720"/>
        <w:rPr>
          <w:rFonts w:ascii="Times New Roman" w:eastAsia="Times New Roman" w:hAnsi="Times New Roman" w:cs="Times New Roman"/>
          <w:sz w:val="24"/>
          <w:szCs w:val="24"/>
        </w:rPr>
      </w:pPr>
    </w:p>
    <w:p w:rsidR="0E592953" w:rsidP="22979387" w14:paraId="30EA3381" w14:textId="08F1369A">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F8</w:t>
      </w:r>
      <w:r w:rsidRPr="22979387" w:rsidR="5CFC0DC9">
        <w:rPr>
          <w:rFonts w:ascii="Times New Roman" w:eastAsia="Times New Roman" w:hAnsi="Times New Roman" w:cs="Times New Roman"/>
          <w:b/>
          <w:bCs/>
          <w:sz w:val="24"/>
          <w:szCs w:val="24"/>
        </w:rPr>
        <w:t xml:space="preserve">. </w:t>
      </w:r>
      <w:r w:rsidRPr="22979387" w:rsidR="5CFC0DC9">
        <w:rPr>
          <w:rFonts w:ascii="Times New Roman" w:eastAsia="Times New Roman" w:hAnsi="Times New Roman" w:cs="Times New Roman"/>
          <w:sz w:val="24"/>
          <w:szCs w:val="24"/>
        </w:rPr>
        <w:t xml:space="preserve">Do you currently have any medical or dental bills that are past due or that you are unable to pay? </w:t>
      </w:r>
    </w:p>
    <w:p w:rsidR="0E592953" w:rsidP="4968A796" w14:paraId="07484261" w14:textId="3007570D">
      <w:pPr>
        <w:spacing w:after="0" w:line="240" w:lineRule="auto"/>
        <w:ind w:left="720"/>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 xml:space="preserve">Yes </w:t>
      </w:r>
    </w:p>
    <w:p w:rsidR="0E592953" w:rsidP="4968A796" w14:paraId="6518364C" w14:textId="3788A11C">
      <w:pPr>
        <w:spacing w:after="0" w:line="240" w:lineRule="auto"/>
        <w:ind w:left="720"/>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No</w:t>
      </w:r>
    </w:p>
    <w:p w:rsidR="006530BB" w:rsidRPr="006530BB" w:rsidP="006530BB" w14:paraId="3C586D62"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968A796" w14:paraId="27691601" w14:textId="6297A842">
      <w:pPr>
        <w:spacing w:after="0" w:line="240" w:lineRule="auto"/>
        <w:textAlignment w:val="baseline"/>
        <w:rPr>
          <w:rFonts w:ascii="Segoe UI" w:eastAsia="Times New Roman" w:hAnsi="Segoe UI" w:cs="Segoe UI"/>
          <w:b/>
          <w:bCs/>
          <w:sz w:val="18"/>
          <w:szCs w:val="18"/>
          <w:u w:val="single"/>
        </w:rPr>
      </w:pPr>
      <w:r w:rsidRPr="4968A796">
        <w:rPr>
          <w:rFonts w:ascii="Times New Roman" w:eastAsia="Times New Roman" w:hAnsi="Times New Roman" w:cs="Times New Roman"/>
          <w:b/>
          <w:bCs/>
          <w:sz w:val="24"/>
          <w:szCs w:val="24"/>
          <w:u w:val="single"/>
        </w:rPr>
        <w:t> </w:t>
      </w:r>
      <w:r w:rsidRPr="4968A796" w:rsidR="11818D7D">
        <w:rPr>
          <w:rFonts w:ascii="Times New Roman" w:eastAsia="Times New Roman" w:hAnsi="Times New Roman" w:cs="Times New Roman"/>
          <w:b/>
          <w:bCs/>
          <w:sz w:val="24"/>
          <w:szCs w:val="24"/>
          <w:u w:val="single"/>
        </w:rPr>
        <w:t>Primary care</w:t>
      </w:r>
    </w:p>
    <w:p w:rsidR="006530BB" w:rsidRPr="006530BB" w:rsidP="006530BB" w14:paraId="49CA2E26" w14:textId="183FE7BB">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rPr>
        <w:t> </w:t>
      </w:r>
      <w:r w:rsidRPr="4968A796" w:rsidR="6082E440">
        <w:rPr>
          <w:rFonts w:ascii="Times New Roman" w:eastAsia="Times New Roman" w:hAnsi="Times New Roman" w:cs="Times New Roman"/>
          <w:b/>
          <w:bCs/>
          <w:sz w:val="24"/>
          <w:szCs w:val="24"/>
        </w:rPr>
        <w:t>E2</w:t>
      </w:r>
      <w:r w:rsidRPr="4968A796">
        <w:rPr>
          <w:rFonts w:ascii="Times New Roman" w:eastAsia="Times New Roman" w:hAnsi="Times New Roman" w:cs="Times New Roman"/>
          <w:sz w:val="24"/>
          <w:szCs w:val="24"/>
        </w:rPr>
        <w:t>. Is there a particular place that you usually go to if you are sick or need advice about your health? </w:t>
      </w:r>
    </w:p>
    <w:p w:rsidR="006530BB" w:rsidRPr="006530BB" w:rsidP="4968A796" w14:paraId="6C593CB2"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Yes, there is one place </w:t>
      </w:r>
    </w:p>
    <w:p w:rsidR="006530BB" w:rsidRPr="006530BB" w:rsidP="4968A796" w14:paraId="367A7126"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There is more than one place </w:t>
      </w:r>
    </w:p>
    <w:p w:rsidR="006530BB" w:rsidRPr="006530BB" w:rsidP="4968A796" w14:paraId="12539BA5" w14:textId="2921E32C">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No</w:t>
      </w:r>
      <w:r w:rsidRPr="4968A796" w:rsidR="63B96A4A">
        <w:rPr>
          <w:rFonts w:ascii="Times New Roman" w:eastAsia="Times New Roman" w:hAnsi="Times New Roman" w:cs="Times New Roman"/>
          <w:sz w:val="24"/>
          <w:szCs w:val="24"/>
        </w:rPr>
        <w:t> [</w:t>
      </w:r>
      <w:r w:rsidRPr="4968A796" w:rsidR="25FE7A47">
        <w:rPr>
          <w:rFonts w:ascii="Times New Roman" w:eastAsia="Times New Roman" w:hAnsi="Times New Roman" w:cs="Times New Roman"/>
          <w:sz w:val="24"/>
          <w:szCs w:val="24"/>
        </w:rPr>
        <w:t>I</w:t>
      </w:r>
      <w:r w:rsidRPr="4968A796">
        <w:rPr>
          <w:rFonts w:ascii="Times New Roman" w:eastAsia="Times New Roman" w:hAnsi="Times New Roman" w:cs="Times New Roman"/>
          <w:sz w:val="24"/>
          <w:szCs w:val="24"/>
        </w:rPr>
        <w:t>f no, skip to next section] </w:t>
      </w:r>
    </w:p>
    <w:p w:rsidR="006530BB" w:rsidRPr="006530BB" w:rsidP="006530BB" w14:paraId="2C86BE71"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4844C30D" w14:textId="0FC47E76">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rPr>
        <w:t>E3</w:t>
      </w:r>
      <w:r w:rsidRPr="4968A796" w:rsidR="62BF43B2">
        <w:rPr>
          <w:rFonts w:ascii="Times New Roman" w:eastAsia="Times New Roman" w:hAnsi="Times New Roman" w:cs="Times New Roman"/>
          <w:sz w:val="24"/>
          <w:szCs w:val="24"/>
        </w:rPr>
        <w:t>. What kind of place do you most often go</w:t>
      </w:r>
      <w:r w:rsidRPr="4968A796" w:rsidR="32029A10">
        <w:rPr>
          <w:rFonts w:ascii="Times New Roman" w:eastAsia="Times New Roman" w:hAnsi="Times New Roman" w:cs="Times New Roman"/>
          <w:sz w:val="24"/>
          <w:szCs w:val="24"/>
        </w:rPr>
        <w:t xml:space="preserve"> to</w:t>
      </w:r>
      <w:r w:rsidRPr="4968A796" w:rsidR="62BF43B2">
        <w:rPr>
          <w:rFonts w:ascii="Times New Roman" w:eastAsia="Times New Roman" w:hAnsi="Times New Roman" w:cs="Times New Roman"/>
          <w:sz w:val="24"/>
          <w:szCs w:val="24"/>
        </w:rPr>
        <w:t>? </w:t>
      </w:r>
    </w:p>
    <w:p w:rsidR="006530BB" w:rsidRPr="006530BB" w:rsidP="4968A796" w14:paraId="10FBA6F0"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A doctor’s office or health center </w:t>
      </w:r>
    </w:p>
    <w:p w:rsidR="006530BB" w:rsidRPr="006530BB" w:rsidP="4968A796" w14:paraId="213FF72B"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An urgent care center or clinic in a drug store or grocery store </w:t>
      </w:r>
    </w:p>
    <w:p w:rsidR="006530BB" w:rsidRPr="006530BB" w:rsidP="4968A796" w14:paraId="2DF9E605"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A hospital emergency room  </w:t>
      </w:r>
    </w:p>
    <w:p w:rsidR="006530BB" w:rsidRPr="006530BB" w:rsidP="4968A796" w14:paraId="66FA0689" w14:textId="72D1BA4D">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 xml:space="preserve">A </w:t>
      </w:r>
      <w:r w:rsidRPr="4968A796" w:rsidR="37E2934D">
        <w:rPr>
          <w:rFonts w:ascii="Times New Roman" w:eastAsia="Times New Roman" w:hAnsi="Times New Roman" w:cs="Times New Roman"/>
          <w:sz w:val="24"/>
          <w:szCs w:val="24"/>
        </w:rPr>
        <w:t xml:space="preserve">VA </w:t>
      </w:r>
      <w:r w:rsidRPr="4968A796">
        <w:rPr>
          <w:rFonts w:ascii="Times New Roman" w:eastAsia="Times New Roman" w:hAnsi="Times New Roman" w:cs="Times New Roman"/>
          <w:sz w:val="24"/>
          <w:szCs w:val="24"/>
        </w:rPr>
        <w:t xml:space="preserve">medical center or </w:t>
      </w:r>
      <w:r w:rsidRPr="4968A796" w:rsidR="54C9DCED">
        <w:rPr>
          <w:rFonts w:ascii="Times New Roman" w:eastAsia="Times New Roman" w:hAnsi="Times New Roman" w:cs="Times New Roman"/>
          <w:sz w:val="24"/>
          <w:szCs w:val="24"/>
        </w:rPr>
        <w:t xml:space="preserve">VA </w:t>
      </w:r>
      <w:r w:rsidRPr="4968A796">
        <w:rPr>
          <w:rFonts w:ascii="Times New Roman" w:eastAsia="Times New Roman" w:hAnsi="Times New Roman" w:cs="Times New Roman"/>
          <w:sz w:val="24"/>
          <w:szCs w:val="24"/>
        </w:rPr>
        <w:t>outpatient clinic </w:t>
      </w:r>
    </w:p>
    <w:p w:rsidR="006530BB" w:rsidRPr="006530BB" w:rsidP="4968A796" w14:paraId="20D9A2DE"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Some other place </w:t>
      </w:r>
    </w:p>
    <w:p w:rsidR="006530BB" w:rsidRPr="006530BB" w:rsidP="006530BB" w14:paraId="5849E41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25C0C843" w14:textId="01A90A98">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rPr>
        <w:t>E4</w:t>
      </w:r>
      <w:r w:rsidRPr="4968A796" w:rsidR="62BF43B2">
        <w:rPr>
          <w:rFonts w:ascii="Times New Roman" w:eastAsia="Times New Roman" w:hAnsi="Times New Roman" w:cs="Times New Roman"/>
          <w:sz w:val="24"/>
          <w:szCs w:val="24"/>
        </w:rPr>
        <w:t>. At this place, is there a particular doctor, nurse, or other health professional that you usually see when you get health care? </w:t>
      </w:r>
    </w:p>
    <w:p w:rsidR="006530BB" w:rsidRPr="006530BB" w:rsidP="4968A796" w14:paraId="6FCF6DC1"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Yes </w:t>
      </w:r>
    </w:p>
    <w:p w:rsidR="006530BB" w:rsidRPr="006530BB" w:rsidP="4968A796" w14:paraId="03B286E5" w14:textId="7EA2EE0D">
      <w:pPr>
        <w:spacing w:after="0" w:line="240" w:lineRule="auto"/>
        <w:ind w:left="720"/>
        <w:textAlignment w:val="baseline"/>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No</w:t>
      </w:r>
      <w:r w:rsidRPr="4819E107" w:rsidR="114C2340">
        <w:rPr>
          <w:rFonts w:ascii="Times New Roman" w:eastAsia="Times New Roman" w:hAnsi="Times New Roman" w:cs="Times New Roman"/>
          <w:sz w:val="24"/>
          <w:szCs w:val="24"/>
        </w:rPr>
        <w:t> [</w:t>
      </w:r>
      <w:r w:rsidRPr="4819E107" w:rsidR="13A2DBC0">
        <w:rPr>
          <w:rFonts w:ascii="Times New Roman" w:eastAsia="Times New Roman" w:hAnsi="Times New Roman" w:cs="Times New Roman"/>
          <w:sz w:val="24"/>
          <w:szCs w:val="24"/>
        </w:rPr>
        <w:t>I</w:t>
      </w:r>
      <w:r w:rsidRPr="4819E107">
        <w:rPr>
          <w:rFonts w:ascii="Times New Roman" w:eastAsia="Times New Roman" w:hAnsi="Times New Roman" w:cs="Times New Roman"/>
          <w:sz w:val="24"/>
          <w:szCs w:val="24"/>
        </w:rPr>
        <w:t>f no, skip to next section</w:t>
      </w:r>
      <w:r w:rsidRPr="4819E107" w:rsidR="5FEE0711">
        <w:rPr>
          <w:rFonts w:ascii="Times New Roman" w:eastAsia="Times New Roman" w:hAnsi="Times New Roman" w:cs="Times New Roman"/>
          <w:sz w:val="24"/>
          <w:szCs w:val="24"/>
        </w:rPr>
        <w:t>]</w:t>
      </w:r>
    </w:p>
    <w:p w:rsidR="006530BB" w:rsidRPr="006530BB" w:rsidP="006530BB" w14:paraId="72EDA361"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21A1B62D" w14:textId="08534AC7">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rPr>
        <w:t>E5</w:t>
      </w:r>
      <w:r w:rsidRPr="4968A796" w:rsidR="62BF43B2">
        <w:rPr>
          <w:rFonts w:ascii="Times New Roman" w:eastAsia="Times New Roman" w:hAnsi="Times New Roman" w:cs="Times New Roman"/>
          <w:b/>
          <w:bCs/>
          <w:sz w:val="24"/>
          <w:szCs w:val="24"/>
        </w:rPr>
        <w:t>.</w:t>
      </w:r>
      <w:r w:rsidRPr="4968A796" w:rsidR="62BF43B2">
        <w:rPr>
          <w:rFonts w:ascii="Times New Roman" w:eastAsia="Times New Roman" w:hAnsi="Times New Roman" w:cs="Times New Roman"/>
          <w:sz w:val="24"/>
          <w:szCs w:val="24"/>
        </w:rPr>
        <w:t> Do you usually see this person when you need routine preventive care, such as a checkup or physical exam? </w:t>
      </w:r>
    </w:p>
    <w:p w:rsidR="006530BB" w:rsidRPr="006530BB" w:rsidP="4968A796" w14:paraId="53D6B297"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Yes </w:t>
      </w:r>
    </w:p>
    <w:p w:rsidR="006530BB" w:rsidRPr="006530BB" w:rsidP="4968A796" w14:paraId="6E8E2751" w14:textId="77777777">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sz w:val="24"/>
          <w:szCs w:val="24"/>
        </w:rPr>
        <w:t>No </w:t>
      </w:r>
    </w:p>
    <w:p w:rsidR="006530BB" w:rsidRPr="006530BB" w:rsidP="006530BB" w14:paraId="5E872DCF"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02F540E2"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b/>
          <w:bCs/>
          <w:sz w:val="24"/>
          <w:szCs w:val="24"/>
          <w:u w:val="single"/>
        </w:rPr>
        <w:t>Marijuana </w:t>
      </w:r>
      <w:r w:rsidRPr="006530BB">
        <w:rPr>
          <w:rFonts w:ascii="Times New Roman" w:eastAsia="Times New Roman" w:hAnsi="Times New Roman" w:cs="Times New Roman"/>
          <w:sz w:val="24"/>
          <w:szCs w:val="24"/>
        </w:rPr>
        <w:t> </w:t>
      </w:r>
    </w:p>
    <w:p w:rsidR="006530BB" w:rsidRPr="006530BB" w:rsidP="006530BB" w14:paraId="15C6DA0C" w14:textId="72A14EC8">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sz w:val="24"/>
          <w:szCs w:val="24"/>
        </w:rPr>
        <w:t>H</w:t>
      </w:r>
      <w:r w:rsidRPr="4819E107" w:rsidR="15D0AA7D">
        <w:rPr>
          <w:rFonts w:ascii="Times New Roman" w:eastAsia="Times New Roman" w:hAnsi="Times New Roman" w:cs="Times New Roman"/>
          <w:b/>
          <w:bCs/>
          <w:sz w:val="24"/>
          <w:szCs w:val="24"/>
        </w:rPr>
        <w:t>7</w:t>
      </w:r>
      <w:r w:rsidRPr="4819E107">
        <w:rPr>
          <w:rFonts w:ascii="Times New Roman" w:eastAsia="Times New Roman" w:hAnsi="Times New Roman" w:cs="Times New Roman"/>
          <w:b/>
          <w:bCs/>
          <w:sz w:val="24"/>
          <w:szCs w:val="24"/>
        </w:rPr>
        <w:t>. </w:t>
      </w:r>
      <w:r w:rsidRPr="4819E107" w:rsidR="2EAD51DC">
        <w:rPr>
          <w:rFonts w:ascii="Times New Roman" w:eastAsia="Times New Roman" w:hAnsi="Times New Roman" w:cs="Times New Roman"/>
          <w:sz w:val="24"/>
          <w:szCs w:val="24"/>
        </w:rPr>
        <w:t xml:space="preserve"> Do you currently use marijuana every day, most days, some days, or not at all? </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 </w:t>
      </w:r>
    </w:p>
    <w:p w:rsidR="006530BB" w:rsidRPr="006530BB" w:rsidP="4819E107" w14:paraId="08A7BDD4" w14:textId="77777777">
      <w:pPr>
        <w:spacing w:after="0" w:line="240" w:lineRule="auto"/>
        <w:textAlignment w:val="baseline"/>
        <w:rPr>
          <w:rFonts w:ascii="Segoe UI" w:eastAsia="Times New Roman" w:hAnsi="Segoe UI" w:cs="Segoe UI"/>
          <w:i/>
          <w:iCs/>
          <w:sz w:val="18"/>
          <w:szCs w:val="18"/>
        </w:rPr>
      </w:pPr>
      <w:r w:rsidRPr="4819E107">
        <w:rPr>
          <w:rFonts w:ascii="Times New Roman" w:eastAsia="Times New Roman" w:hAnsi="Times New Roman" w:cs="Times New Roman"/>
          <w:i/>
          <w:iCs/>
          <w:sz w:val="24"/>
          <w:szCs w:val="24"/>
        </w:rPr>
        <w:t>Do not include CBD-only products.  </w:t>
      </w:r>
    </w:p>
    <w:p w:rsidR="006530BB" w:rsidRPr="006530BB" w:rsidP="006530BB" w14:paraId="3BE8D2B3" w14:textId="761B7EB4">
      <w:pPr>
        <w:spacing w:after="0" w:line="240" w:lineRule="auto"/>
        <w:ind w:left="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Every day </w:t>
      </w:r>
    </w:p>
    <w:p w:rsidR="006530BB" w:rsidRPr="006530BB" w:rsidP="22979387" w14:paraId="48B3A8AE" w14:textId="2506AAF6">
      <w:pPr>
        <w:spacing w:after="0" w:line="240" w:lineRule="auto"/>
        <w:ind w:left="720"/>
      </w:pPr>
      <w:r w:rsidRPr="4819E107">
        <w:rPr>
          <w:rFonts w:ascii="Times New Roman" w:eastAsia="Times New Roman" w:hAnsi="Times New Roman" w:cs="Times New Roman"/>
          <w:sz w:val="24"/>
          <w:szCs w:val="24"/>
        </w:rPr>
        <w:t>Most days</w:t>
      </w:r>
    </w:p>
    <w:p w:rsidR="006530BB" w:rsidRPr="006530BB" w:rsidP="22979387" w14:paraId="6DE801A7" w14:textId="7765B423">
      <w:pPr>
        <w:spacing w:after="0" w:line="240" w:lineRule="auto"/>
        <w:ind w:left="720"/>
        <w:rPr>
          <w:rFonts w:ascii="Segoe UI" w:eastAsia="Times New Roman" w:hAnsi="Segoe UI" w:cs="Segoe UI"/>
          <w:sz w:val="18"/>
          <w:szCs w:val="18"/>
        </w:rPr>
      </w:pPr>
      <w:r w:rsidRPr="4819E107">
        <w:rPr>
          <w:rFonts w:ascii="Times New Roman" w:eastAsia="Times New Roman" w:hAnsi="Times New Roman" w:cs="Times New Roman"/>
          <w:sz w:val="24"/>
          <w:szCs w:val="24"/>
        </w:rPr>
        <w:t>Some days</w:t>
      </w:r>
      <w:r w:rsidRPr="4819E107" w:rsidR="7D515CB4">
        <w:rPr>
          <w:rFonts w:ascii="Times New Roman" w:eastAsia="Times New Roman" w:hAnsi="Times New Roman" w:cs="Times New Roman"/>
          <w:sz w:val="24"/>
          <w:szCs w:val="24"/>
        </w:rPr>
        <w:t> </w:t>
      </w:r>
    </w:p>
    <w:p w:rsidR="006530BB" w:rsidRPr="006530BB" w:rsidP="006530BB" w14:paraId="789461B2" w14:textId="0B51A92F">
      <w:pPr>
        <w:spacing w:after="0" w:line="240" w:lineRule="auto"/>
        <w:ind w:left="720"/>
        <w:textAlignment w:val="baseline"/>
        <w:rPr>
          <w:rFonts w:ascii="Segoe UI" w:eastAsia="Times New Roman" w:hAnsi="Segoe UI" w:cs="Segoe UI"/>
          <w:sz w:val="18"/>
          <w:szCs w:val="18"/>
        </w:rPr>
      </w:pPr>
      <w:r w:rsidRPr="4819E107">
        <w:rPr>
          <w:rFonts w:ascii="Times New Roman" w:eastAsia="Times New Roman" w:hAnsi="Times New Roman" w:cs="Times New Roman"/>
          <w:sz w:val="24"/>
          <w:szCs w:val="24"/>
        </w:rPr>
        <w:t>N</w:t>
      </w:r>
      <w:r w:rsidRPr="4819E107" w:rsidR="27CF38A6">
        <w:rPr>
          <w:rFonts w:ascii="Times New Roman" w:eastAsia="Times New Roman" w:hAnsi="Times New Roman" w:cs="Times New Roman"/>
          <w:sz w:val="24"/>
          <w:szCs w:val="24"/>
        </w:rPr>
        <w:t>ot at all</w:t>
      </w:r>
      <w:r w:rsidRPr="4819E107">
        <w:rPr>
          <w:rFonts w:ascii="Times New Roman" w:eastAsia="Times New Roman" w:hAnsi="Times New Roman" w:cs="Times New Roman"/>
          <w:sz w:val="24"/>
          <w:szCs w:val="24"/>
        </w:rPr>
        <w:t> </w:t>
      </w:r>
      <w:r w:rsidRPr="4819E107" w:rsidR="21FC25CE">
        <w:rPr>
          <w:rFonts w:ascii="Times New Roman" w:eastAsia="Times New Roman" w:hAnsi="Times New Roman" w:cs="Times New Roman"/>
          <w:sz w:val="24"/>
          <w:szCs w:val="24"/>
        </w:rPr>
        <w:t>[Skip to next section]</w:t>
      </w:r>
    </w:p>
    <w:p w:rsidR="006530BB" w:rsidRPr="006530BB" w:rsidP="006530BB" w14:paraId="6F74D795"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color w:val="C00000"/>
          <w:sz w:val="24"/>
          <w:szCs w:val="24"/>
        </w:rPr>
        <w:t> </w:t>
      </w:r>
    </w:p>
    <w:p w:rsidR="006530BB" w:rsidRPr="006530BB" w:rsidP="22979387" w14:paraId="707F5AF3" w14:textId="6073CEE5">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5ECE9605">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For what reason or reasons do you use marijuana</w:t>
      </w:r>
      <w:r w:rsidRPr="22979387" w:rsidR="59597214">
        <w:rPr>
          <w:rFonts w:ascii="Times New Roman" w:eastAsia="Times New Roman" w:hAnsi="Times New Roman" w:cs="Times New Roman"/>
          <w:sz w:val="24"/>
          <w:szCs w:val="24"/>
        </w:rPr>
        <w:t>?</w:t>
      </w:r>
    </w:p>
    <w:p w:rsidR="006530BB" w:rsidRPr="006530BB" w:rsidP="006530BB" w14:paraId="60D104CD"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22979387" w14:paraId="43E7E2DF" w14:textId="6C3990ED">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Mark (X) yes or no for each item</w:t>
      </w:r>
      <w:r w:rsidRPr="22979387" w:rsidR="713E3A4E">
        <w:rPr>
          <w:rFonts w:ascii="Times New Roman" w:eastAsia="Times New Roman" w:hAnsi="Times New Roman" w:cs="Times New Roman"/>
          <w:sz w:val="24"/>
          <w:szCs w:val="24"/>
        </w:rPr>
        <w:t>.</w:t>
      </w:r>
    </w:p>
    <w:p w:rsidR="006530BB" w:rsidRPr="006530BB" w:rsidP="006530BB" w14:paraId="31F74BD2" w14:textId="77777777">
      <w:pPr>
        <w:spacing w:after="0" w:line="240" w:lineRule="auto"/>
        <w:ind w:firstLine="648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Yes</w:t>
      </w:r>
      <w:r w:rsidRPr="006530BB">
        <w:rPr>
          <w:rFonts w:ascii="Calibri" w:eastAsia="Times New Roman" w:hAnsi="Calibri" w:cs="Calibri"/>
          <w:sz w:val="24"/>
          <w:szCs w:val="24"/>
        </w:rPr>
        <w:tab/>
      </w:r>
      <w:r w:rsidRPr="006530BB">
        <w:rPr>
          <w:rFonts w:ascii="Calibri" w:eastAsia="Times New Roman" w:hAnsi="Calibri" w:cs="Calibri"/>
          <w:sz w:val="24"/>
          <w:szCs w:val="24"/>
        </w:rPr>
        <w:tab/>
      </w:r>
      <w:r w:rsidRPr="006530BB">
        <w:rPr>
          <w:rFonts w:ascii="Times New Roman" w:eastAsia="Times New Roman" w:hAnsi="Times New Roman" w:cs="Times New Roman"/>
          <w:sz w:val="24"/>
          <w:szCs w:val="24"/>
        </w:rPr>
        <w:t>No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80"/>
        <w:gridCol w:w="1590"/>
        <w:gridCol w:w="1845"/>
      </w:tblGrid>
      <w:tr w14:paraId="3402E47B" w14:textId="77777777" w:rsidTr="2297938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5"/>
        </w:trPr>
        <w:tc>
          <w:tcPr>
            <w:tcW w:w="5880" w:type="dxa"/>
            <w:tcBorders>
              <w:top w:val="nil"/>
              <w:left w:val="nil"/>
              <w:bottom w:val="nil"/>
              <w:right w:val="single" w:sz="12" w:space="0" w:color="000000" w:themeColor="text1"/>
            </w:tcBorders>
            <w:hideMark/>
          </w:tcPr>
          <w:p w:rsidR="006530BB" w:rsidRPr="006530BB" w:rsidP="006530BB" w14:paraId="772483B6" w14:textId="48C7EE74">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2806F81C">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a. </w:t>
            </w:r>
            <w:r w:rsidRPr="22979387">
              <w:rPr>
                <w:rFonts w:ascii="Times New Roman" w:eastAsia="Times New Roman" w:hAnsi="Times New Roman" w:cs="Times New Roman"/>
                <w:sz w:val="24"/>
                <w:szCs w:val="24"/>
              </w:rPr>
              <w:t>For fun or to get high  </w:t>
            </w:r>
          </w:p>
          <w:p w:rsidR="006530BB" w:rsidRPr="006530BB" w:rsidP="006530BB" w14:paraId="4EDDE7CF"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3212D26E"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171FA4D3"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r>
      <w:tr w14:paraId="25F5E782" w14:textId="77777777" w:rsidTr="22979387">
        <w:tblPrEx>
          <w:tblW w:w="0" w:type="dxa"/>
          <w:tblCellMar>
            <w:left w:w="0" w:type="dxa"/>
            <w:right w:w="0" w:type="dxa"/>
          </w:tblCellMar>
          <w:tblLook w:val="04A0"/>
        </w:tblPrEx>
        <w:trPr>
          <w:trHeight w:val="285"/>
        </w:trPr>
        <w:tc>
          <w:tcPr>
            <w:tcW w:w="5880" w:type="dxa"/>
            <w:tcBorders>
              <w:top w:val="nil"/>
              <w:left w:val="nil"/>
              <w:bottom w:val="nil"/>
              <w:right w:val="single" w:sz="12" w:space="0" w:color="000000" w:themeColor="text1"/>
            </w:tcBorders>
            <w:hideMark/>
          </w:tcPr>
          <w:p w:rsidR="006530BB" w:rsidRPr="006530BB" w:rsidP="006530BB" w14:paraId="6E041481" w14:textId="4A85A553">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798FA1E1">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b. </w:t>
            </w:r>
            <w:r w:rsidRPr="22979387">
              <w:rPr>
                <w:rFonts w:ascii="Times New Roman" w:eastAsia="Times New Roman" w:hAnsi="Times New Roman" w:cs="Times New Roman"/>
                <w:sz w:val="24"/>
                <w:szCs w:val="24"/>
              </w:rPr>
              <w:t>Pain relief </w:t>
            </w:r>
          </w:p>
          <w:p w:rsidR="006530BB" w:rsidRPr="006530BB" w:rsidP="006530BB" w14:paraId="2D938031"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0EA99DDD"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1C19D465"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r>
      <w:tr w14:paraId="1988C7E7" w14:textId="77777777" w:rsidTr="22979387">
        <w:tblPrEx>
          <w:tblW w:w="0" w:type="dxa"/>
          <w:tblCellMar>
            <w:left w:w="0" w:type="dxa"/>
            <w:right w:w="0" w:type="dxa"/>
          </w:tblCellMar>
          <w:tblLook w:val="04A0"/>
        </w:tblPrEx>
        <w:trPr>
          <w:trHeight w:val="285"/>
        </w:trPr>
        <w:tc>
          <w:tcPr>
            <w:tcW w:w="5880" w:type="dxa"/>
            <w:tcBorders>
              <w:top w:val="nil"/>
              <w:left w:val="nil"/>
              <w:bottom w:val="nil"/>
              <w:right w:val="single" w:sz="12" w:space="0" w:color="000000" w:themeColor="text1"/>
            </w:tcBorders>
            <w:hideMark/>
          </w:tcPr>
          <w:p w:rsidR="006530BB" w:rsidRPr="006530BB" w:rsidP="006530BB" w14:paraId="65BF1E45" w14:textId="05B3197C">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272CEE38">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c. </w:t>
            </w:r>
            <w:r w:rsidRPr="22979387">
              <w:rPr>
                <w:rFonts w:ascii="Times New Roman" w:eastAsia="Times New Roman" w:hAnsi="Times New Roman" w:cs="Times New Roman"/>
                <w:sz w:val="24"/>
                <w:szCs w:val="24"/>
              </w:rPr>
              <w:t>Nausea </w:t>
            </w:r>
          </w:p>
          <w:p w:rsidR="006530BB" w:rsidRPr="006530BB" w:rsidP="006530BB" w14:paraId="6FF9382C"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46ECDA88"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078878A3"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r>
      <w:tr w14:paraId="4AF5FAE0" w14:textId="77777777" w:rsidTr="22979387">
        <w:tblPrEx>
          <w:tblW w:w="0" w:type="dxa"/>
          <w:tblCellMar>
            <w:left w:w="0" w:type="dxa"/>
            <w:right w:w="0" w:type="dxa"/>
          </w:tblCellMar>
          <w:tblLook w:val="04A0"/>
        </w:tblPrEx>
        <w:trPr>
          <w:trHeight w:val="285"/>
        </w:trPr>
        <w:tc>
          <w:tcPr>
            <w:tcW w:w="5880" w:type="dxa"/>
            <w:tcBorders>
              <w:top w:val="nil"/>
              <w:left w:val="nil"/>
              <w:bottom w:val="nil"/>
              <w:right w:val="single" w:sz="12" w:space="0" w:color="000000" w:themeColor="text1"/>
            </w:tcBorders>
            <w:hideMark/>
          </w:tcPr>
          <w:p w:rsidR="006530BB" w:rsidRPr="006530BB" w:rsidP="006530BB" w14:paraId="2F69B5B9" w14:textId="359155AA">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29A1A4A5">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d. </w:t>
            </w:r>
            <w:r w:rsidRPr="22979387">
              <w:rPr>
                <w:rFonts w:ascii="Times New Roman" w:eastAsia="Times New Roman" w:hAnsi="Times New Roman" w:cs="Times New Roman"/>
                <w:sz w:val="24"/>
                <w:szCs w:val="24"/>
              </w:rPr>
              <w:t>Anxiety, stress, or other mental health </w:t>
            </w:r>
          </w:p>
          <w:p w:rsidR="006530BB" w:rsidRPr="006530BB" w:rsidP="006530BB" w14:paraId="056D34A8"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4989B838"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436D161C"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r>
      <w:tr w14:paraId="5F2BD356" w14:textId="77777777" w:rsidTr="22979387">
        <w:tblPrEx>
          <w:tblW w:w="0" w:type="dxa"/>
          <w:tblCellMar>
            <w:left w:w="0" w:type="dxa"/>
            <w:right w:w="0" w:type="dxa"/>
          </w:tblCellMar>
          <w:tblLook w:val="04A0"/>
        </w:tblPrEx>
        <w:trPr>
          <w:trHeight w:val="360"/>
        </w:trPr>
        <w:tc>
          <w:tcPr>
            <w:tcW w:w="5880" w:type="dxa"/>
            <w:tcBorders>
              <w:top w:val="nil"/>
              <w:left w:val="nil"/>
              <w:bottom w:val="nil"/>
              <w:right w:val="single" w:sz="12" w:space="0" w:color="000000" w:themeColor="text1"/>
            </w:tcBorders>
            <w:hideMark/>
          </w:tcPr>
          <w:p w:rsidR="006530BB" w:rsidRPr="006530BB" w:rsidP="006530BB" w14:paraId="59A640E2" w14:textId="22F336BB">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7C5A20EB">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e. </w:t>
            </w:r>
            <w:r w:rsidRPr="22979387">
              <w:rPr>
                <w:rFonts w:ascii="Times New Roman" w:eastAsia="Times New Roman" w:hAnsi="Times New Roman" w:cs="Times New Roman"/>
                <w:sz w:val="24"/>
                <w:szCs w:val="24"/>
              </w:rPr>
              <w:t>Help with sleep </w:t>
            </w:r>
          </w:p>
          <w:p w:rsidR="006530BB" w:rsidRPr="006530BB" w:rsidP="006530BB" w14:paraId="5A141250"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p w:rsidR="006530BB" w:rsidRPr="006530BB" w:rsidP="006530BB" w14:paraId="4F0F7CB3" w14:textId="35E7804D">
            <w:pPr>
              <w:spacing w:after="0" w:line="240" w:lineRule="auto"/>
              <w:textAlignment w:val="baseline"/>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H</w:t>
            </w:r>
            <w:r w:rsidRPr="22979387" w:rsidR="7D94C317">
              <w:rPr>
                <w:rFonts w:ascii="Times New Roman" w:eastAsia="Times New Roman" w:hAnsi="Times New Roman" w:cs="Times New Roman"/>
                <w:b/>
                <w:bCs/>
                <w:sz w:val="24"/>
                <w:szCs w:val="24"/>
              </w:rPr>
              <w:t>8</w:t>
            </w:r>
            <w:r w:rsidRPr="22979387">
              <w:rPr>
                <w:rFonts w:ascii="Times New Roman" w:eastAsia="Times New Roman" w:hAnsi="Times New Roman" w:cs="Times New Roman"/>
                <w:b/>
                <w:bCs/>
                <w:sz w:val="24"/>
                <w:szCs w:val="24"/>
              </w:rPr>
              <w:t>f. </w:t>
            </w:r>
            <w:r w:rsidRPr="22979387">
              <w:rPr>
                <w:rFonts w:ascii="Times New Roman" w:eastAsia="Times New Roman" w:hAnsi="Times New Roman" w:cs="Times New Roman"/>
                <w:sz w:val="24"/>
                <w:szCs w:val="24"/>
              </w:rPr>
              <w:t>Other medical reasons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202FBF9D"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62D6A2AE"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sz w:val="24"/>
                <w:szCs w:val="24"/>
              </w:rPr>
              <w:t> </w:t>
            </w:r>
          </w:p>
        </w:tc>
      </w:tr>
      <w:tr w14:paraId="4F5203D3" w14:textId="77777777" w:rsidTr="22979387">
        <w:tblPrEx>
          <w:tblW w:w="0" w:type="dxa"/>
          <w:tblCellMar>
            <w:left w:w="0" w:type="dxa"/>
            <w:right w:w="0" w:type="dxa"/>
          </w:tblCellMar>
          <w:tblLook w:val="04A0"/>
        </w:tblPrEx>
        <w:trPr>
          <w:trHeight w:val="360"/>
        </w:trPr>
        <w:tc>
          <w:tcPr>
            <w:tcW w:w="5880" w:type="dxa"/>
            <w:tcBorders>
              <w:top w:val="nil"/>
              <w:left w:val="nil"/>
              <w:bottom w:val="nil"/>
              <w:right w:val="single" w:sz="12" w:space="0" w:color="000000" w:themeColor="text1"/>
            </w:tcBorders>
            <w:hideMark/>
          </w:tcPr>
          <w:p w:rsidR="006530BB" w:rsidRPr="006530BB" w:rsidP="006530BB" w14:paraId="2F577A30"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color w:val="C00000"/>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49F74526"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color w:val="C00000"/>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6530BB" w:rsidRPr="006530BB" w:rsidP="006530BB" w14:paraId="2E24A81C" w14:textId="77777777">
            <w:pPr>
              <w:spacing w:after="0" w:line="240" w:lineRule="auto"/>
              <w:textAlignment w:val="baseline"/>
              <w:rPr>
                <w:rFonts w:ascii="Times New Roman" w:eastAsia="Times New Roman" w:hAnsi="Times New Roman" w:cs="Times New Roman"/>
                <w:sz w:val="24"/>
                <w:szCs w:val="24"/>
              </w:rPr>
            </w:pPr>
            <w:r w:rsidRPr="006530BB">
              <w:rPr>
                <w:rFonts w:ascii="Times New Roman" w:eastAsia="Times New Roman" w:hAnsi="Times New Roman" w:cs="Times New Roman"/>
                <w:color w:val="C00000"/>
                <w:sz w:val="24"/>
                <w:szCs w:val="24"/>
              </w:rPr>
              <w:t> </w:t>
            </w:r>
          </w:p>
        </w:tc>
      </w:tr>
    </w:tbl>
    <w:p w:rsidR="006530BB" w:rsidRPr="006530BB" w:rsidP="006530BB" w14:paraId="1869A4B3"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color w:val="C00000"/>
          <w:sz w:val="24"/>
          <w:szCs w:val="24"/>
        </w:rPr>
        <w:t> </w:t>
      </w:r>
    </w:p>
    <w:p w:rsidR="006530BB" w:rsidRPr="006530BB" w:rsidP="006530BB" w14:paraId="27E021D9" w14:textId="1E99B32B">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u w:val="single"/>
        </w:rPr>
        <w:t>Employment</w:t>
      </w:r>
      <w:r w:rsidRPr="22979387" w:rsidR="5C20FF02">
        <w:rPr>
          <w:rFonts w:ascii="Times New Roman" w:eastAsia="Times New Roman" w:hAnsi="Times New Roman" w:cs="Times New Roman"/>
          <w:sz w:val="24"/>
          <w:szCs w:val="24"/>
        </w:rPr>
        <w:t> </w:t>
      </w:r>
    </w:p>
    <w:p w:rsidR="067C5BDE" w:rsidP="22979387" w14:paraId="09597999" w14:textId="557DF767">
      <w:pPr>
        <w:spacing w:after="0" w:line="240" w:lineRule="auto"/>
        <w:rPr>
          <w:rFonts w:ascii="Times New Roman" w:eastAsia="Times New Roman" w:hAnsi="Times New Roman" w:cs="Times New Roman"/>
          <w:sz w:val="24"/>
          <w:szCs w:val="24"/>
        </w:rPr>
      </w:pPr>
      <w:r w:rsidRPr="4819E107">
        <w:rPr>
          <w:rFonts w:ascii="Times New Roman" w:eastAsia="Times New Roman" w:hAnsi="Times New Roman" w:cs="Times New Roman"/>
          <w:b/>
          <w:bCs/>
          <w:sz w:val="24"/>
          <w:szCs w:val="24"/>
        </w:rPr>
        <w:t>I10.</w:t>
      </w:r>
      <w:r w:rsidRPr="4819E107">
        <w:rPr>
          <w:rFonts w:ascii="Times New Roman" w:eastAsia="Times New Roman" w:hAnsi="Times New Roman" w:cs="Times New Roman"/>
          <w:sz w:val="24"/>
          <w:szCs w:val="24"/>
        </w:rPr>
        <w:t xml:space="preserve"> Which of the following best describes your current employment status?  </w:t>
      </w:r>
    </w:p>
    <w:p w:rsidR="067C5BDE" w:rsidP="4819E107" w14:paraId="31C8A031" w14:textId="7C089D9F">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Employed full-time</w:t>
      </w:r>
    </w:p>
    <w:p w:rsidR="067C5BDE" w:rsidP="4819E107" w14:paraId="3F686635" w14:textId="19038418">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Employed part-time</w:t>
      </w:r>
    </w:p>
    <w:p w:rsidR="067C5BDE" w:rsidP="4819E107" w14:paraId="116619B5" w14:textId="377B3ACB">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Working without pay at a family-owned business</w:t>
      </w:r>
    </w:p>
    <w:p w:rsidR="067C5BDE" w:rsidP="4819E107" w14:paraId="1E3F74A5" w14:textId="7950487D">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Retired</w:t>
      </w:r>
      <w:r w:rsidRPr="4819E107" w:rsidR="595C116E">
        <w:rPr>
          <w:rFonts w:ascii="Times New Roman" w:eastAsia="Times New Roman" w:hAnsi="Times New Roman" w:cs="Times New Roman"/>
          <w:sz w:val="24"/>
          <w:szCs w:val="24"/>
        </w:rPr>
        <w:t xml:space="preserve"> [Skip to next section]</w:t>
      </w:r>
    </w:p>
    <w:p w:rsidR="067C5BDE" w:rsidP="4819E107" w14:paraId="42499FEF" w14:textId="2F1957A4">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Not employed but looking for work</w:t>
      </w:r>
      <w:r w:rsidRPr="4819E107" w:rsidR="23CC4871">
        <w:rPr>
          <w:rFonts w:ascii="Times New Roman" w:eastAsia="Times New Roman" w:hAnsi="Times New Roman" w:cs="Times New Roman"/>
          <w:sz w:val="24"/>
          <w:szCs w:val="24"/>
        </w:rPr>
        <w:t xml:space="preserve"> [Skip to next section]</w:t>
      </w:r>
    </w:p>
    <w:p w:rsidR="067C5BDE" w:rsidP="4819E107" w14:paraId="113CE07E" w14:textId="663E1BD8">
      <w:pPr>
        <w:spacing w:after="0" w:line="240" w:lineRule="auto"/>
        <w:ind w:left="720"/>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Not employed and not looking for work</w:t>
      </w:r>
      <w:r w:rsidRPr="4819E107" w:rsidR="50CCD38B">
        <w:rPr>
          <w:rFonts w:ascii="Times New Roman" w:eastAsia="Times New Roman" w:hAnsi="Times New Roman" w:cs="Times New Roman"/>
          <w:sz w:val="24"/>
          <w:szCs w:val="24"/>
        </w:rPr>
        <w:t xml:space="preserve"> [Skip to next section]</w:t>
      </w:r>
    </w:p>
    <w:p w:rsidR="22979387" w:rsidP="22979387" w14:paraId="57BAEB04" w14:textId="5ED37E0B">
      <w:pPr>
        <w:spacing w:after="0" w:line="240" w:lineRule="auto"/>
        <w:rPr>
          <w:rFonts w:ascii="Times New Roman" w:eastAsia="Times New Roman" w:hAnsi="Times New Roman" w:cs="Times New Roman"/>
          <w:b/>
          <w:bCs/>
          <w:sz w:val="24"/>
          <w:szCs w:val="24"/>
        </w:rPr>
      </w:pPr>
    </w:p>
    <w:p w:rsidR="006530BB" w:rsidRPr="006530BB" w:rsidP="006530BB" w14:paraId="5C7F4BDC" w14:textId="51A6B8ED">
      <w:pPr>
        <w:spacing w:after="0" w:line="240" w:lineRule="auto"/>
        <w:textAlignment w:val="baseline"/>
        <w:rPr>
          <w:rFonts w:ascii="Segoe UI" w:eastAsia="Times New Roman" w:hAnsi="Segoe UI" w:cs="Segoe UI"/>
          <w:sz w:val="18"/>
          <w:szCs w:val="18"/>
        </w:rPr>
      </w:pPr>
      <w:r w:rsidRPr="22979387">
        <w:rPr>
          <w:rFonts w:ascii="Times New Roman" w:eastAsia="Times New Roman" w:hAnsi="Times New Roman" w:cs="Times New Roman"/>
          <w:b/>
          <w:bCs/>
          <w:sz w:val="24"/>
          <w:szCs w:val="24"/>
        </w:rPr>
        <w:t>I1</w:t>
      </w:r>
      <w:r w:rsidRPr="22979387" w:rsidR="48A00419">
        <w:rPr>
          <w:rFonts w:ascii="Times New Roman" w:eastAsia="Times New Roman" w:hAnsi="Times New Roman" w:cs="Times New Roman"/>
          <w:b/>
          <w:bCs/>
          <w:sz w:val="24"/>
          <w:szCs w:val="24"/>
        </w:rPr>
        <w:t>1</w:t>
      </w:r>
      <w:r w:rsidRPr="22979387">
        <w:rPr>
          <w:rFonts w:ascii="Times New Roman" w:eastAsia="Times New Roman" w:hAnsi="Times New Roman" w:cs="Times New Roman"/>
          <w:b/>
          <w:bCs/>
          <w:sz w:val="24"/>
          <w:szCs w:val="24"/>
        </w:rPr>
        <w:t>. </w:t>
      </w:r>
      <w:r w:rsidRPr="22979387">
        <w:rPr>
          <w:rFonts w:ascii="Times New Roman" w:eastAsia="Times New Roman" w:hAnsi="Times New Roman" w:cs="Times New Roman"/>
          <w:sz w:val="24"/>
          <w:szCs w:val="24"/>
        </w:rPr>
        <w:t>The next questions ask details about your employment. If you have more than one job, describe your main job where you work the most hours. Please be specific in your responses.  </w:t>
      </w:r>
    </w:p>
    <w:p w:rsidR="006530BB" w:rsidRPr="006530BB" w:rsidP="006530BB" w14:paraId="1A8E2272"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59CC3BFD"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What kind of work do you do? </w:t>
      </w:r>
      <w:r w:rsidRPr="006530BB">
        <w:rPr>
          <w:rFonts w:ascii="Times New Roman" w:eastAsia="Times New Roman" w:hAnsi="Times New Roman" w:cs="Times New Roman"/>
          <w:sz w:val="24"/>
          <w:szCs w:val="24"/>
        </w:rPr>
        <w:t>That is, what</w:t>
      </w:r>
      <w:r w:rsidRPr="006530BB">
        <w:rPr>
          <w:rFonts w:ascii="Times New Roman" w:eastAsia="Times New Roman" w:hAnsi="Times New Roman" w:cs="Times New Roman"/>
          <w:sz w:val="24"/>
          <w:szCs w:val="24"/>
        </w:rPr>
        <w:t> is your job title or occupation? For example, registered nurse, 4</w:t>
      </w:r>
      <w:r w:rsidRPr="006530BB">
        <w:rPr>
          <w:rFonts w:ascii="Times New Roman" w:eastAsia="Times New Roman" w:hAnsi="Times New Roman" w:cs="Times New Roman"/>
          <w:sz w:val="19"/>
          <w:szCs w:val="19"/>
          <w:vertAlign w:val="superscript"/>
        </w:rPr>
        <w:t>th</w:t>
      </w:r>
      <w:r w:rsidRPr="006530BB">
        <w:rPr>
          <w:rFonts w:ascii="Times New Roman" w:eastAsia="Times New Roman" w:hAnsi="Times New Roman" w:cs="Times New Roman"/>
          <w:sz w:val="24"/>
          <w:szCs w:val="24"/>
        </w:rPr>
        <w:t>-grade teacher, mechanical engineer, cable technician  </w:t>
      </w:r>
    </w:p>
    <w:p w:rsidR="006530BB" w:rsidRPr="006530BB" w:rsidP="006530BB" w14:paraId="0B264B2E"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571ED743"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5534FDF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819E107" w14:paraId="1345B8A1" w14:textId="64CFE9E1">
      <w:pPr>
        <w:spacing w:after="0" w:line="240" w:lineRule="auto"/>
        <w:textAlignment w:val="baseline"/>
        <w:rPr>
          <w:rFonts w:ascii="Times New Roman" w:eastAsia="Times New Roman" w:hAnsi="Times New Roman" w:cs="Times New Roman"/>
          <w:b/>
          <w:bCs/>
          <w:sz w:val="24"/>
          <w:szCs w:val="24"/>
        </w:rPr>
      </w:pPr>
    </w:p>
    <w:p w:rsidR="006530BB" w:rsidRPr="006530BB" w:rsidP="006530BB" w14:paraId="017693DC" w14:textId="32A14750">
      <w:pPr>
        <w:spacing w:after="0" w:line="240" w:lineRule="auto"/>
        <w:textAlignment w:val="baseline"/>
      </w:pPr>
      <w:r>
        <w:br w:type="page"/>
      </w:r>
    </w:p>
    <w:p w:rsidR="006530BB" w:rsidRPr="006530BB" w:rsidP="4819E107" w14:paraId="6D005B73" w14:textId="2CEA76FE">
      <w:pPr>
        <w:spacing w:after="0" w:line="240" w:lineRule="auto"/>
        <w:textAlignment w:val="baseline"/>
        <w:rPr>
          <w:rFonts w:ascii="Segoe UI" w:eastAsia="Times New Roman" w:hAnsi="Segoe UI" w:cs="Segoe UI"/>
          <w:sz w:val="18"/>
          <w:szCs w:val="18"/>
        </w:rPr>
      </w:pPr>
      <w:r w:rsidRPr="4819E107">
        <w:rPr>
          <w:rFonts w:ascii="Times New Roman" w:eastAsia="Times New Roman" w:hAnsi="Times New Roman" w:cs="Times New Roman"/>
          <w:b/>
          <w:bCs/>
          <w:sz w:val="24"/>
          <w:szCs w:val="24"/>
        </w:rPr>
        <w:t>I1</w:t>
      </w:r>
      <w:r w:rsidRPr="4819E107" w:rsidR="601D5709">
        <w:rPr>
          <w:rFonts w:ascii="Times New Roman" w:eastAsia="Times New Roman" w:hAnsi="Times New Roman" w:cs="Times New Roman"/>
          <w:b/>
          <w:bCs/>
          <w:sz w:val="24"/>
          <w:szCs w:val="24"/>
        </w:rPr>
        <w:t>2</w:t>
      </w:r>
      <w:r w:rsidRPr="4819E107">
        <w:rPr>
          <w:rFonts w:ascii="Times New Roman" w:eastAsia="Times New Roman" w:hAnsi="Times New Roman" w:cs="Times New Roman"/>
          <w:b/>
          <w:bCs/>
          <w:sz w:val="24"/>
          <w:szCs w:val="24"/>
        </w:rPr>
        <w:t>. </w:t>
      </w:r>
      <w:r w:rsidRPr="4819E107">
        <w:rPr>
          <w:rFonts w:ascii="Times New Roman" w:eastAsia="Times New Roman" w:hAnsi="Times New Roman" w:cs="Times New Roman"/>
          <w:sz w:val="24"/>
          <w:szCs w:val="24"/>
        </w:rPr>
        <w:t>What kind of business or industry is this? That is, what does your company </w:t>
      </w:r>
      <w:r w:rsidRPr="4819E107">
        <w:rPr>
          <w:rFonts w:ascii="Times New Roman" w:eastAsia="Times New Roman" w:hAnsi="Times New Roman" w:cs="Times New Roman"/>
          <w:sz w:val="24"/>
          <w:szCs w:val="24"/>
        </w:rPr>
        <w:t>make</w:t>
      </w:r>
      <w:r w:rsidRPr="4819E107">
        <w:rPr>
          <w:rFonts w:ascii="Times New Roman" w:eastAsia="Times New Roman" w:hAnsi="Times New Roman" w:cs="Times New Roman"/>
          <w:sz w:val="24"/>
          <w:szCs w:val="24"/>
        </w:rPr>
        <w:t> or do? For example, </w:t>
      </w:r>
      <w:r w:rsidRPr="4819E107">
        <w:rPr>
          <w:rFonts w:ascii="Times New Roman" w:eastAsia="Times New Roman" w:hAnsi="Times New Roman" w:cs="Times New Roman"/>
          <w:sz w:val="24"/>
          <w:szCs w:val="24"/>
        </w:rPr>
        <w:t>hospital</w:t>
      </w:r>
      <w:r w:rsidRPr="4819E107">
        <w:rPr>
          <w:rFonts w:ascii="Times New Roman" w:eastAsia="Times New Roman" w:hAnsi="Times New Roman" w:cs="Times New Roman"/>
          <w:sz w:val="24"/>
          <w:szCs w:val="24"/>
        </w:rPr>
        <w:t>, elementary </w:t>
      </w:r>
      <w:r w:rsidRPr="4819E107">
        <w:rPr>
          <w:rFonts w:ascii="Times New Roman" w:eastAsia="Times New Roman" w:hAnsi="Times New Roman" w:cs="Times New Roman"/>
          <w:sz w:val="24"/>
          <w:szCs w:val="24"/>
        </w:rPr>
        <w:t>school</w:t>
      </w:r>
      <w:r w:rsidRPr="4819E107">
        <w:rPr>
          <w:rFonts w:ascii="Times New Roman" w:eastAsia="Times New Roman" w:hAnsi="Times New Roman" w:cs="Times New Roman"/>
          <w:sz w:val="24"/>
          <w:szCs w:val="24"/>
        </w:rPr>
        <w:t>, clothing manufacturing, auto repair </w:t>
      </w:r>
    </w:p>
    <w:p w:rsidR="006530BB" w:rsidRPr="006530BB" w:rsidP="006530BB" w14:paraId="41C13FBE"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2DB72455"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65F98F38" w14:textId="77777777">
      <w:pPr>
        <w:spacing w:after="0" w:line="240" w:lineRule="auto"/>
        <w:textAlignment w:val="baseline"/>
      </w:pPr>
      <w:r w:rsidRPr="4968A796">
        <w:rPr>
          <w:rFonts w:ascii="Times New Roman" w:eastAsia="Times New Roman" w:hAnsi="Times New Roman" w:cs="Times New Roman"/>
          <w:sz w:val="24"/>
          <w:szCs w:val="24"/>
        </w:rPr>
        <w:t> </w:t>
      </w:r>
    </w:p>
    <w:p w:rsidR="68F9EC0C" w:rsidP="4968A796" w14:paraId="01F64024" w14:textId="3A627A8D">
      <w:pPr>
        <w:spacing w:after="0" w:line="240" w:lineRule="auto"/>
      </w:pPr>
      <w:r w:rsidRPr="4968A796">
        <w:rPr>
          <w:rFonts w:ascii="Times New Roman" w:eastAsia="Times New Roman" w:hAnsi="Times New Roman" w:cs="Times New Roman"/>
          <w:b/>
          <w:bCs/>
          <w:sz w:val="24"/>
          <w:szCs w:val="24"/>
        </w:rPr>
        <w:t xml:space="preserve">I13. </w:t>
      </w:r>
      <w:r w:rsidRPr="4968A796" w:rsidR="51903F86">
        <w:rPr>
          <w:rFonts w:ascii="Times New Roman" w:eastAsia="Times New Roman" w:hAnsi="Times New Roman" w:cs="Times New Roman"/>
          <w:sz w:val="24"/>
          <w:szCs w:val="24"/>
        </w:rPr>
        <w:t xml:space="preserve">At your workplace, is paid sick leave available to you if you need it? </w:t>
      </w:r>
    </w:p>
    <w:p w:rsidR="51903F86" w:rsidP="4968A796" w14:paraId="4A6EE70F" w14:textId="15153345">
      <w:pPr>
        <w:spacing w:after="0" w:line="240" w:lineRule="auto"/>
        <w:ind w:left="720"/>
      </w:pPr>
      <w:r w:rsidRPr="4968A796">
        <w:rPr>
          <w:rFonts w:ascii="Times New Roman" w:eastAsia="Times New Roman" w:hAnsi="Times New Roman" w:cs="Times New Roman"/>
          <w:sz w:val="24"/>
          <w:szCs w:val="24"/>
        </w:rPr>
        <w:t xml:space="preserve">Yes </w:t>
      </w:r>
    </w:p>
    <w:p w:rsidR="51903F86" w:rsidP="4968A796" w14:paraId="6110DBC9" w14:textId="1C4FFC6B">
      <w:pPr>
        <w:spacing w:after="0" w:line="240" w:lineRule="auto"/>
        <w:ind w:left="720"/>
      </w:pPr>
      <w:r w:rsidRPr="4968A796">
        <w:rPr>
          <w:rFonts w:ascii="Times New Roman" w:eastAsia="Times New Roman" w:hAnsi="Times New Roman" w:cs="Times New Roman"/>
          <w:sz w:val="24"/>
          <w:szCs w:val="24"/>
        </w:rPr>
        <w:t>No</w:t>
      </w:r>
    </w:p>
    <w:p w:rsidR="4968A796" w:rsidP="4968A796" w14:paraId="55714418" w14:textId="666471A1">
      <w:pPr>
        <w:spacing w:after="0" w:line="240" w:lineRule="auto"/>
        <w:rPr>
          <w:rFonts w:ascii="Times New Roman" w:eastAsia="Times New Roman" w:hAnsi="Times New Roman" w:cs="Times New Roman"/>
          <w:sz w:val="24"/>
          <w:szCs w:val="24"/>
        </w:rPr>
      </w:pPr>
    </w:p>
    <w:p w:rsidR="603783E7" w:rsidP="4968A796" w14:paraId="3F0FAAE9" w14:textId="0700B69C">
      <w:pPr>
        <w:spacing w:after="0" w:line="240" w:lineRule="auto"/>
      </w:pPr>
      <w:r w:rsidRPr="4968A796">
        <w:rPr>
          <w:rFonts w:ascii="Times New Roman" w:eastAsia="Times New Roman" w:hAnsi="Times New Roman" w:cs="Times New Roman"/>
          <w:b/>
          <w:bCs/>
          <w:sz w:val="24"/>
          <w:szCs w:val="24"/>
        </w:rPr>
        <w:t>I14.</w:t>
      </w:r>
      <w:r w:rsidRPr="4968A796">
        <w:rPr>
          <w:rFonts w:ascii="Times New Roman" w:eastAsia="Times New Roman" w:hAnsi="Times New Roman" w:cs="Times New Roman"/>
          <w:sz w:val="24"/>
          <w:szCs w:val="24"/>
        </w:rPr>
        <w:t xml:space="preserve"> </w:t>
      </w:r>
      <w:r w:rsidRPr="4968A796" w:rsidR="51903F86">
        <w:rPr>
          <w:rFonts w:ascii="Times New Roman" w:eastAsia="Times New Roman" w:hAnsi="Times New Roman" w:cs="Times New Roman"/>
          <w:sz w:val="24"/>
          <w:szCs w:val="24"/>
        </w:rPr>
        <w:t xml:space="preserve">Is health insurance offered to you through your workplace? </w:t>
      </w:r>
    </w:p>
    <w:p w:rsidR="51903F86" w:rsidP="4968A796" w14:paraId="669152A0" w14:textId="556F0C0C">
      <w:pPr>
        <w:spacing w:after="0" w:line="240" w:lineRule="auto"/>
        <w:ind w:left="720"/>
      </w:pPr>
      <w:r w:rsidRPr="4968A796">
        <w:rPr>
          <w:rFonts w:ascii="Times New Roman" w:eastAsia="Times New Roman" w:hAnsi="Times New Roman" w:cs="Times New Roman"/>
          <w:sz w:val="24"/>
          <w:szCs w:val="24"/>
        </w:rPr>
        <w:t xml:space="preserve">Yes </w:t>
      </w:r>
    </w:p>
    <w:p w:rsidR="51903F86" w:rsidP="4968A796" w14:paraId="6E7F79C2" w14:textId="6F0FF24E">
      <w:pPr>
        <w:spacing w:after="0" w:line="240" w:lineRule="auto"/>
        <w:ind w:left="720"/>
      </w:pPr>
      <w:r w:rsidRPr="4968A796">
        <w:rPr>
          <w:rFonts w:ascii="Times New Roman" w:eastAsia="Times New Roman" w:hAnsi="Times New Roman" w:cs="Times New Roman"/>
          <w:sz w:val="24"/>
          <w:szCs w:val="24"/>
        </w:rPr>
        <w:t>No</w:t>
      </w:r>
    </w:p>
    <w:p w:rsidR="006530BB" w:rsidRPr="006530BB" w:rsidP="006530BB" w14:paraId="31F835FB"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006530BB" w14:paraId="1A3BA179" w14:textId="3B7C2AE9">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b/>
          <w:bCs/>
          <w:sz w:val="24"/>
          <w:szCs w:val="24"/>
          <w:u w:val="single"/>
        </w:rPr>
        <w:t>Short</w:t>
      </w:r>
      <w:r w:rsidRPr="4968A796" w:rsidR="5935C38A">
        <w:rPr>
          <w:rFonts w:ascii="Times New Roman" w:eastAsia="Times New Roman" w:hAnsi="Times New Roman" w:cs="Times New Roman"/>
          <w:b/>
          <w:bCs/>
          <w:sz w:val="24"/>
          <w:szCs w:val="24"/>
          <w:u w:val="single"/>
        </w:rPr>
        <w:t>-</w:t>
      </w:r>
      <w:r w:rsidRPr="4968A796">
        <w:rPr>
          <w:rFonts w:ascii="Times New Roman" w:eastAsia="Times New Roman" w:hAnsi="Times New Roman" w:cs="Times New Roman"/>
          <w:b/>
          <w:bCs/>
          <w:sz w:val="24"/>
          <w:szCs w:val="24"/>
          <w:u w:val="single"/>
        </w:rPr>
        <w:t>Term Illness </w:t>
      </w:r>
      <w:r w:rsidRPr="4968A796">
        <w:rPr>
          <w:rFonts w:ascii="Times New Roman" w:eastAsia="Times New Roman" w:hAnsi="Times New Roman" w:cs="Times New Roman"/>
          <w:sz w:val="24"/>
          <w:szCs w:val="24"/>
        </w:rPr>
        <w:t> </w:t>
      </w:r>
    </w:p>
    <w:p w:rsidR="006530BB" w:rsidRPr="006530BB" w:rsidP="4968A796" w14:paraId="7CAE56C6" w14:textId="35684E16">
      <w:pPr>
        <w:spacing w:after="0" w:line="240" w:lineRule="auto"/>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rPr>
        <w:t>X1.</w:t>
      </w:r>
      <w:r w:rsidRPr="4968A796">
        <w:rPr>
          <w:rFonts w:ascii="Times New Roman" w:eastAsia="Times New Roman" w:hAnsi="Times New Roman" w:cs="Times New Roman"/>
          <w:sz w:val="24"/>
          <w:szCs w:val="24"/>
        </w:rPr>
        <w:t xml:space="preserve"> </w:t>
      </w:r>
      <w:r w:rsidRPr="4968A796" w:rsidR="62BF43B2">
        <w:rPr>
          <w:rFonts w:ascii="Times New Roman" w:eastAsia="Times New Roman" w:hAnsi="Times New Roman" w:cs="Times New Roman"/>
          <w:sz w:val="24"/>
          <w:szCs w:val="24"/>
        </w:rPr>
        <w:t>Did you have a head cold or chest cold that started during the past 30 days?   </w:t>
      </w:r>
    </w:p>
    <w:p w:rsidR="006530BB" w:rsidRPr="006530BB" w:rsidP="006530BB" w14:paraId="4743F67F"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Yes </w:t>
      </w:r>
    </w:p>
    <w:p w:rsidR="006530BB" w:rsidRPr="006530BB" w:rsidP="006530BB" w14:paraId="155436B0" w14:textId="442CEDBE">
      <w:pPr>
        <w:spacing w:after="0" w:line="240" w:lineRule="auto"/>
        <w:ind w:left="720"/>
        <w:textAlignment w:val="baseline"/>
        <w:rPr>
          <w:rFonts w:ascii="Segoe UI" w:eastAsia="Times New Roman" w:hAnsi="Segoe UI" w:cs="Segoe UI"/>
          <w:sz w:val="18"/>
          <w:szCs w:val="18"/>
        </w:rPr>
      </w:pPr>
      <w:r w:rsidRPr="4968A796">
        <w:rPr>
          <w:rFonts w:ascii="Times New Roman" w:eastAsia="Times New Roman" w:hAnsi="Times New Roman" w:cs="Times New Roman"/>
          <w:sz w:val="24"/>
          <w:szCs w:val="24"/>
        </w:rPr>
        <w:t>No </w:t>
      </w:r>
      <w:r w:rsidRPr="4968A796" w:rsidR="3577F9A1">
        <w:rPr>
          <w:rFonts w:ascii="Times New Roman" w:eastAsia="Times New Roman" w:hAnsi="Times New Roman" w:cs="Times New Roman"/>
          <w:sz w:val="24"/>
          <w:szCs w:val="24"/>
        </w:rPr>
        <w:t>[Skip to X2]</w:t>
      </w:r>
    </w:p>
    <w:p w:rsidR="4968A796" w:rsidP="4968A796" w14:paraId="162A7752" w14:textId="325E6C77">
      <w:pPr>
        <w:spacing w:after="0" w:line="240" w:lineRule="auto"/>
        <w:ind w:left="720"/>
        <w:rPr>
          <w:rFonts w:ascii="Times New Roman" w:eastAsia="Times New Roman" w:hAnsi="Times New Roman" w:cs="Times New Roman"/>
          <w:sz w:val="24"/>
          <w:szCs w:val="24"/>
        </w:rPr>
      </w:pPr>
    </w:p>
    <w:p w:rsidR="006530BB" w:rsidRPr="006530BB" w:rsidP="4968A796" w14:paraId="5AC2BB87" w14:textId="6C6EAB86">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rPr>
        <w:t xml:space="preserve">X1a. </w:t>
      </w:r>
      <w:r w:rsidRPr="4968A796" w:rsidR="62BF43B2">
        <w:rPr>
          <w:rFonts w:ascii="Times New Roman" w:eastAsia="Times New Roman" w:hAnsi="Times New Roman" w:cs="Times New Roman"/>
          <w:sz w:val="24"/>
          <w:szCs w:val="24"/>
        </w:rPr>
        <w:t>Thinking of your most recent head or chest cold, how many days did you spend more than half the day resting in bed or on the couch? </w:t>
      </w:r>
    </w:p>
    <w:p w:rsidR="006530BB" w:rsidRPr="006530BB" w:rsidP="006530BB" w14:paraId="7BA10FB8" w14:textId="77777777">
      <w:pPr>
        <w:spacing w:after="0" w:line="240" w:lineRule="auto"/>
        <w:ind w:left="144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_ _ days </w:t>
      </w:r>
    </w:p>
    <w:p w:rsidR="006530BB" w:rsidRPr="006530BB" w:rsidP="006530BB" w14:paraId="6CE4F256"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968A796" w14:paraId="2631CE0C" w14:textId="7326E931">
      <w:pPr>
        <w:spacing w:after="0" w:line="240" w:lineRule="auto"/>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rPr>
        <w:t>X2.</w:t>
      </w:r>
      <w:r w:rsidRPr="4968A796">
        <w:rPr>
          <w:rFonts w:ascii="Times New Roman" w:eastAsia="Times New Roman" w:hAnsi="Times New Roman" w:cs="Times New Roman"/>
          <w:sz w:val="24"/>
          <w:szCs w:val="24"/>
        </w:rPr>
        <w:t xml:space="preserve"> </w:t>
      </w:r>
      <w:r w:rsidRPr="4968A796" w:rsidR="62BF43B2">
        <w:rPr>
          <w:rFonts w:ascii="Times New Roman" w:eastAsia="Times New Roman" w:hAnsi="Times New Roman" w:cs="Times New Roman"/>
          <w:sz w:val="24"/>
          <w:szCs w:val="24"/>
        </w:rPr>
        <w:t>Did you have a have a stomach or intestinal illness with vomiting or diarrhea that started during the past 30 days?   </w:t>
      </w:r>
    </w:p>
    <w:p w:rsidR="006530BB" w:rsidRPr="006530BB" w:rsidP="006530BB" w14:paraId="5FBA5F20" w14:textId="77777777">
      <w:pPr>
        <w:spacing w:after="0" w:line="240" w:lineRule="auto"/>
        <w:ind w:left="72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Yes </w:t>
      </w:r>
    </w:p>
    <w:p w:rsidR="006530BB" w:rsidRPr="006530BB" w:rsidP="4819E107" w14:paraId="0BE03462" w14:textId="7156143D">
      <w:pPr>
        <w:spacing w:after="0" w:line="240" w:lineRule="auto"/>
        <w:ind w:left="720"/>
        <w:textAlignment w:val="baseline"/>
        <w:rPr>
          <w:rFonts w:ascii="Times New Roman" w:eastAsia="Times New Roman" w:hAnsi="Times New Roman" w:cs="Times New Roman"/>
          <w:sz w:val="24"/>
          <w:szCs w:val="24"/>
        </w:rPr>
      </w:pPr>
      <w:r w:rsidRPr="4819E107">
        <w:rPr>
          <w:rFonts w:ascii="Times New Roman" w:eastAsia="Times New Roman" w:hAnsi="Times New Roman" w:cs="Times New Roman"/>
          <w:sz w:val="24"/>
          <w:szCs w:val="24"/>
        </w:rPr>
        <w:t>No </w:t>
      </w:r>
      <w:r w:rsidRPr="4819E107" w:rsidR="61659B79">
        <w:rPr>
          <w:rFonts w:ascii="Times New Roman" w:eastAsia="Times New Roman" w:hAnsi="Times New Roman" w:cs="Times New Roman"/>
          <w:sz w:val="24"/>
          <w:szCs w:val="24"/>
        </w:rPr>
        <w:t xml:space="preserve">[Skip to </w:t>
      </w:r>
      <w:r w:rsidRPr="4819E107" w:rsidR="30C3588C">
        <w:rPr>
          <w:rFonts w:ascii="Times New Roman" w:eastAsia="Times New Roman" w:hAnsi="Times New Roman" w:cs="Times New Roman"/>
          <w:sz w:val="24"/>
          <w:szCs w:val="24"/>
        </w:rPr>
        <w:t>next section]</w:t>
      </w:r>
    </w:p>
    <w:p w:rsidR="006530BB" w:rsidRPr="006530BB" w:rsidP="006530BB" w14:paraId="33463A57" w14:textId="77777777">
      <w:pPr>
        <w:spacing w:after="0" w:line="240" w:lineRule="auto"/>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 </w:t>
      </w:r>
    </w:p>
    <w:p w:rsidR="006530BB" w:rsidRPr="006530BB" w:rsidP="4968A796" w14:paraId="2838F1ED" w14:textId="4B6E7EA2">
      <w:pPr>
        <w:spacing w:after="0" w:line="240" w:lineRule="auto"/>
        <w:ind w:left="720"/>
        <w:textAlignment w:val="baseline"/>
        <w:rPr>
          <w:rFonts w:ascii="Times New Roman" w:eastAsia="Times New Roman" w:hAnsi="Times New Roman" w:cs="Times New Roman"/>
          <w:sz w:val="24"/>
          <w:szCs w:val="24"/>
        </w:rPr>
      </w:pPr>
      <w:r w:rsidRPr="4968A796">
        <w:rPr>
          <w:rFonts w:ascii="Times New Roman" w:eastAsia="Times New Roman" w:hAnsi="Times New Roman" w:cs="Times New Roman"/>
          <w:b/>
          <w:bCs/>
          <w:sz w:val="24"/>
          <w:szCs w:val="24"/>
        </w:rPr>
        <w:t>X2a.</w:t>
      </w:r>
      <w:r w:rsidRPr="4968A796">
        <w:rPr>
          <w:rFonts w:ascii="Times New Roman" w:eastAsia="Times New Roman" w:hAnsi="Times New Roman" w:cs="Times New Roman"/>
          <w:sz w:val="24"/>
          <w:szCs w:val="24"/>
        </w:rPr>
        <w:t xml:space="preserve"> </w:t>
      </w:r>
      <w:r w:rsidRPr="4968A796" w:rsidR="62BF43B2">
        <w:rPr>
          <w:rFonts w:ascii="Times New Roman" w:eastAsia="Times New Roman" w:hAnsi="Times New Roman" w:cs="Times New Roman"/>
          <w:sz w:val="24"/>
          <w:szCs w:val="24"/>
        </w:rPr>
        <w:t>Thinking of your most recent stomach or intestinal illness, how many days did you spend more than half the day resting in bed or on the couch? </w:t>
      </w:r>
    </w:p>
    <w:p w:rsidR="006530BB" w:rsidRPr="006530BB" w:rsidP="006530BB" w14:paraId="2BA5CE2A" w14:textId="77777777">
      <w:pPr>
        <w:spacing w:after="0" w:line="240" w:lineRule="auto"/>
        <w:ind w:left="1440"/>
        <w:textAlignment w:val="baseline"/>
        <w:rPr>
          <w:rFonts w:ascii="Segoe UI" w:eastAsia="Times New Roman" w:hAnsi="Segoe UI" w:cs="Segoe UI"/>
          <w:sz w:val="18"/>
          <w:szCs w:val="18"/>
        </w:rPr>
      </w:pPr>
      <w:r w:rsidRPr="006530BB">
        <w:rPr>
          <w:rFonts w:ascii="Times New Roman" w:eastAsia="Times New Roman" w:hAnsi="Times New Roman" w:cs="Times New Roman"/>
          <w:sz w:val="24"/>
          <w:szCs w:val="24"/>
        </w:rPr>
        <w:t>_ _ days </w:t>
      </w:r>
    </w:p>
    <w:p w:rsidR="006530BB" w:rsidRPr="006530BB" w:rsidP="006530BB" w14:paraId="12E2FC86" w14:textId="77777777">
      <w:pPr>
        <w:spacing w:after="0" w:line="240" w:lineRule="auto"/>
        <w:textAlignment w:val="baseline"/>
        <w:rPr>
          <w:rFonts w:ascii="Segoe UI" w:eastAsia="Times New Roman" w:hAnsi="Segoe UI" w:cs="Segoe UI"/>
          <w:sz w:val="18"/>
          <w:szCs w:val="18"/>
        </w:rPr>
      </w:pPr>
      <w:r w:rsidRPr="4968A796">
        <w:rPr>
          <w:rFonts w:ascii="Times New Roman" w:eastAsia="Times New Roman" w:hAnsi="Times New Roman" w:cs="Times New Roman"/>
          <w:sz w:val="24"/>
          <w:szCs w:val="24"/>
        </w:rPr>
        <w:t>  </w:t>
      </w:r>
    </w:p>
    <w:p w:rsidR="006530BB" w:rsidRPr="006530BB" w:rsidP="22979387" w14:paraId="1AF21EE8" w14:textId="0450FE7C">
      <w:pPr>
        <w:spacing w:after="0" w:line="240" w:lineRule="auto"/>
        <w:textAlignment w:val="baseline"/>
        <w:rPr>
          <w:rFonts w:ascii="Times New Roman" w:eastAsia="Times New Roman" w:hAnsi="Times New Roman" w:cs="Times New Roman"/>
          <w:b/>
          <w:bCs/>
          <w:sz w:val="24"/>
          <w:szCs w:val="24"/>
          <w:u w:val="single"/>
        </w:rPr>
      </w:pPr>
      <w:r w:rsidRPr="22979387">
        <w:rPr>
          <w:rFonts w:ascii="Times New Roman" w:eastAsia="Times New Roman" w:hAnsi="Times New Roman" w:cs="Times New Roman"/>
          <w:b/>
          <w:bCs/>
          <w:sz w:val="24"/>
          <w:szCs w:val="24"/>
          <w:u w:val="single"/>
        </w:rPr>
        <w:t> </w:t>
      </w:r>
      <w:r w:rsidRPr="22979387" w:rsidR="50EA799E">
        <w:rPr>
          <w:rFonts w:ascii="Times New Roman" w:eastAsia="Times New Roman" w:hAnsi="Times New Roman" w:cs="Times New Roman"/>
          <w:b/>
          <w:bCs/>
          <w:sz w:val="24"/>
          <w:szCs w:val="24"/>
          <w:u w:val="single"/>
        </w:rPr>
        <w:t>Program Participation</w:t>
      </w:r>
    </w:p>
    <w:p w:rsidR="0AB37196" w:rsidP="22979387" w14:paraId="56A2D532" w14:textId="4783EE7E">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 xml:space="preserve">I15. </w:t>
      </w:r>
      <w:r w:rsidRPr="22979387" w:rsidR="50EA799E">
        <w:rPr>
          <w:rFonts w:ascii="Times New Roman" w:eastAsia="Times New Roman" w:hAnsi="Times New Roman" w:cs="Times New Roman"/>
          <w:sz w:val="24"/>
          <w:szCs w:val="24"/>
        </w:rPr>
        <w:t xml:space="preserve">Not including yourself, how many of the people in your household are members of your family?  </w:t>
      </w:r>
    </w:p>
    <w:p w:rsidR="50EA799E" w:rsidP="22979387" w14:paraId="6B6C05B9" w14:textId="1B1DEEA6">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xml:space="preserve"> </w:t>
      </w:r>
    </w:p>
    <w:p w:rsidR="50EA799E" w:rsidP="22979387" w14:paraId="0B8388A0" w14:textId="1C171F6D">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xml:space="preserve">For this survey, family refers to everybody living together who </w:t>
      </w:r>
      <w:r w:rsidRPr="22979387">
        <w:rPr>
          <w:rFonts w:ascii="Times New Roman" w:eastAsia="Times New Roman" w:hAnsi="Times New Roman" w:cs="Times New Roman"/>
          <w:sz w:val="24"/>
          <w:szCs w:val="24"/>
        </w:rPr>
        <w:t>are</w:t>
      </w:r>
      <w:r w:rsidRPr="22979387">
        <w:rPr>
          <w:rFonts w:ascii="Times New Roman" w:eastAsia="Times New Roman" w:hAnsi="Times New Roman" w:cs="Times New Roman"/>
          <w:sz w:val="24"/>
          <w:szCs w:val="24"/>
        </w:rPr>
        <w:t xml:space="preserve"> related by birth, marriage, or adoption, as well as any unrelated children who are cared for by the family, such as foster children. Family also includes any people living together as a couple and their children. If you live alone or live only with unrelated roommates, please answer zero (00).  </w:t>
      </w:r>
    </w:p>
    <w:p w:rsidR="50EA799E" w:rsidP="22979387" w14:paraId="7FE17D3C" w14:textId="4E13BF72">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xml:space="preserve"> </w:t>
      </w:r>
    </w:p>
    <w:p w:rsidR="50EA799E" w:rsidP="22979387" w14:paraId="7ABB3444" w14:textId="28441FED">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____ Number of family members in household</w:t>
      </w:r>
    </w:p>
    <w:p w:rsidR="22979387" w:rsidP="22979387" w14:paraId="2444F97A" w14:textId="3FD8EE5E">
      <w:pPr>
        <w:spacing w:after="0" w:line="240" w:lineRule="auto"/>
        <w:rPr>
          <w:rFonts w:ascii="Times New Roman" w:eastAsia="Times New Roman" w:hAnsi="Times New Roman" w:cs="Times New Roman"/>
          <w:sz w:val="24"/>
          <w:szCs w:val="24"/>
        </w:rPr>
      </w:pPr>
    </w:p>
    <w:p w:rsidR="5510AD0F" w:rsidP="22979387" w14:paraId="0A639F89" w14:textId="68A60CF5">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I16.</w:t>
      </w:r>
      <w:r w:rsidRPr="22979387">
        <w:rPr>
          <w:rFonts w:ascii="Times New Roman" w:eastAsia="Times New Roman" w:hAnsi="Times New Roman" w:cs="Times New Roman"/>
          <w:sz w:val="24"/>
          <w:szCs w:val="24"/>
        </w:rPr>
        <w:t xml:space="preserve"> </w:t>
      </w:r>
      <w:r w:rsidRPr="22979387" w:rsidR="50EA799E">
        <w:rPr>
          <w:rFonts w:ascii="Times New Roman" w:eastAsia="Times New Roman" w:hAnsi="Times New Roman" w:cs="Times New Roman"/>
          <w:sz w:val="24"/>
          <w:szCs w:val="24"/>
        </w:rPr>
        <w:t xml:space="preserve">In 2027, for even one month, did you or any family members receive… </w:t>
      </w:r>
    </w:p>
    <w:p w:rsidR="50EA799E" w:rsidP="22979387" w14:paraId="528E66AA" w14:textId="53450A1F">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xml:space="preserve"> </w:t>
      </w:r>
    </w:p>
    <w:p w:rsidR="50EA799E" w:rsidP="22979387" w14:paraId="452F143B" w14:textId="3BB5BC31">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xml:space="preserve">Mark (X) yes or no for each item. </w:t>
      </w:r>
    </w:p>
    <w:p w:rsidR="22979387" w:rsidP="22979387" w14:paraId="384BD5CA" w14:textId="35632751">
      <w:pPr>
        <w:spacing w:after="0" w:line="240" w:lineRule="auto"/>
        <w:rPr>
          <w:rFonts w:ascii="Times New Roman" w:eastAsia="Times New Roman" w:hAnsi="Times New Roman" w:cs="Times New Roman"/>
          <w:sz w:val="24"/>
          <w:szCs w:val="24"/>
        </w:rPr>
      </w:pPr>
    </w:p>
    <w:p w:rsidR="50EA799E" w:rsidP="22979387" w14:paraId="21096647" w14:textId="77777777">
      <w:pPr>
        <w:spacing w:after="0" w:line="240" w:lineRule="auto"/>
        <w:ind w:firstLine="6480"/>
        <w:rPr>
          <w:rFonts w:ascii="Segoe UI" w:eastAsia="Times New Roman" w:hAnsi="Segoe UI" w:cs="Segoe UI"/>
          <w:sz w:val="18"/>
          <w:szCs w:val="18"/>
        </w:rPr>
      </w:pPr>
      <w:r w:rsidRPr="22979387">
        <w:rPr>
          <w:rFonts w:ascii="Times New Roman" w:eastAsia="Times New Roman" w:hAnsi="Times New Roman" w:cs="Times New Roman"/>
          <w:sz w:val="24"/>
          <w:szCs w:val="24"/>
        </w:rPr>
        <w:t>Yes</w:t>
      </w:r>
      <w:r>
        <w:tab/>
      </w:r>
      <w:r>
        <w:tab/>
      </w:r>
      <w:r w:rsidRPr="22979387">
        <w:rPr>
          <w:rFonts w:ascii="Times New Roman" w:eastAsia="Times New Roman" w:hAnsi="Times New Roman" w:cs="Times New Roman"/>
          <w:sz w:val="24"/>
          <w:szCs w:val="24"/>
        </w:rPr>
        <w:t>No </w:t>
      </w:r>
    </w:p>
    <w:tbl>
      <w:tblPr>
        <w:tblW w:w="0" w:type="auto"/>
        <w:tblBorders>
          <w:top w:val="outset" w:sz="6" w:space="0" w:color="auto"/>
          <w:left w:val="outset" w:sz="6" w:space="0" w:color="auto"/>
          <w:bottom w:val="outset" w:sz="6" w:space="0" w:color="auto"/>
          <w:right w:val="outset" w:sz="6" w:space="0" w:color="auto"/>
        </w:tblBorders>
        <w:tblLook w:val="04A0"/>
      </w:tblPr>
      <w:tblGrid>
        <w:gridCol w:w="5880"/>
        <w:gridCol w:w="1590"/>
        <w:gridCol w:w="1845"/>
      </w:tblGrid>
      <w:tr w14:paraId="27662D30" w14:textId="77777777" w:rsidTr="22979387">
        <w:tblPrEx>
          <w:tblW w:w="0" w:type="auto"/>
          <w:tblBorders>
            <w:top w:val="outset" w:sz="6" w:space="0" w:color="auto"/>
            <w:left w:val="outset" w:sz="6" w:space="0" w:color="auto"/>
            <w:bottom w:val="outset" w:sz="6" w:space="0" w:color="auto"/>
            <w:right w:val="outset" w:sz="6" w:space="0" w:color="auto"/>
          </w:tblBorders>
          <w:tblLook w:val="04A0"/>
        </w:tblPrEx>
        <w:trPr>
          <w:trHeight w:val="285"/>
        </w:trPr>
        <w:tc>
          <w:tcPr>
            <w:tcW w:w="5880" w:type="dxa"/>
            <w:tcBorders>
              <w:top w:val="nil"/>
              <w:left w:val="nil"/>
              <w:bottom w:val="nil"/>
              <w:right w:val="single" w:sz="12" w:space="0" w:color="000000" w:themeColor="text1"/>
            </w:tcBorders>
          </w:tcPr>
          <w:p w:rsidR="2646FC02" w:rsidP="22979387" w14:paraId="57A8FCC1" w14:textId="2EBEA91B">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I16</w:t>
            </w:r>
            <w:r w:rsidRPr="22979387" w:rsidR="22979387">
              <w:rPr>
                <w:rFonts w:ascii="Times New Roman" w:eastAsia="Times New Roman" w:hAnsi="Times New Roman" w:cs="Times New Roman"/>
                <w:b/>
                <w:bCs/>
                <w:sz w:val="24"/>
                <w:szCs w:val="24"/>
              </w:rPr>
              <w:t>a. </w:t>
            </w:r>
            <w:r w:rsidRPr="22979387" w:rsidR="67523764">
              <w:rPr>
                <w:rFonts w:ascii="Times New Roman" w:eastAsia="Times New Roman" w:hAnsi="Times New Roman" w:cs="Times New Roman"/>
                <w:sz w:val="24"/>
                <w:szCs w:val="24"/>
              </w:rPr>
              <w:t xml:space="preserve">Food stamps or SNAP benefits? </w:t>
            </w:r>
            <w:r w:rsidRPr="22979387" w:rsidR="22979387">
              <w:rPr>
                <w:rFonts w:ascii="Times New Roman" w:eastAsia="Times New Roman" w:hAnsi="Times New Roman" w:cs="Times New Roman"/>
                <w:sz w:val="24"/>
                <w:szCs w:val="24"/>
              </w:rPr>
              <w:t>  </w:t>
            </w:r>
          </w:p>
          <w:p w:rsidR="22979387" w:rsidP="22979387" w14:paraId="534D1AC3"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058A5A01"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5DA48D71"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r>
      <w:tr w14:paraId="0872E609" w14:textId="77777777" w:rsidTr="22979387">
        <w:tblPrEx>
          <w:tblW w:w="0" w:type="auto"/>
          <w:tblLook w:val="04A0"/>
        </w:tblPrEx>
        <w:trPr>
          <w:trHeight w:val="285"/>
        </w:trPr>
        <w:tc>
          <w:tcPr>
            <w:tcW w:w="5880" w:type="dxa"/>
            <w:tcBorders>
              <w:top w:val="nil"/>
              <w:left w:val="nil"/>
              <w:bottom w:val="nil"/>
              <w:right w:val="single" w:sz="12" w:space="0" w:color="000000" w:themeColor="text1"/>
            </w:tcBorders>
          </w:tcPr>
          <w:p w:rsidR="670E0D06" w:rsidP="22979387" w14:paraId="1D07C2FD" w14:textId="109E434C">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I16</w:t>
            </w:r>
            <w:r w:rsidRPr="22979387" w:rsidR="22979387">
              <w:rPr>
                <w:rFonts w:ascii="Times New Roman" w:eastAsia="Times New Roman" w:hAnsi="Times New Roman" w:cs="Times New Roman"/>
                <w:b/>
                <w:bCs/>
                <w:sz w:val="24"/>
                <w:szCs w:val="24"/>
              </w:rPr>
              <w:t>b. </w:t>
            </w:r>
            <w:r w:rsidRPr="22979387" w:rsidR="61F96241">
              <w:rPr>
                <w:rFonts w:ascii="Times New Roman" w:eastAsia="Times New Roman" w:hAnsi="Times New Roman" w:cs="Times New Roman"/>
                <w:sz w:val="24"/>
                <w:szCs w:val="24"/>
              </w:rPr>
              <w:t>Benefits from the WIC program, that is, the Women, Infants, and Children program?</w:t>
            </w:r>
          </w:p>
          <w:p w:rsidR="22979387" w:rsidP="22979387" w14:paraId="2CF43245"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7E036350"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4CD488C4"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r>
      <w:tr w14:paraId="4C39837B" w14:textId="77777777" w:rsidTr="22979387">
        <w:tblPrEx>
          <w:tblW w:w="0" w:type="auto"/>
          <w:tblLook w:val="04A0"/>
        </w:tblPrEx>
        <w:trPr>
          <w:trHeight w:val="480"/>
        </w:trPr>
        <w:tc>
          <w:tcPr>
            <w:tcW w:w="5880" w:type="dxa"/>
            <w:tcBorders>
              <w:top w:val="nil"/>
              <w:left w:val="nil"/>
              <w:bottom w:val="nil"/>
              <w:right w:val="single" w:sz="12" w:space="0" w:color="000000" w:themeColor="text1"/>
            </w:tcBorders>
          </w:tcPr>
          <w:p w:rsidR="22657B9B" w:rsidP="22979387" w14:paraId="5E59381C" w14:textId="4F6DD91D">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b/>
                <w:bCs/>
                <w:sz w:val="24"/>
                <w:szCs w:val="24"/>
              </w:rPr>
              <w:t>I16</w:t>
            </w:r>
            <w:r w:rsidRPr="22979387" w:rsidR="22979387">
              <w:rPr>
                <w:rFonts w:ascii="Times New Roman" w:eastAsia="Times New Roman" w:hAnsi="Times New Roman" w:cs="Times New Roman"/>
                <w:b/>
                <w:bCs/>
                <w:sz w:val="24"/>
                <w:szCs w:val="24"/>
              </w:rPr>
              <w:t>c. </w:t>
            </w:r>
            <w:r w:rsidRPr="22979387" w:rsidR="5D1A153A">
              <w:rPr>
                <w:rFonts w:ascii="Times New Roman" w:eastAsia="Times New Roman" w:hAnsi="Times New Roman" w:cs="Times New Roman"/>
                <w:sz w:val="24"/>
                <w:szCs w:val="24"/>
              </w:rPr>
              <w:t xml:space="preserve"> Free or reduced-price breakfasts or lunches at school? </w:t>
            </w:r>
            <w:r w:rsidRPr="22979387" w:rsidR="22979387">
              <w:rPr>
                <w:rFonts w:ascii="Times New Roman" w:eastAsia="Times New Roman" w:hAnsi="Times New Roman" w:cs="Times New Roman"/>
                <w:sz w:val="24"/>
                <w:szCs w:val="24"/>
              </w:rPr>
              <w:t> </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5D55F431"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22979387" w:rsidP="22979387" w14:paraId="4DAEA284" w14:textId="77777777">
            <w:pPr>
              <w:spacing w:after="0" w:line="240" w:lineRule="auto"/>
              <w:rPr>
                <w:rFonts w:ascii="Times New Roman" w:eastAsia="Times New Roman" w:hAnsi="Times New Roman" w:cs="Times New Roman"/>
                <w:sz w:val="24"/>
                <w:szCs w:val="24"/>
              </w:rPr>
            </w:pPr>
            <w:r w:rsidRPr="22979387">
              <w:rPr>
                <w:rFonts w:ascii="Times New Roman" w:eastAsia="Times New Roman" w:hAnsi="Times New Roman" w:cs="Times New Roman"/>
                <w:sz w:val="24"/>
                <w:szCs w:val="24"/>
              </w:rPr>
              <w:t> </w:t>
            </w:r>
          </w:p>
        </w:tc>
      </w:tr>
    </w:tbl>
    <w:p w:rsidR="22979387" w:rsidP="22979387" w14:paraId="1E70CB8F" w14:textId="2A828619">
      <w:pPr>
        <w:spacing w:after="0" w:line="240" w:lineRule="auto"/>
        <w:rPr>
          <w:rFonts w:ascii="Times New Roman" w:eastAsia="Times New Roman" w:hAnsi="Times New Roman" w:cs="Times New Roman"/>
          <w:sz w:val="24"/>
          <w:szCs w:val="24"/>
        </w:rPr>
      </w:pPr>
    </w:p>
    <w:p w:rsidR="006D10B8" w:rsidP="22979387" w14:paraId="086B1429" w14:textId="77777777">
      <w:pPr>
        <w:spacing w:after="0" w:line="240" w:lineRule="auto"/>
        <w:rPr>
          <w:rFonts w:ascii="Times New Roman" w:eastAsia="Times New Roman" w:hAnsi="Times New Roman" w:cs="Times New Roman"/>
          <w:sz w:val="24"/>
          <w:szCs w:val="24"/>
        </w:rPr>
      </w:pPr>
    </w:p>
    <w:p w:rsidR="006D10B8" w:rsidP="22979387" w14:paraId="53FF83FC" w14:textId="77777777">
      <w:pPr>
        <w:spacing w:after="0" w:line="240" w:lineRule="auto"/>
        <w:rPr>
          <w:rFonts w:ascii="Times New Roman" w:eastAsia="Times New Roman" w:hAnsi="Times New Roman" w:cs="Times New Roman"/>
          <w:sz w:val="24"/>
          <w:szCs w:val="24"/>
        </w:rPr>
      </w:pPr>
    </w:p>
    <w:p w:rsidR="006D10B8" w:rsidP="22979387" w14:paraId="652C84D7" w14:textId="77777777">
      <w:pPr>
        <w:spacing w:after="0" w:line="240" w:lineRule="auto"/>
        <w:rPr>
          <w:rFonts w:ascii="Times New Roman" w:eastAsia="Times New Roman" w:hAnsi="Times New Roman" w:cs="Times New Roman"/>
          <w:sz w:val="24"/>
          <w:szCs w:val="24"/>
        </w:rPr>
      </w:pPr>
    </w:p>
    <w:p w:rsidR="006D10B8" w:rsidP="006D10B8" w14:paraId="58D590AF" w14:textId="77777777">
      <w:pPr>
        <w:spacing w:after="120" w:line="240" w:lineRule="auto"/>
      </w:pPr>
      <w:r>
        <w:t>Form</w:t>
      </w:r>
      <w:r>
        <w:t xml:space="preserve"> Approved</w:t>
      </w:r>
    </w:p>
    <w:p w:rsidR="006D10B8" w:rsidP="006D10B8" w14:paraId="141C5F5F" w14:textId="2EA51D07">
      <w:pPr>
        <w:spacing w:after="120" w:line="240" w:lineRule="auto"/>
      </w:pPr>
      <w:r>
        <w:t>OMB No. 092</w:t>
      </w:r>
      <w:r>
        <w:t>0</w:t>
      </w:r>
      <w:r>
        <w:t>-0</w:t>
      </w:r>
      <w:r>
        <w:t>214</w:t>
      </w:r>
    </w:p>
    <w:p w:rsidR="006D10B8" w:rsidP="006D10B8" w14:paraId="1F83722A" w14:textId="6906A290">
      <w:pPr>
        <w:spacing w:after="120" w:line="240" w:lineRule="auto"/>
      </w:pPr>
      <w:r>
        <w:t xml:space="preserve">Exp. Date </w:t>
      </w:r>
      <w:r>
        <w:t>12</w:t>
      </w:r>
      <w:r>
        <w:t>/31/202</w:t>
      </w:r>
      <w:r>
        <w:t>6</w:t>
      </w:r>
    </w:p>
    <w:p w:rsidR="006D10B8" w:rsidP="006D10B8" w14:paraId="10BF8702" w14:textId="77777777"/>
    <w:p w:rsidR="006D10B8" w:rsidP="006D10B8" w14:paraId="1EAB11B9" w14:textId="77777777"/>
    <w:p w:rsidR="006D10B8" w:rsidP="006D10B8" w14:paraId="23D3B050" w14:textId="2282FA3F">
      <w:r>
        <w:t xml:space="preserve">Public reporting burden of this collection of information is estimated to average </w:t>
      </w:r>
      <w:r>
        <w:t>5</w:t>
      </w:r>
      <w: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w:t>
      </w:r>
      <w:r>
        <w:t>0214</w:t>
      </w:r>
      <w:r>
        <w:t>)</w:t>
      </w:r>
    </w:p>
    <w:p w:rsidR="006D10B8" w:rsidP="22979387" w14:paraId="782F9C09" w14:textId="77777777">
      <w:pPr>
        <w:spacing w:after="0" w:line="240" w:lineRule="auto"/>
        <w:rPr>
          <w:rFonts w:ascii="Times New Roman" w:eastAsia="Times New Roman" w:hAnsi="Times New Roman" w:cs="Times New Roman"/>
          <w:sz w:val="24"/>
          <w:szCs w:val="24"/>
        </w:rPr>
      </w:pPr>
    </w:p>
    <w:sectPr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AE06DA1"/>
    <w:multiLevelType w:val="multilevel"/>
    <w:tmpl w:val="F87A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4A6F5C"/>
    <w:multiLevelType w:val="multilevel"/>
    <w:tmpl w:val="CFEA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E517B47"/>
    <w:multiLevelType w:val="multilevel"/>
    <w:tmpl w:val="2BAE3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601F17"/>
    <w:multiLevelType w:val="multilevel"/>
    <w:tmpl w:val="E11C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39F5F65"/>
    <w:multiLevelType w:val="multilevel"/>
    <w:tmpl w:val="EE42E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D806075"/>
    <w:multiLevelType w:val="multilevel"/>
    <w:tmpl w:val="525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9E2437"/>
    <w:multiLevelType w:val="multilevel"/>
    <w:tmpl w:val="2766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6F4E55"/>
    <w:multiLevelType w:val="multilevel"/>
    <w:tmpl w:val="B0D0BD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57622225"/>
    <w:multiLevelType w:val="multilevel"/>
    <w:tmpl w:val="32C2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6B61C8"/>
    <w:multiLevelType w:val="multilevel"/>
    <w:tmpl w:val="08FC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7866831"/>
    <w:multiLevelType w:val="multilevel"/>
    <w:tmpl w:val="F53824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5CA43AEB"/>
    <w:multiLevelType w:val="multilevel"/>
    <w:tmpl w:val="EF427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0805081"/>
    <w:multiLevelType w:val="multilevel"/>
    <w:tmpl w:val="5670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5D56E07"/>
    <w:multiLevelType w:val="multilevel"/>
    <w:tmpl w:val="AE5A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7DD4CF8"/>
    <w:multiLevelType w:val="multilevel"/>
    <w:tmpl w:val="13C240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435529"/>
    <w:multiLevelType w:val="multilevel"/>
    <w:tmpl w:val="957E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29330EF"/>
    <w:multiLevelType w:val="multilevel"/>
    <w:tmpl w:val="19C6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EE15245"/>
    <w:multiLevelType w:val="multilevel"/>
    <w:tmpl w:val="AEF8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529912">
    <w:abstractNumId w:val="5"/>
  </w:num>
  <w:num w:numId="2" w16cid:durableId="416827161">
    <w:abstractNumId w:val="3"/>
  </w:num>
  <w:num w:numId="3" w16cid:durableId="224344530">
    <w:abstractNumId w:val="2"/>
  </w:num>
  <w:num w:numId="4" w16cid:durableId="1373193085">
    <w:abstractNumId w:val="4"/>
  </w:num>
  <w:num w:numId="5" w16cid:durableId="769159363">
    <w:abstractNumId w:val="1"/>
  </w:num>
  <w:num w:numId="6" w16cid:durableId="1677534943">
    <w:abstractNumId w:val="0"/>
  </w:num>
  <w:num w:numId="7" w16cid:durableId="2145585574">
    <w:abstractNumId w:val="18"/>
  </w:num>
  <w:num w:numId="8" w16cid:durableId="682827704">
    <w:abstractNumId w:val="14"/>
  </w:num>
  <w:num w:numId="9" w16cid:durableId="1890921492">
    <w:abstractNumId w:val="23"/>
  </w:num>
  <w:num w:numId="10" w16cid:durableId="46927195">
    <w:abstractNumId w:val="12"/>
  </w:num>
  <w:num w:numId="11" w16cid:durableId="1635329081">
    <w:abstractNumId w:val="9"/>
  </w:num>
  <w:num w:numId="12" w16cid:durableId="2056848363">
    <w:abstractNumId w:val="19"/>
  </w:num>
  <w:num w:numId="13" w16cid:durableId="1601522856">
    <w:abstractNumId w:val="6"/>
  </w:num>
  <w:num w:numId="14" w16cid:durableId="1364088945">
    <w:abstractNumId w:val="7"/>
  </w:num>
  <w:num w:numId="15" w16cid:durableId="1927036928">
    <w:abstractNumId w:val="11"/>
  </w:num>
  <w:num w:numId="16" w16cid:durableId="1496258730">
    <w:abstractNumId w:val="22"/>
  </w:num>
  <w:num w:numId="17" w16cid:durableId="2002271421">
    <w:abstractNumId w:val="21"/>
  </w:num>
  <w:num w:numId="18" w16cid:durableId="1378311073">
    <w:abstractNumId w:val="15"/>
  </w:num>
  <w:num w:numId="19" w16cid:durableId="198327246">
    <w:abstractNumId w:val="8"/>
  </w:num>
  <w:num w:numId="20" w16cid:durableId="231890652">
    <w:abstractNumId w:val="10"/>
  </w:num>
  <w:num w:numId="21" w16cid:durableId="752043034">
    <w:abstractNumId w:val="20"/>
  </w:num>
  <w:num w:numId="22" w16cid:durableId="1621641049">
    <w:abstractNumId w:val="16"/>
  </w:num>
  <w:num w:numId="23" w16cid:durableId="556015085">
    <w:abstractNumId w:val="17"/>
  </w:num>
  <w:num w:numId="24" w16cid:durableId="49063476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667"/>
    <w:rsid w:val="0001332E"/>
    <w:rsid w:val="00031A46"/>
    <w:rsid w:val="00034616"/>
    <w:rsid w:val="0006063C"/>
    <w:rsid w:val="0006422D"/>
    <w:rsid w:val="000961D3"/>
    <w:rsid w:val="000B7CB0"/>
    <w:rsid w:val="001058A2"/>
    <w:rsid w:val="00122B8B"/>
    <w:rsid w:val="0013241C"/>
    <w:rsid w:val="0015074B"/>
    <w:rsid w:val="00166A34"/>
    <w:rsid w:val="00172B68"/>
    <w:rsid w:val="001762C6"/>
    <w:rsid w:val="00190C4F"/>
    <w:rsid w:val="001F0B8F"/>
    <w:rsid w:val="00217965"/>
    <w:rsid w:val="00275AD6"/>
    <w:rsid w:val="0029639D"/>
    <w:rsid w:val="002D616A"/>
    <w:rsid w:val="00326F90"/>
    <w:rsid w:val="00386A7B"/>
    <w:rsid w:val="003A466F"/>
    <w:rsid w:val="003D0D4E"/>
    <w:rsid w:val="003F17D7"/>
    <w:rsid w:val="00402E67"/>
    <w:rsid w:val="0041436A"/>
    <w:rsid w:val="00475AB5"/>
    <w:rsid w:val="004B770C"/>
    <w:rsid w:val="004B7DB3"/>
    <w:rsid w:val="0054638A"/>
    <w:rsid w:val="00555508"/>
    <w:rsid w:val="005567C1"/>
    <w:rsid w:val="005D414F"/>
    <w:rsid w:val="0060777F"/>
    <w:rsid w:val="006530BB"/>
    <w:rsid w:val="006D10B8"/>
    <w:rsid w:val="00736D7F"/>
    <w:rsid w:val="00737892"/>
    <w:rsid w:val="0073D07B"/>
    <w:rsid w:val="0077277C"/>
    <w:rsid w:val="00784DF5"/>
    <w:rsid w:val="007F2848"/>
    <w:rsid w:val="00839A25"/>
    <w:rsid w:val="008B7DED"/>
    <w:rsid w:val="00903C1B"/>
    <w:rsid w:val="00925045"/>
    <w:rsid w:val="0095818D"/>
    <w:rsid w:val="00964090"/>
    <w:rsid w:val="009C4956"/>
    <w:rsid w:val="00A74072"/>
    <w:rsid w:val="00AA1D8D"/>
    <w:rsid w:val="00B47730"/>
    <w:rsid w:val="00B51899"/>
    <w:rsid w:val="00C41E88"/>
    <w:rsid w:val="00CB0664"/>
    <w:rsid w:val="00CC23CE"/>
    <w:rsid w:val="00CE50F8"/>
    <w:rsid w:val="00DC0FCA"/>
    <w:rsid w:val="00DD457A"/>
    <w:rsid w:val="00DD5569"/>
    <w:rsid w:val="00E00F29"/>
    <w:rsid w:val="00E0585E"/>
    <w:rsid w:val="00E42345"/>
    <w:rsid w:val="00ED18B3"/>
    <w:rsid w:val="00EE28B9"/>
    <w:rsid w:val="00F4380E"/>
    <w:rsid w:val="00FA377D"/>
    <w:rsid w:val="00FC693F"/>
    <w:rsid w:val="011AF162"/>
    <w:rsid w:val="01432222"/>
    <w:rsid w:val="019A5596"/>
    <w:rsid w:val="01B1B135"/>
    <w:rsid w:val="01B91B95"/>
    <w:rsid w:val="01E96656"/>
    <w:rsid w:val="01F478C5"/>
    <w:rsid w:val="022581FA"/>
    <w:rsid w:val="025975D9"/>
    <w:rsid w:val="028135C7"/>
    <w:rsid w:val="028BD022"/>
    <w:rsid w:val="0316D523"/>
    <w:rsid w:val="03B085A8"/>
    <w:rsid w:val="0527D24F"/>
    <w:rsid w:val="05D5CFE9"/>
    <w:rsid w:val="05EC6C8E"/>
    <w:rsid w:val="06031E25"/>
    <w:rsid w:val="06666E51"/>
    <w:rsid w:val="067A6535"/>
    <w:rsid w:val="067C5BDE"/>
    <w:rsid w:val="071D1623"/>
    <w:rsid w:val="0792324B"/>
    <w:rsid w:val="07B73F1D"/>
    <w:rsid w:val="0816B507"/>
    <w:rsid w:val="0821C706"/>
    <w:rsid w:val="083B6882"/>
    <w:rsid w:val="0850EF63"/>
    <w:rsid w:val="08622CFC"/>
    <w:rsid w:val="08CCE110"/>
    <w:rsid w:val="08CF178E"/>
    <w:rsid w:val="0906C3FD"/>
    <w:rsid w:val="095072D4"/>
    <w:rsid w:val="095D5BCE"/>
    <w:rsid w:val="09EE6B99"/>
    <w:rsid w:val="0A0197CD"/>
    <w:rsid w:val="0A723F68"/>
    <w:rsid w:val="0AB37196"/>
    <w:rsid w:val="0B434BF0"/>
    <w:rsid w:val="0B56BE38"/>
    <w:rsid w:val="0B678F77"/>
    <w:rsid w:val="0B71320D"/>
    <w:rsid w:val="0BA16CC4"/>
    <w:rsid w:val="0BB05574"/>
    <w:rsid w:val="0C84F642"/>
    <w:rsid w:val="0C857A6E"/>
    <w:rsid w:val="0CAA9650"/>
    <w:rsid w:val="0CC338D1"/>
    <w:rsid w:val="0D0F6F9F"/>
    <w:rsid w:val="0D338A83"/>
    <w:rsid w:val="0D4AAC05"/>
    <w:rsid w:val="0D8D6120"/>
    <w:rsid w:val="0E0B9E7B"/>
    <w:rsid w:val="0E3F81D9"/>
    <w:rsid w:val="0E592953"/>
    <w:rsid w:val="0E64684D"/>
    <w:rsid w:val="0F73D286"/>
    <w:rsid w:val="103DBAFC"/>
    <w:rsid w:val="104EBB46"/>
    <w:rsid w:val="1054C3BE"/>
    <w:rsid w:val="1073E9C0"/>
    <w:rsid w:val="10AE85D7"/>
    <w:rsid w:val="10C15A31"/>
    <w:rsid w:val="10C9965F"/>
    <w:rsid w:val="11050051"/>
    <w:rsid w:val="1124A222"/>
    <w:rsid w:val="114B9B9C"/>
    <w:rsid w:val="114C2340"/>
    <w:rsid w:val="1152BFA4"/>
    <w:rsid w:val="115BBA18"/>
    <w:rsid w:val="11818D7D"/>
    <w:rsid w:val="11C08404"/>
    <w:rsid w:val="11D0DF7F"/>
    <w:rsid w:val="1214FB86"/>
    <w:rsid w:val="121CDB96"/>
    <w:rsid w:val="125A0F77"/>
    <w:rsid w:val="137F2B0A"/>
    <w:rsid w:val="137FF933"/>
    <w:rsid w:val="13846770"/>
    <w:rsid w:val="1387A6C2"/>
    <w:rsid w:val="13A2DBC0"/>
    <w:rsid w:val="13A8B95B"/>
    <w:rsid w:val="13D1BFC6"/>
    <w:rsid w:val="13D5CA8C"/>
    <w:rsid w:val="144B7E19"/>
    <w:rsid w:val="14C36524"/>
    <w:rsid w:val="14DFEFB4"/>
    <w:rsid w:val="14F1932D"/>
    <w:rsid w:val="1514708F"/>
    <w:rsid w:val="1562D810"/>
    <w:rsid w:val="157F8105"/>
    <w:rsid w:val="15B3709E"/>
    <w:rsid w:val="15CF2122"/>
    <w:rsid w:val="15D0AA7D"/>
    <w:rsid w:val="1605A226"/>
    <w:rsid w:val="1683DFE4"/>
    <w:rsid w:val="16BD4E40"/>
    <w:rsid w:val="16BE049F"/>
    <w:rsid w:val="16CE3FBB"/>
    <w:rsid w:val="16E07957"/>
    <w:rsid w:val="16E41507"/>
    <w:rsid w:val="1739C280"/>
    <w:rsid w:val="174AC75D"/>
    <w:rsid w:val="177DDE3F"/>
    <w:rsid w:val="17BE604B"/>
    <w:rsid w:val="17DE886A"/>
    <w:rsid w:val="18A46690"/>
    <w:rsid w:val="1905CCB2"/>
    <w:rsid w:val="1925F55A"/>
    <w:rsid w:val="19CB32E2"/>
    <w:rsid w:val="19CF1453"/>
    <w:rsid w:val="19F01E3F"/>
    <w:rsid w:val="1A38B301"/>
    <w:rsid w:val="1A3DE772"/>
    <w:rsid w:val="1A56E56E"/>
    <w:rsid w:val="1ABF2086"/>
    <w:rsid w:val="1AC6C9D1"/>
    <w:rsid w:val="1AFF6194"/>
    <w:rsid w:val="1BB70A35"/>
    <w:rsid w:val="1BE6C4C4"/>
    <w:rsid w:val="1BED89B2"/>
    <w:rsid w:val="1BF75D6A"/>
    <w:rsid w:val="1C083994"/>
    <w:rsid w:val="1C1E108E"/>
    <w:rsid w:val="1C4FF291"/>
    <w:rsid w:val="1C5056FD"/>
    <w:rsid w:val="1C5245B7"/>
    <w:rsid w:val="1C62D2AF"/>
    <w:rsid w:val="1C763AF7"/>
    <w:rsid w:val="1C9D8B01"/>
    <w:rsid w:val="1CC819FC"/>
    <w:rsid w:val="1D11F948"/>
    <w:rsid w:val="1D17FBB3"/>
    <w:rsid w:val="1D87E0B4"/>
    <w:rsid w:val="1DB2D2B9"/>
    <w:rsid w:val="1DB8E4E4"/>
    <w:rsid w:val="1DC7656C"/>
    <w:rsid w:val="1E05EB64"/>
    <w:rsid w:val="1F1176E8"/>
    <w:rsid w:val="1F9D3398"/>
    <w:rsid w:val="20128440"/>
    <w:rsid w:val="202F0E08"/>
    <w:rsid w:val="20A804F2"/>
    <w:rsid w:val="2107BD59"/>
    <w:rsid w:val="210A1140"/>
    <w:rsid w:val="21951E46"/>
    <w:rsid w:val="21A39691"/>
    <w:rsid w:val="21FC25CE"/>
    <w:rsid w:val="21FEE273"/>
    <w:rsid w:val="220CD7B2"/>
    <w:rsid w:val="2221D1C7"/>
    <w:rsid w:val="22657B9B"/>
    <w:rsid w:val="226CF6F0"/>
    <w:rsid w:val="2284D04F"/>
    <w:rsid w:val="22979387"/>
    <w:rsid w:val="22CCC5D9"/>
    <w:rsid w:val="232E2C5B"/>
    <w:rsid w:val="23317CFE"/>
    <w:rsid w:val="234B77EF"/>
    <w:rsid w:val="23610870"/>
    <w:rsid w:val="236CC7B1"/>
    <w:rsid w:val="239BF4E5"/>
    <w:rsid w:val="23C7F01A"/>
    <w:rsid w:val="23CC4871"/>
    <w:rsid w:val="23CCAD73"/>
    <w:rsid w:val="23E8B990"/>
    <w:rsid w:val="23EF5EEB"/>
    <w:rsid w:val="243F7B8D"/>
    <w:rsid w:val="245200ED"/>
    <w:rsid w:val="24530D69"/>
    <w:rsid w:val="24B4F4CA"/>
    <w:rsid w:val="24E162A1"/>
    <w:rsid w:val="25338D32"/>
    <w:rsid w:val="2557A7F9"/>
    <w:rsid w:val="25A3EFAA"/>
    <w:rsid w:val="25FE7A47"/>
    <w:rsid w:val="25FEFBC5"/>
    <w:rsid w:val="261F6E19"/>
    <w:rsid w:val="262ED99D"/>
    <w:rsid w:val="263D1659"/>
    <w:rsid w:val="2646FC02"/>
    <w:rsid w:val="264BA31F"/>
    <w:rsid w:val="26859BE8"/>
    <w:rsid w:val="2695B139"/>
    <w:rsid w:val="26BDD3BA"/>
    <w:rsid w:val="26C4D3D1"/>
    <w:rsid w:val="26EEEE09"/>
    <w:rsid w:val="272CEE38"/>
    <w:rsid w:val="272E1E01"/>
    <w:rsid w:val="2768884F"/>
    <w:rsid w:val="276A8929"/>
    <w:rsid w:val="27CF38A6"/>
    <w:rsid w:val="27E41F52"/>
    <w:rsid w:val="2806F81C"/>
    <w:rsid w:val="282400CF"/>
    <w:rsid w:val="286BE591"/>
    <w:rsid w:val="28837828"/>
    <w:rsid w:val="28B200AF"/>
    <w:rsid w:val="28B791ED"/>
    <w:rsid w:val="28E076E1"/>
    <w:rsid w:val="292C6E81"/>
    <w:rsid w:val="293C986D"/>
    <w:rsid w:val="295CE506"/>
    <w:rsid w:val="29A1A4A5"/>
    <w:rsid w:val="29A2F69A"/>
    <w:rsid w:val="29B0A2A5"/>
    <w:rsid w:val="2A49D74B"/>
    <w:rsid w:val="2AA26C76"/>
    <w:rsid w:val="2ACE26EF"/>
    <w:rsid w:val="2B334D98"/>
    <w:rsid w:val="2B757320"/>
    <w:rsid w:val="2C5AD543"/>
    <w:rsid w:val="2C924BA9"/>
    <w:rsid w:val="2C92BC4C"/>
    <w:rsid w:val="2CD47F30"/>
    <w:rsid w:val="2CF48ABB"/>
    <w:rsid w:val="2D47483F"/>
    <w:rsid w:val="2D5981E9"/>
    <w:rsid w:val="2D5C983D"/>
    <w:rsid w:val="2D6186CC"/>
    <w:rsid w:val="2D7801BA"/>
    <w:rsid w:val="2D7F551B"/>
    <w:rsid w:val="2D8F7726"/>
    <w:rsid w:val="2D966CA5"/>
    <w:rsid w:val="2E139048"/>
    <w:rsid w:val="2EAD51DC"/>
    <w:rsid w:val="2F4DD17A"/>
    <w:rsid w:val="2F717E8F"/>
    <w:rsid w:val="2F730D37"/>
    <w:rsid w:val="2F776F1D"/>
    <w:rsid w:val="2FE43643"/>
    <w:rsid w:val="2FFC62E8"/>
    <w:rsid w:val="30119A3B"/>
    <w:rsid w:val="30133A89"/>
    <w:rsid w:val="305B9706"/>
    <w:rsid w:val="3070175D"/>
    <w:rsid w:val="30C3588C"/>
    <w:rsid w:val="30C500F2"/>
    <w:rsid w:val="30EDA761"/>
    <w:rsid w:val="310BED21"/>
    <w:rsid w:val="313E65F6"/>
    <w:rsid w:val="31A54225"/>
    <w:rsid w:val="31A95A10"/>
    <w:rsid w:val="31B23A69"/>
    <w:rsid w:val="32029A10"/>
    <w:rsid w:val="32AC5469"/>
    <w:rsid w:val="33135B87"/>
    <w:rsid w:val="33142963"/>
    <w:rsid w:val="3316E71D"/>
    <w:rsid w:val="331DB9B5"/>
    <w:rsid w:val="335EA6ED"/>
    <w:rsid w:val="33CF93A0"/>
    <w:rsid w:val="33D68D88"/>
    <w:rsid w:val="33F13B4F"/>
    <w:rsid w:val="347E9456"/>
    <w:rsid w:val="3485E5C6"/>
    <w:rsid w:val="34891691"/>
    <w:rsid w:val="34B4333E"/>
    <w:rsid w:val="34F27C9E"/>
    <w:rsid w:val="34FC56AF"/>
    <w:rsid w:val="3570ACFF"/>
    <w:rsid w:val="3577F9A1"/>
    <w:rsid w:val="357C7BF2"/>
    <w:rsid w:val="358EE09C"/>
    <w:rsid w:val="35C8855F"/>
    <w:rsid w:val="35CB8315"/>
    <w:rsid w:val="3614F319"/>
    <w:rsid w:val="3663AE6E"/>
    <w:rsid w:val="367856AE"/>
    <w:rsid w:val="36C2E30A"/>
    <w:rsid w:val="36CA3F4E"/>
    <w:rsid w:val="3739AEBD"/>
    <w:rsid w:val="37B9EA59"/>
    <w:rsid w:val="37E2934D"/>
    <w:rsid w:val="37E435B4"/>
    <w:rsid w:val="385BB861"/>
    <w:rsid w:val="3877CAFB"/>
    <w:rsid w:val="388CF85A"/>
    <w:rsid w:val="38954626"/>
    <w:rsid w:val="38958588"/>
    <w:rsid w:val="38A86C42"/>
    <w:rsid w:val="38DDA813"/>
    <w:rsid w:val="38E5AE52"/>
    <w:rsid w:val="38F61719"/>
    <w:rsid w:val="39134083"/>
    <w:rsid w:val="398419CC"/>
    <w:rsid w:val="398A75FD"/>
    <w:rsid w:val="39AC6999"/>
    <w:rsid w:val="39E662EE"/>
    <w:rsid w:val="3A46A24E"/>
    <w:rsid w:val="3A522E3B"/>
    <w:rsid w:val="3AAB7EBA"/>
    <w:rsid w:val="3B5A28AC"/>
    <w:rsid w:val="3B72CE9C"/>
    <w:rsid w:val="3B7DA3E3"/>
    <w:rsid w:val="3B81B83A"/>
    <w:rsid w:val="3B8439F9"/>
    <w:rsid w:val="3BAE5277"/>
    <w:rsid w:val="3C20D94F"/>
    <w:rsid w:val="3C2CFEA6"/>
    <w:rsid w:val="3C3C95DF"/>
    <w:rsid w:val="3C595E51"/>
    <w:rsid w:val="3C5E6942"/>
    <w:rsid w:val="3CA08C9D"/>
    <w:rsid w:val="3D63E980"/>
    <w:rsid w:val="3D7100D8"/>
    <w:rsid w:val="3D918E32"/>
    <w:rsid w:val="3DA2DF87"/>
    <w:rsid w:val="3DB85787"/>
    <w:rsid w:val="3E1D0DBE"/>
    <w:rsid w:val="3E284DA4"/>
    <w:rsid w:val="3E3AB388"/>
    <w:rsid w:val="3EBDF48C"/>
    <w:rsid w:val="3EFE2122"/>
    <w:rsid w:val="3F1E636D"/>
    <w:rsid w:val="3F31E2A3"/>
    <w:rsid w:val="3F49378A"/>
    <w:rsid w:val="3F95DC34"/>
    <w:rsid w:val="3FFF44D1"/>
    <w:rsid w:val="401C3D99"/>
    <w:rsid w:val="407DC1AF"/>
    <w:rsid w:val="408A1086"/>
    <w:rsid w:val="4093C27F"/>
    <w:rsid w:val="40B2F04D"/>
    <w:rsid w:val="40D88DA8"/>
    <w:rsid w:val="40DCA361"/>
    <w:rsid w:val="40E5B908"/>
    <w:rsid w:val="4154BEA7"/>
    <w:rsid w:val="417DA3E4"/>
    <w:rsid w:val="41E7FB39"/>
    <w:rsid w:val="4253388E"/>
    <w:rsid w:val="425D24A5"/>
    <w:rsid w:val="42B2197D"/>
    <w:rsid w:val="43A9962F"/>
    <w:rsid w:val="43F226C5"/>
    <w:rsid w:val="441176E4"/>
    <w:rsid w:val="443335A8"/>
    <w:rsid w:val="4473E45D"/>
    <w:rsid w:val="44B0CA76"/>
    <w:rsid w:val="45271771"/>
    <w:rsid w:val="4549B52E"/>
    <w:rsid w:val="45AA848F"/>
    <w:rsid w:val="45C83CFE"/>
    <w:rsid w:val="45CA444E"/>
    <w:rsid w:val="45EBA8EF"/>
    <w:rsid w:val="45F8FC72"/>
    <w:rsid w:val="467253E0"/>
    <w:rsid w:val="46A8C1DA"/>
    <w:rsid w:val="46B64E2E"/>
    <w:rsid w:val="46FF53DD"/>
    <w:rsid w:val="4729811B"/>
    <w:rsid w:val="473B8F25"/>
    <w:rsid w:val="47435865"/>
    <w:rsid w:val="47575305"/>
    <w:rsid w:val="479C17F2"/>
    <w:rsid w:val="479CA5C2"/>
    <w:rsid w:val="47BB4B8C"/>
    <w:rsid w:val="4819E107"/>
    <w:rsid w:val="4844F230"/>
    <w:rsid w:val="48671880"/>
    <w:rsid w:val="486CB2A9"/>
    <w:rsid w:val="48A00419"/>
    <w:rsid w:val="48DA60D4"/>
    <w:rsid w:val="494C9707"/>
    <w:rsid w:val="4968A796"/>
    <w:rsid w:val="49B40CA7"/>
    <w:rsid w:val="49CB4834"/>
    <w:rsid w:val="4A362AF7"/>
    <w:rsid w:val="4A3B2A41"/>
    <w:rsid w:val="4A8C915A"/>
    <w:rsid w:val="4A92F292"/>
    <w:rsid w:val="4A9F4855"/>
    <w:rsid w:val="4AADAE3C"/>
    <w:rsid w:val="4AD02A49"/>
    <w:rsid w:val="4AE677BC"/>
    <w:rsid w:val="4B502943"/>
    <w:rsid w:val="4B7EA260"/>
    <w:rsid w:val="4BFC57B8"/>
    <w:rsid w:val="4C5B306F"/>
    <w:rsid w:val="4C6D877F"/>
    <w:rsid w:val="4CBBE985"/>
    <w:rsid w:val="4D4E7C20"/>
    <w:rsid w:val="4D5BFBB5"/>
    <w:rsid w:val="4D5C8127"/>
    <w:rsid w:val="4D9680FF"/>
    <w:rsid w:val="4DDCD9D6"/>
    <w:rsid w:val="4E3DCDAB"/>
    <w:rsid w:val="4E707D24"/>
    <w:rsid w:val="4E7484DC"/>
    <w:rsid w:val="4EED1307"/>
    <w:rsid w:val="50723FCC"/>
    <w:rsid w:val="50CCD38B"/>
    <w:rsid w:val="50EA799E"/>
    <w:rsid w:val="514B7FCB"/>
    <w:rsid w:val="5154A089"/>
    <w:rsid w:val="516C1181"/>
    <w:rsid w:val="51903F86"/>
    <w:rsid w:val="51909CFF"/>
    <w:rsid w:val="51BF7C75"/>
    <w:rsid w:val="51D8002F"/>
    <w:rsid w:val="51DF2C6E"/>
    <w:rsid w:val="5204C5EB"/>
    <w:rsid w:val="528998FA"/>
    <w:rsid w:val="52CAFF1B"/>
    <w:rsid w:val="52D3B3CD"/>
    <w:rsid w:val="52E10071"/>
    <w:rsid w:val="52FFB29B"/>
    <w:rsid w:val="5345D49D"/>
    <w:rsid w:val="53CB9E76"/>
    <w:rsid w:val="53E3BCFC"/>
    <w:rsid w:val="53F3DA67"/>
    <w:rsid w:val="542543E1"/>
    <w:rsid w:val="54494A50"/>
    <w:rsid w:val="54AADA06"/>
    <w:rsid w:val="54BAE2B2"/>
    <w:rsid w:val="54C9DCED"/>
    <w:rsid w:val="54F460FD"/>
    <w:rsid w:val="5510AD0F"/>
    <w:rsid w:val="554057E4"/>
    <w:rsid w:val="556E003C"/>
    <w:rsid w:val="55B0BC9C"/>
    <w:rsid w:val="56244038"/>
    <w:rsid w:val="563C4A96"/>
    <w:rsid w:val="56DDA381"/>
    <w:rsid w:val="57806D40"/>
    <w:rsid w:val="57A4F7B8"/>
    <w:rsid w:val="57FB0ECE"/>
    <w:rsid w:val="5869E913"/>
    <w:rsid w:val="586F650C"/>
    <w:rsid w:val="5885E338"/>
    <w:rsid w:val="58EF7E50"/>
    <w:rsid w:val="58F650B3"/>
    <w:rsid w:val="5912FDE0"/>
    <w:rsid w:val="59144A6A"/>
    <w:rsid w:val="5935C38A"/>
    <w:rsid w:val="59597214"/>
    <w:rsid w:val="595C116E"/>
    <w:rsid w:val="5973C311"/>
    <w:rsid w:val="59C8442B"/>
    <w:rsid w:val="59E80971"/>
    <w:rsid w:val="5A14C726"/>
    <w:rsid w:val="5A8EACC1"/>
    <w:rsid w:val="5A976440"/>
    <w:rsid w:val="5B1C9C73"/>
    <w:rsid w:val="5BC3A5DA"/>
    <w:rsid w:val="5C20FF02"/>
    <w:rsid w:val="5C4734FE"/>
    <w:rsid w:val="5C874220"/>
    <w:rsid w:val="5CAEB99D"/>
    <w:rsid w:val="5CC14364"/>
    <w:rsid w:val="5CD50BAB"/>
    <w:rsid w:val="5CFC0DC9"/>
    <w:rsid w:val="5D1A153A"/>
    <w:rsid w:val="5D817F1E"/>
    <w:rsid w:val="5DAC8F12"/>
    <w:rsid w:val="5DB5B19A"/>
    <w:rsid w:val="5DC8B769"/>
    <w:rsid w:val="5DCD6F7B"/>
    <w:rsid w:val="5DDD8094"/>
    <w:rsid w:val="5E66E060"/>
    <w:rsid w:val="5E86B7E5"/>
    <w:rsid w:val="5E8A4045"/>
    <w:rsid w:val="5ECE9605"/>
    <w:rsid w:val="5F0E193E"/>
    <w:rsid w:val="5F22F876"/>
    <w:rsid w:val="5FB4F0BC"/>
    <w:rsid w:val="5FC76E76"/>
    <w:rsid w:val="5FEC7859"/>
    <w:rsid w:val="5FEE0711"/>
    <w:rsid w:val="60135946"/>
    <w:rsid w:val="601871E2"/>
    <w:rsid w:val="601D5709"/>
    <w:rsid w:val="603783E7"/>
    <w:rsid w:val="6061A4C9"/>
    <w:rsid w:val="6082E440"/>
    <w:rsid w:val="60E8D4A8"/>
    <w:rsid w:val="610F6FD6"/>
    <w:rsid w:val="61659B79"/>
    <w:rsid w:val="6194BCAB"/>
    <w:rsid w:val="619D341B"/>
    <w:rsid w:val="61BC00F5"/>
    <w:rsid w:val="61C17596"/>
    <w:rsid w:val="61F96241"/>
    <w:rsid w:val="626206A9"/>
    <w:rsid w:val="626C2788"/>
    <w:rsid w:val="628BC5CB"/>
    <w:rsid w:val="6297D0A8"/>
    <w:rsid w:val="62BF43B2"/>
    <w:rsid w:val="62D8E3D5"/>
    <w:rsid w:val="6307F530"/>
    <w:rsid w:val="630C82D3"/>
    <w:rsid w:val="630CDAB7"/>
    <w:rsid w:val="63274A79"/>
    <w:rsid w:val="6382FCF3"/>
    <w:rsid w:val="63B96A4A"/>
    <w:rsid w:val="63C18D32"/>
    <w:rsid w:val="64460604"/>
    <w:rsid w:val="647E9EE1"/>
    <w:rsid w:val="649A8690"/>
    <w:rsid w:val="64CDB703"/>
    <w:rsid w:val="64D0C433"/>
    <w:rsid w:val="64E4571F"/>
    <w:rsid w:val="650FF61A"/>
    <w:rsid w:val="652D323D"/>
    <w:rsid w:val="65657C6C"/>
    <w:rsid w:val="658B7D10"/>
    <w:rsid w:val="65A6563D"/>
    <w:rsid w:val="65B67496"/>
    <w:rsid w:val="65BA781E"/>
    <w:rsid w:val="65C8831A"/>
    <w:rsid w:val="65F12871"/>
    <w:rsid w:val="661627A8"/>
    <w:rsid w:val="666014F0"/>
    <w:rsid w:val="6662E57E"/>
    <w:rsid w:val="669B5BE1"/>
    <w:rsid w:val="66F369A6"/>
    <w:rsid w:val="66FDAFB3"/>
    <w:rsid w:val="670E0D06"/>
    <w:rsid w:val="672818BA"/>
    <w:rsid w:val="67523764"/>
    <w:rsid w:val="6800B8CE"/>
    <w:rsid w:val="6818F9A1"/>
    <w:rsid w:val="685AD8F2"/>
    <w:rsid w:val="68781616"/>
    <w:rsid w:val="688AE0E3"/>
    <w:rsid w:val="68A3CBC1"/>
    <w:rsid w:val="68F9EC0C"/>
    <w:rsid w:val="69920764"/>
    <w:rsid w:val="69F4CF66"/>
    <w:rsid w:val="69FC7CEE"/>
    <w:rsid w:val="6A184830"/>
    <w:rsid w:val="6A625DA0"/>
    <w:rsid w:val="6A689962"/>
    <w:rsid w:val="6ACA40C8"/>
    <w:rsid w:val="6B3A2ED0"/>
    <w:rsid w:val="6B549E59"/>
    <w:rsid w:val="6B5802F5"/>
    <w:rsid w:val="6B6372C2"/>
    <w:rsid w:val="6BAD0B90"/>
    <w:rsid w:val="6BE1562D"/>
    <w:rsid w:val="6C142569"/>
    <w:rsid w:val="6C322342"/>
    <w:rsid w:val="6C4D1E23"/>
    <w:rsid w:val="6C4F9B5E"/>
    <w:rsid w:val="6C575332"/>
    <w:rsid w:val="6C583036"/>
    <w:rsid w:val="6C638C02"/>
    <w:rsid w:val="6C72A120"/>
    <w:rsid w:val="6C7F8542"/>
    <w:rsid w:val="6C8208EE"/>
    <w:rsid w:val="6C828B52"/>
    <w:rsid w:val="6CC1F2DC"/>
    <w:rsid w:val="6CC93ED5"/>
    <w:rsid w:val="6CD8B1BC"/>
    <w:rsid w:val="6CE8B685"/>
    <w:rsid w:val="6D1818FE"/>
    <w:rsid w:val="6D3AE6FE"/>
    <w:rsid w:val="6D8AA3C6"/>
    <w:rsid w:val="6DC749B8"/>
    <w:rsid w:val="6DDEE0FF"/>
    <w:rsid w:val="6DF16DB1"/>
    <w:rsid w:val="6E074CB4"/>
    <w:rsid w:val="6E09612B"/>
    <w:rsid w:val="6E6D778F"/>
    <w:rsid w:val="6EA46CAC"/>
    <w:rsid w:val="6EC0CE8C"/>
    <w:rsid w:val="6F0ADDA9"/>
    <w:rsid w:val="6F4B89D5"/>
    <w:rsid w:val="6FA17AE9"/>
    <w:rsid w:val="6FAD816B"/>
    <w:rsid w:val="700363D7"/>
    <w:rsid w:val="70826A12"/>
    <w:rsid w:val="70BA3AFD"/>
    <w:rsid w:val="713E3A4E"/>
    <w:rsid w:val="715B6E16"/>
    <w:rsid w:val="7172D5E7"/>
    <w:rsid w:val="718EE2F4"/>
    <w:rsid w:val="7193FE6C"/>
    <w:rsid w:val="728A81AD"/>
    <w:rsid w:val="72D0FFF0"/>
    <w:rsid w:val="73009288"/>
    <w:rsid w:val="732E34BB"/>
    <w:rsid w:val="733ABE53"/>
    <w:rsid w:val="73816B16"/>
    <w:rsid w:val="73B259D5"/>
    <w:rsid w:val="73BF7E46"/>
    <w:rsid w:val="74049629"/>
    <w:rsid w:val="74075331"/>
    <w:rsid w:val="74724D7D"/>
    <w:rsid w:val="74A5C110"/>
    <w:rsid w:val="74A8B80F"/>
    <w:rsid w:val="74F7FDFD"/>
    <w:rsid w:val="75363758"/>
    <w:rsid w:val="75367733"/>
    <w:rsid w:val="753ED0AB"/>
    <w:rsid w:val="7598934A"/>
    <w:rsid w:val="75F4D57B"/>
    <w:rsid w:val="76FA7990"/>
    <w:rsid w:val="771A6211"/>
    <w:rsid w:val="772A7C8D"/>
    <w:rsid w:val="779893EA"/>
    <w:rsid w:val="77B458B2"/>
    <w:rsid w:val="78080E04"/>
    <w:rsid w:val="78ECAD5E"/>
    <w:rsid w:val="791194CD"/>
    <w:rsid w:val="7986276B"/>
    <w:rsid w:val="798B99DD"/>
    <w:rsid w:val="798FA1E1"/>
    <w:rsid w:val="79FF6E54"/>
    <w:rsid w:val="79FF9B38"/>
    <w:rsid w:val="7A27BDA1"/>
    <w:rsid w:val="7A59EF61"/>
    <w:rsid w:val="7A6E0A99"/>
    <w:rsid w:val="7A8D32FB"/>
    <w:rsid w:val="7A992D77"/>
    <w:rsid w:val="7AEA955E"/>
    <w:rsid w:val="7B3E5202"/>
    <w:rsid w:val="7B708602"/>
    <w:rsid w:val="7BAD3BB9"/>
    <w:rsid w:val="7BE02931"/>
    <w:rsid w:val="7C1E5566"/>
    <w:rsid w:val="7C3F1557"/>
    <w:rsid w:val="7C5A20EB"/>
    <w:rsid w:val="7C5E5D08"/>
    <w:rsid w:val="7C8004AE"/>
    <w:rsid w:val="7CAE7E4E"/>
    <w:rsid w:val="7CB49872"/>
    <w:rsid w:val="7CBA9FC9"/>
    <w:rsid w:val="7D253A7D"/>
    <w:rsid w:val="7D48E5D7"/>
    <w:rsid w:val="7D515CB4"/>
    <w:rsid w:val="7D59EC6C"/>
    <w:rsid w:val="7D94C317"/>
    <w:rsid w:val="7DC33301"/>
    <w:rsid w:val="7DE90D70"/>
    <w:rsid w:val="7E0FFF38"/>
    <w:rsid w:val="7E4267E2"/>
    <w:rsid w:val="7E7E260E"/>
    <w:rsid w:val="7E88CD31"/>
    <w:rsid w:val="7EA9679C"/>
    <w:rsid w:val="7EB16FA5"/>
    <w:rsid w:val="7EF818CE"/>
    <w:rsid w:val="7F0F76D1"/>
    <w:rsid w:val="7F1821BF"/>
    <w:rsid w:val="7F1DE093"/>
    <w:rsid w:val="7F28FF04"/>
    <w:rsid w:val="7F39678F"/>
    <w:rsid w:val="7F4237A8"/>
    <w:rsid w:val="7F59BF80"/>
    <w:rsid w:val="7FB8C40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15:docId w15:val="{231ECF16-9A2B-4054-AA3E-4AA23D7F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132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241C"/>
  </w:style>
  <w:style w:type="character" w:customStyle="1" w:styleId="eop">
    <w:name w:val="eop"/>
    <w:basedOn w:val="DefaultParagraphFont"/>
    <w:rsid w:val="0013241C"/>
  </w:style>
  <w:style w:type="character" w:styleId="CommentReference">
    <w:name w:val="annotation reference"/>
    <w:basedOn w:val="DefaultParagraphFont"/>
    <w:uiPriority w:val="99"/>
    <w:semiHidden/>
    <w:unhideWhenUsed/>
    <w:rsid w:val="00ED18B3"/>
    <w:rPr>
      <w:sz w:val="16"/>
      <w:szCs w:val="16"/>
    </w:rPr>
  </w:style>
  <w:style w:type="paragraph" w:styleId="CommentText">
    <w:name w:val="annotation text"/>
    <w:basedOn w:val="Normal"/>
    <w:link w:val="CommentTextChar"/>
    <w:uiPriority w:val="99"/>
    <w:unhideWhenUsed/>
    <w:rsid w:val="00ED18B3"/>
    <w:pPr>
      <w:spacing w:line="240" w:lineRule="auto"/>
    </w:pPr>
    <w:rPr>
      <w:sz w:val="20"/>
      <w:szCs w:val="20"/>
    </w:rPr>
  </w:style>
  <w:style w:type="character" w:customStyle="1" w:styleId="CommentTextChar">
    <w:name w:val="Comment Text Char"/>
    <w:basedOn w:val="DefaultParagraphFont"/>
    <w:link w:val="CommentText"/>
    <w:uiPriority w:val="99"/>
    <w:rsid w:val="00ED18B3"/>
    <w:rPr>
      <w:sz w:val="20"/>
      <w:szCs w:val="20"/>
    </w:rPr>
  </w:style>
  <w:style w:type="paragraph" w:styleId="CommentSubject">
    <w:name w:val="annotation subject"/>
    <w:basedOn w:val="CommentText"/>
    <w:next w:val="CommentText"/>
    <w:link w:val="CommentSubjectChar"/>
    <w:uiPriority w:val="99"/>
    <w:semiHidden/>
    <w:unhideWhenUsed/>
    <w:rsid w:val="00ED18B3"/>
    <w:rPr>
      <w:b/>
      <w:bCs/>
    </w:rPr>
  </w:style>
  <w:style w:type="character" w:customStyle="1" w:styleId="CommentSubjectChar">
    <w:name w:val="Comment Subject Char"/>
    <w:basedOn w:val="CommentTextChar"/>
    <w:link w:val="CommentSubject"/>
    <w:uiPriority w:val="99"/>
    <w:semiHidden/>
    <w:rsid w:val="00ED1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MQ3NJPM7XP6Q-259975688-494</_dlc_DocId>
    <_dlc_DocIdUrl xmlns="8d9aba49-0b2d-4cc1-a0cd-3a53f65dc42e">
      <Url>https://cdc.sharepoint.com/sites/NCHS-bizops/clearance/_layouts/15/DocIdRedir.aspx?ID=MQ3NJPM7XP6Q-259975688-494</Url>
      <Description>MQ3NJPM7XP6Q-259975688-494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F6E988B-E2A7-4CCB-89AB-533ED93D1B32}">
  <ds:schemaRefs>
    <ds:schemaRef ds:uri="http://schemas.microsoft.com/office/2006/metadata/properties"/>
    <ds:schemaRef ds:uri="http://schemas.microsoft.com/office/infopath/2007/PartnerControls"/>
    <ds:schemaRef ds:uri="8d9aba49-0b2d-4cc1-a0cd-3a53f65dc42e"/>
  </ds:schemaRefs>
</ds:datastoreItem>
</file>

<file path=customXml/itemProps3.xml><?xml version="1.0" encoding="utf-8"?>
<ds:datastoreItem xmlns:ds="http://schemas.openxmlformats.org/officeDocument/2006/customXml" ds:itemID="{A7D08AB1-DDEE-4087-B685-F85CC100BD51}">
  <ds:schemaRefs>
    <ds:schemaRef ds:uri="http://schemas.microsoft.com/sharepoint/v3/contenttype/forms"/>
  </ds:schemaRefs>
</ds:datastoreItem>
</file>

<file path=customXml/itemProps4.xml><?xml version="1.0" encoding="utf-8"?>
<ds:datastoreItem xmlns:ds="http://schemas.openxmlformats.org/officeDocument/2006/customXml" ds:itemID="{01FBF729-369C-44FB-8A39-6BAEBCCF9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5CF91B-7BD9-44CF-AA26-D40861FC0CC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1060</Words>
  <Characters>6059</Characters>
  <Application>Microsoft Office Word</Application>
  <DocSecurity>0</DocSecurity>
  <Lines>189</Lines>
  <Paragraphs>43</Paragraphs>
  <ScaleCrop>false</ScaleCrop>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Joyce, Kevin J. (CDC/OD/OS)</cp:lastModifiedBy>
  <cp:revision>12</cp:revision>
  <dcterms:created xsi:type="dcterms:W3CDTF">2026-07-16T19:56:00Z</dcterms:created>
  <dcterms:modified xsi:type="dcterms:W3CDTF">2026-09-03T10:45:00Z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05709460-4332-40d4-8da1-aeb3b926809a</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2026-03-05T22:36:01Z</vt:lpwstr>
  </property>
  <property fmtid="{D5CDD505-2E9C-101B-9397-08002B2CF9AE}" pid="11" name="MSIP_Label_7b94a7b8-f06c-4dfe-bdcc-9b548fd58c31_SiteId">
    <vt:lpwstr>9ce70869-60db-44fd-abe8-d2767077fc8f</vt:lpwstr>
  </property>
  <property fmtid="{D5CDD505-2E9C-101B-9397-08002B2CF9AE}" pid="12" name="MSIP_Label_7b94a7b8-f06c-4dfe-bdcc-9b548fd58c31_Tag">
    <vt:lpwstr>10, 0, 1, 1</vt:lpwstr>
  </property>
  <property fmtid="{D5CDD505-2E9C-101B-9397-08002B2CF9AE}" pid="13" name="_dlc_DocIdItemGuid">
    <vt:lpwstr>f5f630fe-8fff-4dac-a7e3-2fdc613ac464</vt:lpwstr>
  </property>
</Properties>
</file>