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F4365" w:rsidRPr="00B96731" w:rsidP="00626F78" w14:paraId="15DD1C35" w14:textId="184B4C83">
      <w:pPr>
        <w:pStyle w:val="Heading1"/>
      </w:pPr>
      <w:r w:rsidRPr="00B96731">
        <w:t xml:space="preserve">2026 </w:t>
      </w:r>
      <w:r w:rsidRPr="00626F78">
        <w:t>Ebola</w:t>
      </w:r>
      <w:r w:rsidRPr="00B96731">
        <w:t>-BVD Response: FOLLOW-UP Public Health Assessment (</w:t>
      </w:r>
      <w:r w:rsidRPr="00B96731" w:rsidR="00B96731">
        <w:t>F</w:t>
      </w:r>
      <w:r w:rsidRPr="00B96731">
        <w:t>PHA)</w:t>
      </w:r>
    </w:p>
    <w:p w:rsidR="00FF4365" w:rsidRPr="00FF4365" w:rsidP="008143B6" w14:paraId="5CCBEA01" w14:textId="4D1A6C22">
      <w:pPr>
        <w:spacing w:after="120" w:line="264" w:lineRule="auto"/>
        <w:jc w:val="center"/>
        <w:rPr>
          <w:szCs w:val="18"/>
        </w:rPr>
      </w:pPr>
      <w:r w:rsidRPr="00BD2A2C">
        <w:rPr>
          <w:szCs w:val="18"/>
        </w:rPr>
        <w:t xml:space="preserve">For Port Health Station staff and deployers assessing travelers arriving from </w:t>
      </w:r>
      <w:r w:rsidRPr="00634628">
        <w:rPr>
          <w:b/>
          <w:bCs/>
          <w:szCs w:val="18"/>
        </w:rPr>
        <w:t>DRC, Uganda, or South Sudan</w:t>
      </w:r>
    </w:p>
    <w:tbl>
      <w:tblPr>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888888"/>
        </w:tblBorders>
        <w:tblLook w:val="04A0"/>
      </w:tblPr>
      <w:tblGrid>
        <w:gridCol w:w="1075"/>
        <w:gridCol w:w="720"/>
        <w:gridCol w:w="3818"/>
        <w:gridCol w:w="3472"/>
        <w:gridCol w:w="540"/>
        <w:gridCol w:w="526"/>
      </w:tblGrid>
      <w:tr w14:paraId="38178F8E" w14:textId="77777777" w:rsidTr="00B4177A">
        <w:tblPrEx>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888888"/>
          </w:tblBorders>
          <w:tblLook w:val="04A0"/>
        </w:tblPrEx>
        <w:trPr>
          <w:trHeight w:val="20"/>
          <w:jc w:val="center"/>
        </w:trPr>
        <w:tc>
          <w:tcPr>
            <w:tcW w:w="10151" w:type="dxa"/>
            <w:gridSpan w:val="6"/>
            <w:shd w:val="clear" w:color="auto" w:fill="548DD4" w:themeFill="text2" w:themeFillTint="99"/>
            <w:tcMar>
              <w:top w:w="14" w:type="dxa"/>
              <w:left w:w="29" w:type="dxa"/>
              <w:bottom w:w="14" w:type="dxa"/>
              <w:right w:w="29" w:type="dxa"/>
            </w:tcMar>
          </w:tcPr>
          <w:p w:rsidR="002C015A" w:rsidRPr="00B4177A" w:rsidP="00997622" w14:paraId="3C482DF3" w14:textId="24CBB3DE">
            <w:pPr>
              <w:pStyle w:val="Heading2"/>
              <w:rPr>
                <w:color w:val="FFFFFF" w:themeColor="background1"/>
              </w:rPr>
            </w:pPr>
            <w:r w:rsidRPr="00B4177A">
              <w:rPr>
                <w:color w:val="FFFFFF" w:themeColor="background1"/>
              </w:rPr>
              <w:t>Administrative data</w:t>
            </w:r>
          </w:p>
        </w:tc>
      </w:tr>
      <w:tr w14:paraId="37FA49DF" w14:textId="77777777" w:rsidTr="0042717F">
        <w:tblPrEx>
          <w:tblW w:w="10151" w:type="dxa"/>
          <w:jc w:val="center"/>
          <w:tblLook w:val="04A0"/>
        </w:tblPrEx>
        <w:trPr>
          <w:trHeight w:val="20"/>
          <w:jc w:val="center"/>
        </w:trPr>
        <w:tc>
          <w:tcPr>
            <w:tcW w:w="10151" w:type="dxa"/>
            <w:gridSpan w:val="6"/>
            <w:shd w:val="clear" w:color="auto" w:fill="FFFFB3"/>
            <w:tcMar>
              <w:top w:w="14" w:type="dxa"/>
              <w:left w:w="29" w:type="dxa"/>
              <w:bottom w:w="14" w:type="dxa"/>
              <w:right w:w="29" w:type="dxa"/>
            </w:tcMar>
          </w:tcPr>
          <w:p w:rsidR="00C97810" w:rsidRPr="00377306" w:rsidP="00AF4777" w14:paraId="16307F17" w14:textId="755539D0">
            <w:pPr>
              <w:spacing w:before="60" w:after="0" w:line="264" w:lineRule="auto"/>
              <w:ind w:left="56"/>
              <w:rPr>
                <w:sz w:val="20"/>
                <w:szCs w:val="20"/>
              </w:rPr>
            </w:pPr>
            <w:r w:rsidRPr="00377306">
              <w:rPr>
                <w:sz w:val="20"/>
                <w:szCs w:val="20"/>
              </w:rPr>
              <w:t>First Name:</w:t>
            </w:r>
            <w:r w:rsidRPr="00377306" w:rsidR="00780393">
              <w:rPr>
                <w:sz w:val="20"/>
                <w:szCs w:val="20"/>
              </w:rPr>
              <w:t xml:space="preserve"> </w:t>
            </w:r>
            <w:r w:rsidRPr="00377306">
              <w:rPr>
                <w:sz w:val="20"/>
                <w:szCs w:val="20"/>
              </w:rPr>
              <w:tab/>
            </w:r>
            <w:r w:rsidRPr="00377306">
              <w:rPr>
                <w:sz w:val="20"/>
                <w:szCs w:val="20"/>
                <w:u w:val="single"/>
              </w:rPr>
              <w:tab/>
            </w:r>
            <w:r w:rsidRPr="00377306">
              <w:rPr>
                <w:sz w:val="20"/>
                <w:szCs w:val="20"/>
                <w:u w:val="single"/>
              </w:rPr>
              <w:tab/>
            </w:r>
            <w:r w:rsidRPr="00377306">
              <w:rPr>
                <w:sz w:val="20"/>
                <w:szCs w:val="20"/>
                <w:u w:val="single"/>
              </w:rPr>
              <w:tab/>
            </w:r>
            <w:r w:rsidRPr="00377306">
              <w:rPr>
                <w:sz w:val="20"/>
                <w:szCs w:val="20"/>
                <w:u w:val="single"/>
              </w:rPr>
              <w:tab/>
            </w:r>
            <w:r w:rsidRPr="00377306">
              <w:rPr>
                <w:sz w:val="20"/>
                <w:szCs w:val="20"/>
                <w:u w:val="single"/>
              </w:rPr>
              <w:tab/>
            </w:r>
            <w:r w:rsidR="00FE34B6">
              <w:rPr>
                <w:sz w:val="20"/>
                <w:szCs w:val="20"/>
                <w:u w:val="single"/>
              </w:rPr>
              <w:tab/>
            </w:r>
            <w:r w:rsidRPr="00377306" w:rsidR="00E90375">
              <w:rPr>
                <w:sz w:val="20"/>
                <w:szCs w:val="20"/>
              </w:rPr>
              <w:t xml:space="preserve">  </w:t>
            </w:r>
            <w:r w:rsidRPr="00377306">
              <w:rPr>
                <w:sz w:val="20"/>
                <w:szCs w:val="20"/>
              </w:rPr>
              <w:t>Last Name:</w:t>
            </w:r>
            <w:r w:rsidRPr="00377306">
              <w:rPr>
                <w:sz w:val="20"/>
                <w:szCs w:val="20"/>
                <w:u w:val="single"/>
              </w:rPr>
              <w:tab/>
            </w:r>
            <w:r w:rsidRPr="00377306" w:rsidR="00F41CFE">
              <w:rPr>
                <w:sz w:val="20"/>
                <w:szCs w:val="20"/>
                <w:u w:val="single"/>
              </w:rPr>
              <w:tab/>
            </w:r>
            <w:r w:rsidR="008A2516">
              <w:rPr>
                <w:sz w:val="20"/>
                <w:szCs w:val="20"/>
                <w:u w:val="single"/>
              </w:rPr>
              <w:tab/>
            </w:r>
            <w:r w:rsidRPr="00377306" w:rsidR="00F41CFE">
              <w:rPr>
                <w:sz w:val="20"/>
                <w:szCs w:val="20"/>
                <w:u w:val="single"/>
              </w:rPr>
              <w:tab/>
            </w:r>
            <w:r w:rsidRPr="00377306">
              <w:rPr>
                <w:sz w:val="20"/>
                <w:szCs w:val="20"/>
                <w:u w:val="single"/>
              </w:rPr>
              <w:tab/>
            </w:r>
            <w:r w:rsidRPr="00377306" w:rsidR="00F41CFE">
              <w:rPr>
                <w:sz w:val="20"/>
                <w:szCs w:val="20"/>
                <w:u w:val="single"/>
              </w:rPr>
              <w:tab/>
            </w:r>
            <w:r w:rsidR="0087145D">
              <w:rPr>
                <w:sz w:val="20"/>
                <w:szCs w:val="20"/>
              </w:rPr>
              <w:t xml:space="preserve"> Passport</w:t>
            </w:r>
            <w:r w:rsidR="00675EDF">
              <w:rPr>
                <w:sz w:val="20"/>
                <w:szCs w:val="20"/>
              </w:rPr>
              <w:t xml:space="preserve"> #</w:t>
            </w:r>
            <w:r w:rsidR="0087145D">
              <w:rPr>
                <w:sz w:val="20"/>
                <w:szCs w:val="20"/>
              </w:rPr>
              <w:t>:</w:t>
            </w:r>
            <w:r w:rsidR="00E533C2">
              <w:rPr>
                <w:sz w:val="20"/>
                <w:szCs w:val="20"/>
              </w:rPr>
              <w:tab/>
            </w:r>
            <w:r w:rsidR="00E533C2">
              <w:rPr>
                <w:sz w:val="20"/>
                <w:szCs w:val="20"/>
              </w:rPr>
              <w:tab/>
            </w:r>
            <w:r w:rsidR="00E533C2">
              <w:rPr>
                <w:sz w:val="20"/>
                <w:szCs w:val="20"/>
              </w:rPr>
              <w:tab/>
            </w:r>
            <w:r w:rsidR="00E533C2">
              <w:rPr>
                <w:sz w:val="20"/>
                <w:szCs w:val="20"/>
              </w:rPr>
              <w:tab/>
            </w:r>
            <w:r w:rsidRPr="00377306" w:rsidR="00177F8F">
              <w:rPr>
                <w:sz w:val="20"/>
                <w:szCs w:val="20"/>
              </w:rPr>
              <w:t xml:space="preserve"> </w:t>
            </w:r>
            <w:r w:rsidRPr="00377306">
              <w:rPr>
                <w:sz w:val="20"/>
                <w:szCs w:val="20"/>
              </w:rPr>
              <w:t>DOB:</w:t>
            </w:r>
            <w:r w:rsidRPr="00377306" w:rsidR="009E069E">
              <w:rPr>
                <w:sz w:val="20"/>
                <w:szCs w:val="20"/>
              </w:rPr>
              <w:t xml:space="preserve"> </w:t>
            </w:r>
            <w:r w:rsidRPr="00377306">
              <w:rPr>
                <w:sz w:val="20"/>
                <w:szCs w:val="20"/>
                <w:u w:val="single"/>
              </w:rPr>
              <w:tab/>
            </w:r>
            <w:r w:rsidRPr="00377306">
              <w:rPr>
                <w:sz w:val="20"/>
                <w:szCs w:val="20"/>
                <w:u w:val="single"/>
              </w:rPr>
              <w:tab/>
            </w:r>
            <w:r w:rsidRPr="00377306">
              <w:rPr>
                <w:sz w:val="20"/>
                <w:szCs w:val="20"/>
                <w:u w:val="single"/>
              </w:rPr>
              <w:tab/>
            </w:r>
            <w:r w:rsidRPr="00377306" w:rsidR="007F0459">
              <w:rPr>
                <w:sz w:val="20"/>
                <w:szCs w:val="20"/>
                <w:u w:val="single"/>
              </w:rPr>
              <w:tab/>
            </w:r>
            <w:r w:rsidR="00675EDF">
              <w:rPr>
                <w:sz w:val="20"/>
                <w:szCs w:val="20"/>
                <w:u w:val="single"/>
              </w:rPr>
              <w:tab/>
            </w:r>
            <w:r w:rsidRPr="00377306" w:rsidR="00B93C57">
              <w:rPr>
                <w:sz w:val="20"/>
                <w:szCs w:val="20"/>
              </w:rPr>
              <w:t xml:space="preserve">  </w:t>
            </w:r>
            <w:r w:rsidRPr="00377306" w:rsidR="00770A14">
              <w:rPr>
                <w:sz w:val="20"/>
                <w:szCs w:val="20"/>
              </w:rPr>
              <w:t xml:space="preserve">SEX: </w:t>
            </w:r>
            <w:r w:rsidRPr="00377306" w:rsidR="00770A14">
              <w:rPr>
                <w:sz w:val="20"/>
                <w:szCs w:val="20"/>
                <w:u w:val="single"/>
              </w:rPr>
              <w:tab/>
            </w:r>
            <w:r w:rsidR="00675EDF">
              <w:rPr>
                <w:sz w:val="20"/>
                <w:szCs w:val="20"/>
                <w:u w:val="single"/>
              </w:rPr>
              <w:tab/>
            </w:r>
          </w:p>
          <w:p w:rsidR="00B4487F" w:rsidRPr="00377306" w:rsidP="00AF4777" w14:paraId="5E489A65" w14:textId="43C2B414">
            <w:pPr>
              <w:spacing w:before="60" w:after="0" w:line="264" w:lineRule="auto"/>
              <w:ind w:left="56"/>
              <w:rPr>
                <w:sz w:val="20"/>
                <w:szCs w:val="20"/>
                <w:u w:val="single"/>
              </w:rPr>
            </w:pPr>
            <w:r w:rsidRPr="00377306">
              <w:rPr>
                <w:sz w:val="20"/>
                <w:szCs w:val="20"/>
              </w:rPr>
              <w:t>Country</w:t>
            </w:r>
            <w:r w:rsidR="0078696A">
              <w:rPr>
                <w:sz w:val="20"/>
                <w:szCs w:val="20"/>
              </w:rPr>
              <w:t xml:space="preserve"> (DRC </w:t>
            </w:r>
            <w:r w:rsidR="0087145D">
              <w:rPr>
                <w:sz w:val="20"/>
                <w:szCs w:val="20"/>
              </w:rPr>
              <w:t>Province</w:t>
            </w:r>
            <w:r w:rsidR="0078696A">
              <w:rPr>
                <w:sz w:val="20"/>
                <w:szCs w:val="20"/>
              </w:rPr>
              <w:t>)</w:t>
            </w:r>
            <w:r w:rsidRPr="00377306">
              <w:rPr>
                <w:sz w:val="20"/>
                <w:szCs w:val="20"/>
              </w:rPr>
              <w:t>:</w:t>
            </w:r>
            <w:r w:rsidRPr="00377306" w:rsidR="00086F6E">
              <w:rPr>
                <w:sz w:val="20"/>
                <w:szCs w:val="20"/>
                <w:u w:val="single"/>
              </w:rPr>
              <w:tab/>
            </w:r>
            <w:r w:rsidRPr="00377306" w:rsidR="00086F6E">
              <w:rPr>
                <w:sz w:val="20"/>
                <w:szCs w:val="20"/>
                <w:u w:val="single"/>
              </w:rPr>
              <w:tab/>
            </w:r>
            <w:r w:rsidRPr="00377306" w:rsidR="00086F6E">
              <w:rPr>
                <w:sz w:val="20"/>
                <w:szCs w:val="20"/>
                <w:u w:val="single"/>
              </w:rPr>
              <w:tab/>
            </w:r>
            <w:r w:rsidRPr="00377306" w:rsidR="00BF3305">
              <w:rPr>
                <w:sz w:val="20"/>
                <w:szCs w:val="20"/>
                <w:u w:val="single"/>
              </w:rPr>
              <w:tab/>
            </w:r>
            <w:r w:rsidRPr="00377306" w:rsidR="006070A3">
              <w:rPr>
                <w:sz w:val="20"/>
                <w:szCs w:val="20"/>
                <w:u w:val="single"/>
              </w:rPr>
              <w:tab/>
            </w:r>
            <w:r w:rsidRPr="00377306" w:rsidR="000B0F80">
              <w:rPr>
                <w:sz w:val="20"/>
                <w:szCs w:val="20"/>
                <w:u w:val="single"/>
              </w:rPr>
              <w:tab/>
            </w:r>
            <w:r w:rsidRPr="00377306" w:rsidR="000B0F80">
              <w:rPr>
                <w:sz w:val="20"/>
                <w:szCs w:val="20"/>
                <w:u w:val="single"/>
              </w:rPr>
              <w:t xml:space="preserve"> </w:t>
            </w:r>
            <w:r w:rsidRPr="00377306" w:rsidR="000B0F80">
              <w:rPr>
                <w:sz w:val="20"/>
                <w:szCs w:val="20"/>
              </w:rPr>
              <w:t xml:space="preserve">  </w:t>
            </w:r>
            <w:r w:rsidRPr="00377306" w:rsidR="00C97810">
              <w:rPr>
                <w:sz w:val="20"/>
                <w:szCs w:val="20"/>
              </w:rPr>
              <w:t>Airline:</w:t>
            </w:r>
            <w:r w:rsidRPr="00377306" w:rsidR="00780393">
              <w:rPr>
                <w:sz w:val="20"/>
                <w:szCs w:val="20"/>
              </w:rPr>
              <w:t xml:space="preserve"> </w:t>
            </w:r>
            <w:r w:rsidRPr="00377306" w:rsidR="00780393">
              <w:rPr>
                <w:sz w:val="20"/>
                <w:szCs w:val="20"/>
                <w:u w:val="single"/>
              </w:rPr>
              <w:tab/>
            </w:r>
            <w:r w:rsidRPr="00377306" w:rsidR="00780393">
              <w:rPr>
                <w:sz w:val="20"/>
                <w:szCs w:val="20"/>
                <w:u w:val="single"/>
              </w:rPr>
              <w:tab/>
            </w:r>
            <w:r w:rsidRPr="00377306" w:rsidR="00780393">
              <w:rPr>
                <w:sz w:val="20"/>
                <w:szCs w:val="20"/>
                <w:u w:val="single"/>
              </w:rPr>
              <w:tab/>
            </w:r>
            <w:r w:rsidRPr="00377306" w:rsidR="00780393">
              <w:rPr>
                <w:sz w:val="20"/>
                <w:szCs w:val="20"/>
                <w:u w:val="single"/>
              </w:rPr>
              <w:tab/>
            </w:r>
            <w:r w:rsidRPr="00377306" w:rsidR="000B0F80">
              <w:rPr>
                <w:sz w:val="20"/>
                <w:szCs w:val="20"/>
              </w:rPr>
              <w:t xml:space="preserve">   </w:t>
            </w:r>
            <w:r w:rsidRPr="00377306" w:rsidR="00C97810">
              <w:rPr>
                <w:sz w:val="20"/>
                <w:szCs w:val="20"/>
              </w:rPr>
              <w:t>Flight #:</w:t>
            </w:r>
            <w:r w:rsidRPr="00377306" w:rsidR="00780393">
              <w:rPr>
                <w:sz w:val="20"/>
                <w:szCs w:val="20"/>
              </w:rPr>
              <w:t xml:space="preserve"> </w:t>
            </w:r>
            <w:r w:rsidRPr="00377306" w:rsidR="00780393">
              <w:rPr>
                <w:sz w:val="20"/>
                <w:szCs w:val="20"/>
                <w:u w:val="single"/>
              </w:rPr>
              <w:tab/>
            </w:r>
            <w:r w:rsidRPr="00377306" w:rsidR="00780393">
              <w:rPr>
                <w:sz w:val="20"/>
                <w:szCs w:val="20"/>
                <w:u w:val="single"/>
              </w:rPr>
              <w:tab/>
            </w:r>
            <w:r w:rsidRPr="00377306" w:rsidR="000B0F80">
              <w:rPr>
                <w:sz w:val="20"/>
                <w:szCs w:val="20"/>
              </w:rPr>
              <w:t xml:space="preserve">   </w:t>
            </w:r>
            <w:r w:rsidRPr="00377306">
              <w:rPr>
                <w:sz w:val="20"/>
                <w:szCs w:val="20"/>
              </w:rPr>
              <w:t>Date/time</w:t>
            </w:r>
            <w:r w:rsidRPr="00377306" w:rsidR="009E069E">
              <w:rPr>
                <w:sz w:val="20"/>
                <w:szCs w:val="20"/>
              </w:rPr>
              <w:t xml:space="preserve"> of arrival</w:t>
            </w:r>
            <w:r w:rsidRPr="00377306">
              <w:rPr>
                <w:sz w:val="20"/>
                <w:szCs w:val="20"/>
              </w:rPr>
              <w:t>:</w:t>
            </w:r>
            <w:r w:rsidRPr="00377306" w:rsidR="009E069E">
              <w:rPr>
                <w:sz w:val="20"/>
                <w:szCs w:val="20"/>
              </w:rPr>
              <w:t xml:space="preserve"> </w:t>
            </w:r>
            <w:r w:rsidRPr="00377306" w:rsidR="009E069E">
              <w:rPr>
                <w:sz w:val="20"/>
                <w:szCs w:val="20"/>
                <w:u w:val="single"/>
              </w:rPr>
              <w:tab/>
            </w:r>
            <w:r w:rsidRPr="00377306" w:rsidR="009E069E">
              <w:rPr>
                <w:sz w:val="20"/>
                <w:szCs w:val="20"/>
                <w:u w:val="single"/>
              </w:rPr>
              <w:tab/>
            </w:r>
            <w:r w:rsidRPr="00377306" w:rsidR="009E069E">
              <w:rPr>
                <w:sz w:val="20"/>
                <w:szCs w:val="20"/>
                <w:u w:val="single"/>
              </w:rPr>
              <w:tab/>
            </w:r>
            <w:r w:rsidR="00630406">
              <w:rPr>
                <w:sz w:val="20"/>
                <w:szCs w:val="20"/>
                <w:u w:val="single"/>
              </w:rPr>
              <w:tab/>
            </w:r>
            <w:r w:rsidRPr="00377306" w:rsidR="009E069E">
              <w:rPr>
                <w:sz w:val="20"/>
                <w:szCs w:val="20"/>
                <w:u w:val="single"/>
              </w:rPr>
              <w:tab/>
            </w:r>
            <w:r w:rsidRPr="00377306" w:rsidR="006F284E">
              <w:rPr>
                <w:sz w:val="20"/>
                <w:szCs w:val="20"/>
                <w:u w:val="single"/>
              </w:rPr>
              <w:tab/>
            </w:r>
          </w:p>
          <w:p w:rsidR="00B50E2E" w:rsidP="00AF4777" w14:paraId="77858C31" w14:textId="4E730057">
            <w:pPr>
              <w:spacing w:before="60" w:after="0" w:line="264" w:lineRule="auto"/>
              <w:ind w:left="56"/>
              <w:rPr>
                <w:sz w:val="20"/>
                <w:szCs w:val="20"/>
              </w:rPr>
            </w:pPr>
            <w:r>
              <w:rPr>
                <w:sz w:val="20"/>
                <w:szCs w:val="20"/>
              </w:rPr>
              <w:t xml:space="preserve">Primary purpose of </w:t>
            </w:r>
            <w:r w:rsidRPr="00594879">
              <w:rPr>
                <w:sz w:val="20"/>
                <w:szCs w:val="20"/>
              </w:rPr>
              <w:t xml:space="preserve">travel: </w:t>
            </w:r>
            <w:r w:rsidRPr="00594879" w:rsidR="0033316B">
              <w:rPr>
                <w:sz w:val="20"/>
                <w:szCs w:val="20"/>
              </w:rPr>
              <w:t>☐</w:t>
            </w:r>
            <w:r w:rsidR="00AC18CD">
              <w:rPr>
                <w:sz w:val="20"/>
                <w:szCs w:val="20"/>
              </w:rPr>
              <w:t xml:space="preserve"> </w:t>
            </w:r>
            <w:r w:rsidR="00594879">
              <w:rPr>
                <w:sz w:val="20"/>
                <w:szCs w:val="20"/>
              </w:rPr>
              <w:t>Tourism</w:t>
            </w:r>
            <w:r w:rsidR="00DB54E6">
              <w:rPr>
                <w:sz w:val="20"/>
                <w:szCs w:val="20"/>
              </w:rPr>
              <w:t xml:space="preserve"> </w:t>
            </w:r>
            <w:r w:rsidR="00594879">
              <w:rPr>
                <w:sz w:val="20"/>
                <w:szCs w:val="20"/>
              </w:rPr>
              <w:t xml:space="preserve"> </w:t>
            </w:r>
            <w:r w:rsidRPr="00594879" w:rsidR="0033316B">
              <w:rPr>
                <w:sz w:val="20"/>
                <w:szCs w:val="20"/>
              </w:rPr>
              <w:t>☐</w:t>
            </w:r>
            <w:r w:rsidR="00AC18CD">
              <w:rPr>
                <w:sz w:val="20"/>
                <w:szCs w:val="20"/>
              </w:rPr>
              <w:t xml:space="preserve"> </w:t>
            </w:r>
            <w:r w:rsidR="00DB54E6">
              <w:rPr>
                <w:sz w:val="20"/>
                <w:szCs w:val="20"/>
              </w:rPr>
              <w:t xml:space="preserve">Work   </w:t>
            </w:r>
            <w:r w:rsidRPr="00594879" w:rsidR="0033316B">
              <w:rPr>
                <w:sz w:val="20"/>
                <w:szCs w:val="20"/>
              </w:rPr>
              <w:t>☐</w:t>
            </w:r>
            <w:r w:rsidR="00AC18CD">
              <w:rPr>
                <w:sz w:val="20"/>
                <w:szCs w:val="20"/>
              </w:rPr>
              <w:t xml:space="preserve"> </w:t>
            </w:r>
            <w:r w:rsidR="00B259CB">
              <w:rPr>
                <w:sz w:val="20"/>
                <w:szCs w:val="20"/>
              </w:rPr>
              <w:t xml:space="preserve">Friends/Rel.  </w:t>
            </w:r>
            <w:r w:rsidRPr="00594879" w:rsidR="0033316B">
              <w:rPr>
                <w:sz w:val="20"/>
                <w:szCs w:val="20"/>
              </w:rPr>
              <w:t>☐</w:t>
            </w:r>
            <w:r w:rsidR="00AC18CD">
              <w:rPr>
                <w:sz w:val="20"/>
                <w:szCs w:val="20"/>
              </w:rPr>
              <w:t xml:space="preserve"> </w:t>
            </w:r>
            <w:r w:rsidR="003416C7">
              <w:rPr>
                <w:sz w:val="20"/>
                <w:szCs w:val="20"/>
              </w:rPr>
              <w:t xml:space="preserve">Education   </w:t>
            </w:r>
            <w:r w:rsidRPr="00594879" w:rsidR="0033316B">
              <w:rPr>
                <w:sz w:val="20"/>
                <w:szCs w:val="20"/>
              </w:rPr>
              <w:t>☐</w:t>
            </w:r>
            <w:r w:rsidR="00AC18CD">
              <w:rPr>
                <w:sz w:val="20"/>
                <w:szCs w:val="20"/>
              </w:rPr>
              <w:t xml:space="preserve"> </w:t>
            </w:r>
            <w:r w:rsidR="001F31CC">
              <w:rPr>
                <w:sz w:val="20"/>
                <w:szCs w:val="20"/>
              </w:rPr>
              <w:t xml:space="preserve">Volunteer   </w:t>
            </w:r>
            <w:r w:rsidRPr="00594879" w:rsidR="0033316B">
              <w:rPr>
                <w:sz w:val="20"/>
                <w:szCs w:val="20"/>
              </w:rPr>
              <w:t>☐</w:t>
            </w:r>
            <w:r w:rsidR="00AC18CD">
              <w:rPr>
                <w:sz w:val="20"/>
                <w:szCs w:val="20"/>
              </w:rPr>
              <w:t xml:space="preserve"> </w:t>
            </w:r>
            <w:r w:rsidR="00880A73">
              <w:rPr>
                <w:sz w:val="20"/>
                <w:szCs w:val="20"/>
              </w:rPr>
              <w:t xml:space="preserve">Other: </w:t>
            </w:r>
            <w:r w:rsidRPr="00880A73" w:rsidR="00880A73">
              <w:rPr>
                <w:sz w:val="20"/>
                <w:szCs w:val="20"/>
                <w:u w:val="single"/>
              </w:rPr>
              <w:tab/>
            </w:r>
            <w:r w:rsidRPr="00880A73" w:rsidR="00880A73">
              <w:rPr>
                <w:sz w:val="20"/>
                <w:szCs w:val="20"/>
                <w:u w:val="single"/>
              </w:rPr>
              <w:tab/>
            </w:r>
            <w:r w:rsidRPr="00880A73" w:rsidR="00880A73">
              <w:rPr>
                <w:sz w:val="20"/>
                <w:szCs w:val="20"/>
                <w:u w:val="single"/>
              </w:rPr>
              <w:tab/>
            </w:r>
            <w:r w:rsidRPr="00880A73" w:rsidR="00880A73">
              <w:rPr>
                <w:sz w:val="20"/>
                <w:szCs w:val="20"/>
                <w:u w:val="single"/>
              </w:rPr>
              <w:tab/>
            </w:r>
            <w:r w:rsidRPr="00880A73" w:rsidR="00880A73">
              <w:rPr>
                <w:sz w:val="20"/>
                <w:szCs w:val="20"/>
                <w:u w:val="single"/>
              </w:rPr>
              <w:tab/>
            </w:r>
            <w:r w:rsidRPr="00880A73" w:rsidR="00880A73">
              <w:rPr>
                <w:sz w:val="20"/>
                <w:szCs w:val="20"/>
                <w:u w:val="single"/>
              </w:rPr>
              <w:tab/>
            </w:r>
          </w:p>
          <w:p w:rsidR="00545CDC" w:rsidP="00545CDC" w14:paraId="4F0C4705" w14:textId="2041AFE2">
            <w:pPr>
              <w:spacing w:before="60" w:after="0" w:line="264" w:lineRule="auto"/>
              <w:ind w:left="56"/>
              <w:rPr>
                <w:sz w:val="20"/>
                <w:szCs w:val="20"/>
              </w:rPr>
            </w:pPr>
            <w:r>
              <w:rPr>
                <w:sz w:val="20"/>
                <w:szCs w:val="20"/>
              </w:rPr>
              <w:t>Traveler status</w:t>
            </w:r>
            <w:r w:rsidRPr="00C517D2">
              <w:rPr>
                <w:sz w:val="20"/>
                <w:szCs w:val="20"/>
              </w:rPr>
              <w:t xml:space="preserve">: </w:t>
            </w:r>
            <w:r w:rsidR="00AA3692">
              <w:rPr>
                <w:sz w:val="20"/>
                <w:szCs w:val="20"/>
              </w:rPr>
              <w:t xml:space="preserve">  </w:t>
            </w:r>
            <w:r w:rsidRPr="00C517D2">
              <w:rPr>
                <w:sz w:val="20"/>
                <w:szCs w:val="20"/>
              </w:rPr>
              <w:t>☐</w:t>
            </w:r>
            <w:r w:rsidR="00085ABA">
              <w:rPr>
                <w:sz w:val="20"/>
                <w:szCs w:val="20"/>
              </w:rPr>
              <w:t xml:space="preserve"> </w:t>
            </w:r>
            <w:r w:rsidRPr="00C517D2">
              <w:rPr>
                <w:sz w:val="20"/>
                <w:szCs w:val="20"/>
              </w:rPr>
              <w:t>U.S. citizen/</w:t>
            </w:r>
            <w:r w:rsidRPr="00B0135D">
              <w:rPr>
                <w:sz w:val="20"/>
                <w:szCs w:val="20"/>
              </w:rPr>
              <w:t xml:space="preserve">national   </w:t>
            </w:r>
            <w:r w:rsidR="00AA3692">
              <w:rPr>
                <w:sz w:val="20"/>
                <w:szCs w:val="20"/>
              </w:rPr>
              <w:t xml:space="preserve">  </w:t>
            </w:r>
            <w:r w:rsidRPr="00B0135D">
              <w:rPr>
                <w:sz w:val="20"/>
                <w:szCs w:val="20"/>
              </w:rPr>
              <w:t>☐</w:t>
            </w:r>
            <w:r w:rsidR="00085ABA">
              <w:rPr>
                <w:sz w:val="20"/>
                <w:szCs w:val="20"/>
              </w:rPr>
              <w:t xml:space="preserve"> </w:t>
            </w:r>
            <w:r w:rsidRPr="00B0135D" w:rsidR="00B0135D">
              <w:rPr>
                <w:sz w:val="20"/>
                <w:szCs w:val="20"/>
              </w:rPr>
              <w:t>No</w:t>
            </w:r>
            <w:r w:rsidR="00B0135D">
              <w:rPr>
                <w:sz w:val="20"/>
                <w:szCs w:val="20"/>
              </w:rPr>
              <w:t>n-immigrant visa (</w:t>
            </w:r>
            <w:r w:rsidR="006906E1">
              <w:rPr>
                <w:sz w:val="20"/>
                <w:szCs w:val="20"/>
              </w:rPr>
              <w:t xml:space="preserve">i.e. </w:t>
            </w:r>
            <w:r w:rsidR="00B0135D">
              <w:rPr>
                <w:sz w:val="20"/>
                <w:szCs w:val="20"/>
              </w:rPr>
              <w:t>crewmember</w:t>
            </w:r>
            <w:r w:rsidR="00C32954">
              <w:rPr>
                <w:sz w:val="20"/>
                <w:szCs w:val="20"/>
              </w:rPr>
              <w:t xml:space="preserve"> or </w:t>
            </w:r>
            <w:r w:rsidR="00102CA1">
              <w:rPr>
                <w:sz w:val="20"/>
                <w:szCs w:val="20"/>
              </w:rPr>
              <w:t>waiver</w:t>
            </w:r>
            <w:r w:rsidR="00B0135D">
              <w:rPr>
                <w:sz w:val="20"/>
                <w:szCs w:val="20"/>
              </w:rPr>
              <w:t xml:space="preserve">)   </w:t>
            </w:r>
            <w:r w:rsidR="00AA3692">
              <w:rPr>
                <w:sz w:val="20"/>
                <w:szCs w:val="20"/>
              </w:rPr>
              <w:t xml:space="preserve">  </w:t>
            </w:r>
            <w:r w:rsidRPr="00B0135D" w:rsidR="00B0135D">
              <w:rPr>
                <w:sz w:val="20"/>
                <w:szCs w:val="20"/>
              </w:rPr>
              <w:t>☐</w:t>
            </w:r>
            <w:r w:rsidR="00085ABA">
              <w:rPr>
                <w:sz w:val="20"/>
                <w:szCs w:val="20"/>
              </w:rPr>
              <w:t xml:space="preserve"> </w:t>
            </w:r>
            <w:r w:rsidR="00DB4DB4">
              <w:rPr>
                <w:sz w:val="20"/>
                <w:szCs w:val="20"/>
              </w:rPr>
              <w:t>In-transit</w:t>
            </w:r>
          </w:p>
          <w:p w:rsidR="00456C53" w:rsidRPr="00B057EB" w:rsidP="00AA3692" w14:paraId="1E7CE217" w14:textId="07D9031B">
            <w:pPr>
              <w:spacing w:before="60" w:after="0" w:line="264" w:lineRule="auto"/>
              <w:ind w:left="56"/>
              <w:rPr>
                <w:b/>
                <w:sz w:val="20"/>
                <w:szCs w:val="20"/>
              </w:rPr>
            </w:pPr>
            <w:r>
              <w:rPr>
                <w:sz w:val="20"/>
                <w:szCs w:val="20"/>
              </w:rPr>
              <w:t>Date/</w:t>
            </w:r>
            <w:r w:rsidR="00545CDC">
              <w:rPr>
                <w:sz w:val="20"/>
                <w:szCs w:val="20"/>
              </w:rPr>
              <w:t>T</w:t>
            </w:r>
            <w:r w:rsidRPr="00377306" w:rsidR="00C21C11">
              <w:rPr>
                <w:sz w:val="20"/>
                <w:szCs w:val="20"/>
              </w:rPr>
              <w:t>ime</w:t>
            </w:r>
            <w:r w:rsidR="00860ED4">
              <w:rPr>
                <w:sz w:val="20"/>
                <w:szCs w:val="20"/>
              </w:rPr>
              <w:t xml:space="preserve"> </w:t>
            </w:r>
            <w:r w:rsidR="007A0D81">
              <w:rPr>
                <w:sz w:val="20"/>
                <w:szCs w:val="20"/>
              </w:rPr>
              <w:t>(zone)</w:t>
            </w:r>
            <w:r w:rsidRPr="00377306" w:rsidR="00C21C11">
              <w:rPr>
                <w:sz w:val="20"/>
                <w:szCs w:val="20"/>
              </w:rPr>
              <w:t xml:space="preserve"> </w:t>
            </w:r>
            <w:r w:rsidR="002674DD">
              <w:rPr>
                <w:sz w:val="20"/>
                <w:szCs w:val="20"/>
              </w:rPr>
              <w:t xml:space="preserve">START </w:t>
            </w:r>
            <w:r w:rsidRPr="00377306" w:rsidR="00C21C11">
              <w:rPr>
                <w:sz w:val="20"/>
                <w:szCs w:val="20"/>
              </w:rPr>
              <w:t xml:space="preserve">of </w:t>
            </w:r>
            <w:r w:rsidRPr="00377306" w:rsidR="00BB0ABB">
              <w:rPr>
                <w:sz w:val="20"/>
                <w:szCs w:val="20"/>
              </w:rPr>
              <w:t>F</w:t>
            </w:r>
            <w:r w:rsidRPr="00377306" w:rsidR="00C21C11">
              <w:rPr>
                <w:sz w:val="20"/>
                <w:szCs w:val="20"/>
              </w:rPr>
              <w:t xml:space="preserve">PHA: </w:t>
            </w:r>
            <w:r w:rsidR="00FE34B6">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sidR="007A0D81">
              <w:rPr>
                <w:sz w:val="20"/>
                <w:szCs w:val="20"/>
                <w:u w:val="single"/>
              </w:rPr>
              <w:t>(</w:t>
            </w:r>
            <w:r w:rsidR="008C0349">
              <w:rPr>
                <w:sz w:val="20"/>
                <w:szCs w:val="20"/>
                <w:u w:val="single"/>
              </w:rPr>
              <w:tab/>
            </w:r>
            <w:r w:rsidRPr="00377306" w:rsidR="00C21C11">
              <w:rPr>
                <w:sz w:val="20"/>
                <w:szCs w:val="20"/>
                <w:u w:val="single"/>
              </w:rPr>
              <w:tab/>
            </w:r>
            <w:r w:rsidR="005C17EB">
              <w:rPr>
                <w:sz w:val="20"/>
                <w:szCs w:val="20"/>
              </w:rPr>
              <w:t>)</w:t>
            </w:r>
            <w:r w:rsidRPr="005C17EB" w:rsidR="006D7ADE">
              <w:rPr>
                <w:sz w:val="20"/>
                <w:szCs w:val="20"/>
              </w:rPr>
              <w:t xml:space="preserve"> </w:t>
            </w:r>
            <w:r w:rsidRPr="00377306" w:rsidR="00BB0ABB">
              <w:rPr>
                <w:sz w:val="20"/>
                <w:szCs w:val="20"/>
              </w:rPr>
              <w:t xml:space="preserve">   </w:t>
            </w:r>
            <w:r w:rsidRPr="00377306" w:rsidR="00C97810">
              <w:rPr>
                <w:sz w:val="20"/>
                <w:szCs w:val="20"/>
              </w:rPr>
              <w:t>QARS#</w:t>
            </w:r>
            <w:r w:rsidR="0090482D">
              <w:rPr>
                <w:sz w:val="20"/>
                <w:szCs w:val="20"/>
              </w:rPr>
              <w:t>s</w:t>
            </w:r>
            <w:r w:rsidRPr="00377306" w:rsidR="00C97810">
              <w:rPr>
                <w:sz w:val="20"/>
                <w:szCs w:val="20"/>
              </w:rPr>
              <w:t xml:space="preserve">: </w:t>
            </w:r>
            <w:r w:rsidRPr="00377306" w:rsidR="009E069E">
              <w:rPr>
                <w:sz w:val="20"/>
                <w:szCs w:val="20"/>
                <w:u w:val="single"/>
              </w:rPr>
              <w:tab/>
            </w:r>
            <w:r w:rsidR="0090482D">
              <w:rPr>
                <w:sz w:val="20"/>
                <w:szCs w:val="20"/>
                <w:u w:val="single"/>
              </w:rPr>
              <w:tab/>
            </w:r>
            <w:r w:rsidR="0090482D">
              <w:rPr>
                <w:sz w:val="20"/>
                <w:szCs w:val="20"/>
                <w:u w:val="single"/>
              </w:rPr>
              <w:tab/>
            </w:r>
            <w:r w:rsidR="00AA3692">
              <w:rPr>
                <w:sz w:val="20"/>
                <w:szCs w:val="20"/>
              </w:rPr>
              <w:t xml:space="preserve">  </w:t>
            </w:r>
            <w:r w:rsidRPr="00377306" w:rsidR="0088104A">
              <w:rPr>
                <w:sz w:val="20"/>
                <w:szCs w:val="20"/>
              </w:rPr>
              <w:t xml:space="preserve">POE: </w:t>
            </w:r>
            <w:r w:rsidRPr="00377306" w:rsidR="0088104A">
              <w:rPr>
                <w:sz w:val="20"/>
                <w:szCs w:val="20"/>
                <w:u w:val="single"/>
              </w:rPr>
              <w:tab/>
            </w:r>
            <w:r w:rsidRPr="00377306" w:rsidR="0088104A">
              <w:rPr>
                <w:sz w:val="20"/>
                <w:szCs w:val="20"/>
                <w:u w:val="single"/>
              </w:rPr>
              <w:tab/>
            </w:r>
            <w:r w:rsidRPr="00377306" w:rsidR="0088104A">
              <w:rPr>
                <w:sz w:val="20"/>
                <w:szCs w:val="20"/>
                <w:u w:val="single"/>
              </w:rPr>
              <w:tab/>
            </w:r>
            <w:r>
              <w:rPr>
                <w:sz w:val="20"/>
                <w:szCs w:val="20"/>
                <w:u w:val="single"/>
              </w:rPr>
              <w:tab/>
            </w:r>
            <w:r w:rsidRPr="00377306" w:rsidR="0088104A">
              <w:rPr>
                <w:sz w:val="20"/>
                <w:szCs w:val="20"/>
              </w:rPr>
              <w:t xml:space="preserve">  Terminal: </w:t>
            </w:r>
            <w:r w:rsidRPr="00377306" w:rsidR="0088104A">
              <w:rPr>
                <w:sz w:val="20"/>
                <w:szCs w:val="20"/>
                <w:u w:val="single"/>
              </w:rPr>
              <w:tab/>
            </w:r>
            <w:r w:rsidR="00352C6D">
              <w:rPr>
                <w:sz w:val="20"/>
                <w:szCs w:val="20"/>
                <w:u w:val="single"/>
              </w:rPr>
              <w:tab/>
            </w:r>
          </w:p>
        </w:tc>
      </w:tr>
      <w:tr w14:paraId="0C375977" w14:textId="77777777" w:rsidTr="007B2829">
        <w:tblPrEx>
          <w:tblW w:w="10151" w:type="dxa"/>
          <w:jc w:val="center"/>
          <w:tblLook w:val="04A0"/>
        </w:tblPrEx>
        <w:trPr>
          <w:trHeight w:val="20"/>
          <w:jc w:val="center"/>
        </w:trPr>
        <w:tc>
          <w:tcPr>
            <w:tcW w:w="1075" w:type="dxa"/>
            <w:tcMar>
              <w:top w:w="14" w:type="dxa"/>
              <w:left w:w="29" w:type="dxa"/>
              <w:bottom w:w="14" w:type="dxa"/>
              <w:right w:w="29" w:type="dxa"/>
            </w:tcMar>
          </w:tcPr>
          <w:p w:rsidR="007B2829" w:rsidRPr="00B057EB" w:rsidP="00584CB9" w14:paraId="3D39C0D0" w14:textId="20B1F69E">
            <w:pPr>
              <w:tabs>
                <w:tab w:val="left" w:pos="3850"/>
              </w:tabs>
              <w:spacing w:after="0" w:line="264" w:lineRule="auto"/>
              <w:rPr>
                <w:sz w:val="20"/>
                <w:szCs w:val="20"/>
              </w:rPr>
            </w:pPr>
            <w:r w:rsidRPr="00B057EB">
              <w:rPr>
                <w:b/>
                <w:sz w:val="20"/>
                <w:szCs w:val="20"/>
              </w:rPr>
              <w:t>Reason</w:t>
            </w:r>
            <w:r>
              <w:rPr>
                <w:b/>
                <w:sz w:val="20"/>
                <w:szCs w:val="20"/>
              </w:rPr>
              <w:t>(s)</w:t>
            </w:r>
            <w:r w:rsidRPr="00B057EB">
              <w:rPr>
                <w:b/>
                <w:sz w:val="20"/>
                <w:szCs w:val="20"/>
              </w:rPr>
              <w:t xml:space="preserve"> for Referral</w:t>
            </w:r>
          </w:p>
        </w:tc>
        <w:tc>
          <w:tcPr>
            <w:tcW w:w="4538" w:type="dxa"/>
            <w:gridSpan w:val="2"/>
            <w:tcBorders>
              <w:right w:val="single" w:sz="4" w:space="0" w:color="FFFFFF" w:themeColor="background1"/>
            </w:tcBorders>
            <w:tcMar>
              <w:top w:w="14" w:type="dxa"/>
              <w:left w:w="29" w:type="dxa"/>
              <w:bottom w:w="14" w:type="dxa"/>
              <w:right w:w="29" w:type="dxa"/>
            </w:tcMar>
          </w:tcPr>
          <w:p w:rsidR="00B759D6" w:rsidRPr="00B759D6" w:rsidP="00584CB9" w14:paraId="38D4338C" w14:textId="77777777">
            <w:pPr>
              <w:spacing w:after="0" w:line="264" w:lineRule="auto"/>
              <w:rPr>
                <w:sz w:val="20"/>
                <w:szCs w:val="20"/>
              </w:rPr>
            </w:pPr>
            <w:r w:rsidRPr="00B057EB">
              <w:rPr>
                <w:sz w:val="20"/>
                <w:szCs w:val="20"/>
              </w:rPr>
              <w:t xml:space="preserve">☐ </w:t>
            </w:r>
            <w:r w:rsidRPr="00B759D6">
              <w:rPr>
                <w:sz w:val="20"/>
                <w:szCs w:val="20"/>
              </w:rPr>
              <w:t>Febrile/symptomatic</w:t>
            </w:r>
          </w:p>
          <w:p w:rsidR="00B759D6" w:rsidRPr="00B759D6" w:rsidP="00584CB9" w14:paraId="3FCA5CAC" w14:textId="72FADB29">
            <w:pPr>
              <w:spacing w:after="0" w:line="264" w:lineRule="auto"/>
              <w:rPr>
                <w:sz w:val="20"/>
                <w:szCs w:val="20"/>
              </w:rPr>
            </w:pPr>
            <w:r w:rsidRPr="00B057EB">
              <w:rPr>
                <w:sz w:val="20"/>
                <w:szCs w:val="20"/>
              </w:rPr>
              <w:t xml:space="preserve">☐ </w:t>
            </w:r>
            <w:r w:rsidRPr="00B759D6">
              <w:rPr>
                <w:sz w:val="20"/>
                <w:szCs w:val="20"/>
              </w:rPr>
              <w:t>Present in an HCF or health-related setting</w:t>
            </w:r>
          </w:p>
          <w:p w:rsidR="007B2829" w:rsidRPr="00B057EB" w:rsidP="00584CB9" w14:paraId="67144B67" w14:textId="49BB4FEF">
            <w:pPr>
              <w:spacing w:after="0" w:line="264" w:lineRule="auto"/>
              <w:rPr>
                <w:sz w:val="20"/>
                <w:szCs w:val="20"/>
              </w:rPr>
            </w:pPr>
            <w:r w:rsidRPr="00B057EB">
              <w:rPr>
                <w:sz w:val="20"/>
                <w:szCs w:val="20"/>
              </w:rPr>
              <w:t xml:space="preserve">☐ </w:t>
            </w:r>
            <w:r w:rsidRPr="00B759D6">
              <w:rPr>
                <w:sz w:val="20"/>
                <w:szCs w:val="20"/>
              </w:rPr>
              <w:t>Contact/proximity to sick person, blood, body fluids (any setting)</w:t>
            </w:r>
          </w:p>
        </w:tc>
        <w:tc>
          <w:tcPr>
            <w:tcW w:w="4538" w:type="dxa"/>
            <w:gridSpan w:val="3"/>
            <w:tcBorders>
              <w:left w:val="single" w:sz="4" w:space="0" w:color="FFFFFF" w:themeColor="background1"/>
            </w:tcBorders>
          </w:tcPr>
          <w:p w:rsidR="00584CB9" w:rsidRPr="00B759D6" w:rsidP="00584CB9" w14:paraId="546E292D" w14:textId="77777777">
            <w:pPr>
              <w:spacing w:after="0" w:line="264" w:lineRule="auto"/>
              <w:rPr>
                <w:sz w:val="20"/>
                <w:szCs w:val="20"/>
              </w:rPr>
            </w:pPr>
            <w:r w:rsidRPr="00B057EB">
              <w:rPr>
                <w:sz w:val="20"/>
                <w:szCs w:val="20"/>
              </w:rPr>
              <w:t xml:space="preserve">☐ </w:t>
            </w:r>
            <w:r w:rsidRPr="00B759D6">
              <w:rPr>
                <w:sz w:val="20"/>
                <w:szCs w:val="20"/>
              </w:rPr>
              <w:t>Contact with dead body/burial/funeral</w:t>
            </w:r>
          </w:p>
          <w:p w:rsidR="00584CB9" w:rsidRPr="00B759D6" w:rsidP="00584CB9" w14:paraId="212E95D7" w14:textId="77777777">
            <w:pPr>
              <w:spacing w:after="0" w:line="264" w:lineRule="auto"/>
              <w:rPr>
                <w:sz w:val="20"/>
                <w:szCs w:val="20"/>
              </w:rPr>
            </w:pPr>
            <w:r w:rsidRPr="00B057EB">
              <w:rPr>
                <w:sz w:val="20"/>
                <w:szCs w:val="20"/>
              </w:rPr>
              <w:t xml:space="preserve">☐ </w:t>
            </w:r>
            <w:r w:rsidRPr="00B759D6">
              <w:rPr>
                <w:sz w:val="20"/>
                <w:szCs w:val="20"/>
              </w:rPr>
              <w:t>Bat, monkey, ape (or remains) or mine/cave</w:t>
            </w:r>
          </w:p>
          <w:p w:rsidR="007B2829" w:rsidRPr="00B057EB" w:rsidP="00584CB9" w14:paraId="17F0CEB9" w14:textId="42BF9862">
            <w:pPr>
              <w:spacing w:after="0" w:line="264" w:lineRule="auto"/>
              <w:rPr>
                <w:sz w:val="20"/>
                <w:szCs w:val="20"/>
              </w:rPr>
            </w:pPr>
            <w:r w:rsidRPr="00B057EB">
              <w:rPr>
                <w:sz w:val="20"/>
                <w:szCs w:val="20"/>
              </w:rPr>
              <w:t xml:space="preserve">☐ </w:t>
            </w:r>
            <w:r w:rsidRPr="00B759D6">
              <w:rPr>
                <w:sz w:val="20"/>
                <w:szCs w:val="20"/>
              </w:rPr>
              <w:t>Present in or transited through DRC</w:t>
            </w:r>
          </w:p>
        </w:tc>
      </w:tr>
      <w:tr w14:paraId="42D56C30" w14:textId="77777777" w:rsidTr="00B4177A">
        <w:tblPrEx>
          <w:tblW w:w="10151" w:type="dxa"/>
          <w:jc w:val="center"/>
          <w:tblLook w:val="04A0"/>
        </w:tblPrEx>
        <w:trPr>
          <w:trHeight w:val="107"/>
          <w:jc w:val="center"/>
        </w:trPr>
        <w:tc>
          <w:tcPr>
            <w:tcW w:w="9085" w:type="dxa"/>
            <w:gridSpan w:val="4"/>
            <w:shd w:val="clear" w:color="auto" w:fill="548DD4" w:themeFill="text2" w:themeFillTint="99"/>
            <w:tcMar>
              <w:top w:w="14" w:type="dxa"/>
              <w:left w:w="29" w:type="dxa"/>
              <w:bottom w:w="14" w:type="dxa"/>
              <w:right w:w="29" w:type="dxa"/>
            </w:tcMar>
          </w:tcPr>
          <w:p w:rsidR="00637BF7" w:rsidRPr="00B4177A" w:rsidP="00483CFD" w14:paraId="37BE52FF" w14:textId="74D42AC2">
            <w:pPr>
              <w:pStyle w:val="ListParagraph"/>
              <w:numPr>
                <w:ilvl w:val="0"/>
                <w:numId w:val="12"/>
              </w:numPr>
              <w:spacing w:after="0" w:line="264" w:lineRule="auto"/>
              <w:rPr>
                <w:b/>
                <w:bCs/>
                <w:color w:val="FFFFFF" w:themeColor="background1"/>
                <w:sz w:val="20"/>
                <w:szCs w:val="20"/>
              </w:rPr>
            </w:pPr>
            <w:r w:rsidRPr="00B4177A">
              <w:rPr>
                <w:b/>
                <w:bCs/>
                <w:color w:val="FFFFFF" w:themeColor="background1"/>
                <w:sz w:val="20"/>
                <w:szCs w:val="20"/>
              </w:rPr>
              <w:t>Health Assessment</w:t>
            </w:r>
          </w:p>
        </w:tc>
        <w:tc>
          <w:tcPr>
            <w:tcW w:w="540" w:type="dxa"/>
            <w:shd w:val="clear" w:color="auto" w:fill="548DD4" w:themeFill="text2" w:themeFillTint="99"/>
            <w:tcMar>
              <w:top w:w="14" w:type="dxa"/>
              <w:left w:w="29" w:type="dxa"/>
              <w:bottom w:w="14" w:type="dxa"/>
              <w:right w:w="29" w:type="dxa"/>
            </w:tcMar>
          </w:tcPr>
          <w:p w:rsidR="00637BF7" w:rsidRPr="00B4177A" w14:paraId="1B82CFD7" w14:textId="77777777">
            <w:pPr>
              <w:spacing w:after="0" w:line="264" w:lineRule="auto"/>
              <w:jc w:val="center"/>
              <w:rPr>
                <w:b/>
                <w:bCs/>
                <w:color w:val="FFFFFF" w:themeColor="background1"/>
                <w:sz w:val="20"/>
                <w:szCs w:val="20"/>
              </w:rPr>
            </w:pPr>
            <w:r w:rsidRPr="00B4177A">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637BF7" w:rsidRPr="00B4177A" w14:paraId="046C1E5C" w14:textId="77777777">
            <w:pPr>
              <w:spacing w:after="0" w:line="264" w:lineRule="auto"/>
              <w:jc w:val="center"/>
              <w:rPr>
                <w:b/>
                <w:bCs/>
                <w:color w:val="FFFFFF" w:themeColor="background1"/>
                <w:sz w:val="20"/>
                <w:szCs w:val="20"/>
              </w:rPr>
            </w:pPr>
            <w:r w:rsidRPr="00B4177A">
              <w:rPr>
                <w:b/>
                <w:bCs/>
                <w:color w:val="FFFFFF" w:themeColor="background1"/>
                <w:sz w:val="20"/>
                <w:szCs w:val="20"/>
              </w:rPr>
              <w:t>NO</w:t>
            </w:r>
          </w:p>
        </w:tc>
      </w:tr>
      <w:tr w14:paraId="6D4D0249" w14:textId="77777777" w:rsidTr="009E1255">
        <w:tblPrEx>
          <w:tblW w:w="10151" w:type="dxa"/>
          <w:jc w:val="center"/>
          <w:tblLook w:val="04A0"/>
        </w:tblPrEx>
        <w:trPr>
          <w:trHeight w:val="20"/>
          <w:jc w:val="center"/>
        </w:trPr>
        <w:tc>
          <w:tcPr>
            <w:tcW w:w="9085" w:type="dxa"/>
            <w:gridSpan w:val="4"/>
            <w:tcMar>
              <w:top w:w="14" w:type="dxa"/>
              <w:left w:w="29" w:type="dxa"/>
              <w:bottom w:w="14" w:type="dxa"/>
              <w:right w:w="29" w:type="dxa"/>
            </w:tcMar>
          </w:tcPr>
          <w:p w:rsidR="00AE6B99" w:rsidRPr="00122DAF" w:rsidP="00991FA3" w14:paraId="1704034C" w14:textId="79639801">
            <w:pPr>
              <w:tabs>
                <w:tab w:val="right" w:pos="8970"/>
              </w:tabs>
              <w:spacing w:before="60" w:after="60" w:line="264" w:lineRule="auto"/>
              <w:rPr>
                <w:b/>
                <w:bCs/>
                <w:sz w:val="20"/>
                <w:szCs w:val="20"/>
              </w:rPr>
            </w:pPr>
            <w:r w:rsidRPr="00122DAF">
              <w:rPr>
                <w:b/>
                <w:bCs/>
                <w:sz w:val="20"/>
                <w:szCs w:val="20"/>
              </w:rPr>
              <w:t>1.</w:t>
            </w:r>
            <w:r w:rsidRPr="00122DAF">
              <w:rPr>
                <w:sz w:val="20"/>
                <w:szCs w:val="20"/>
              </w:rPr>
              <w:t xml:space="preserve"> </w:t>
            </w:r>
            <w:r w:rsidRPr="00122DAF">
              <w:rPr>
                <w:b/>
                <w:bCs/>
                <w:i/>
                <w:iCs/>
                <w:sz w:val="20"/>
                <w:szCs w:val="20"/>
              </w:rPr>
              <w:t>SCREENER QUESTION</w:t>
            </w:r>
            <w:r w:rsidRPr="00122DAF">
              <w:rPr>
                <w:sz w:val="20"/>
                <w:szCs w:val="20"/>
              </w:rPr>
              <w:t xml:space="preserve"> – </w:t>
            </w:r>
            <w:r w:rsidRPr="00122DAF" w:rsidR="0024635A">
              <w:rPr>
                <w:sz w:val="20"/>
                <w:szCs w:val="20"/>
              </w:rPr>
              <w:t xml:space="preserve">Does the traveler </w:t>
            </w:r>
            <w:r w:rsidRPr="00122DAF" w:rsidR="00347B59">
              <w:rPr>
                <w:sz w:val="20"/>
                <w:szCs w:val="20"/>
              </w:rPr>
              <w:t>have any obvious signs of illness</w:t>
            </w:r>
            <w:r w:rsidRPr="00122DAF" w:rsidR="00282E65">
              <w:rPr>
                <w:sz w:val="20"/>
                <w:szCs w:val="20"/>
              </w:rPr>
              <w:t xml:space="preserve"> (describe below)?</w:t>
            </w:r>
            <w:r w:rsidRPr="00122DAF" w:rsidR="00460B9E">
              <w:rPr>
                <w:sz w:val="20"/>
                <w:szCs w:val="20"/>
              </w:rPr>
              <w:tab/>
            </w:r>
          </w:p>
        </w:tc>
        <w:tc>
          <w:tcPr>
            <w:tcW w:w="540" w:type="dxa"/>
            <w:shd w:val="clear" w:color="auto" w:fill="F2F2F2" w:themeFill="background1" w:themeFillShade="F2"/>
            <w:tcMar>
              <w:top w:w="14" w:type="dxa"/>
              <w:left w:w="29" w:type="dxa"/>
              <w:bottom w:w="14" w:type="dxa"/>
              <w:right w:w="29" w:type="dxa"/>
            </w:tcMar>
          </w:tcPr>
          <w:p w:rsidR="00AE6B99" w:rsidRPr="00122DAF" w:rsidP="00991FA3" w14:paraId="0FFF2F5D" w14:textId="4FBDAF16">
            <w:pPr>
              <w:spacing w:before="60" w:after="60" w:line="264" w:lineRule="auto"/>
              <w:jc w:val="center"/>
              <w:rPr>
                <w:b/>
                <w:bCs/>
                <w:sz w:val="20"/>
                <w:szCs w:val="20"/>
              </w:rPr>
            </w:pPr>
            <w:r w:rsidRPr="00122DAF">
              <w:rPr>
                <w:sz w:val="20"/>
                <w:szCs w:val="20"/>
              </w:rPr>
              <w:t>☐</w:t>
            </w:r>
          </w:p>
        </w:tc>
        <w:tc>
          <w:tcPr>
            <w:tcW w:w="526" w:type="dxa"/>
            <w:shd w:val="clear" w:color="auto" w:fill="F2F2F2" w:themeFill="background1" w:themeFillShade="F2"/>
            <w:tcMar>
              <w:top w:w="14" w:type="dxa"/>
              <w:left w:w="29" w:type="dxa"/>
              <w:bottom w:w="14" w:type="dxa"/>
              <w:right w:w="29" w:type="dxa"/>
            </w:tcMar>
          </w:tcPr>
          <w:p w:rsidR="00AE6B99" w:rsidRPr="00122DAF" w:rsidP="00991FA3" w14:paraId="4BC8B177" w14:textId="0B2E2620">
            <w:pPr>
              <w:spacing w:before="60" w:after="60" w:line="264" w:lineRule="auto"/>
              <w:jc w:val="center"/>
              <w:rPr>
                <w:b/>
                <w:bCs/>
                <w:sz w:val="20"/>
                <w:szCs w:val="20"/>
              </w:rPr>
            </w:pPr>
            <w:r w:rsidRPr="00122DAF">
              <w:rPr>
                <w:sz w:val="20"/>
                <w:szCs w:val="20"/>
              </w:rPr>
              <w:t>☐</w:t>
            </w:r>
          </w:p>
        </w:tc>
      </w:tr>
      <w:tr w14:paraId="56E2C203" w14:textId="77777777" w:rsidTr="000C2B48">
        <w:tblPrEx>
          <w:tblW w:w="10151" w:type="dxa"/>
          <w:jc w:val="center"/>
          <w:tblLook w:val="04A0"/>
        </w:tblPrEx>
        <w:trPr>
          <w:trHeight w:val="20"/>
          <w:jc w:val="center"/>
        </w:trPr>
        <w:tc>
          <w:tcPr>
            <w:tcW w:w="9085" w:type="dxa"/>
            <w:gridSpan w:val="4"/>
            <w:shd w:val="clear" w:color="auto" w:fill="F2DBDB" w:themeFill="accent2" w:themeFillTint="33"/>
            <w:tcMar>
              <w:top w:w="14" w:type="dxa"/>
              <w:left w:w="29" w:type="dxa"/>
              <w:bottom w:w="14" w:type="dxa"/>
              <w:right w:w="29" w:type="dxa"/>
            </w:tcMar>
          </w:tcPr>
          <w:p w:rsidR="00F6340F" w:rsidRPr="00B057EB" w:rsidP="00F079D9" w14:paraId="286FF854" w14:textId="6BF3A17D">
            <w:pPr>
              <w:tabs>
                <w:tab w:val="right" w:pos="9026"/>
              </w:tabs>
              <w:spacing w:before="60" w:after="60" w:line="264" w:lineRule="auto"/>
              <w:rPr>
                <w:sz w:val="20"/>
                <w:szCs w:val="20"/>
              </w:rPr>
            </w:pPr>
            <w:r w:rsidRPr="763E451D">
              <w:rPr>
                <w:b/>
                <w:bCs/>
                <w:sz w:val="20"/>
                <w:szCs w:val="20"/>
              </w:rPr>
              <w:t>2</w:t>
            </w:r>
            <w:r w:rsidRPr="763E451D">
              <w:rPr>
                <w:sz w:val="20"/>
                <w:szCs w:val="20"/>
              </w:rPr>
              <w:t xml:space="preserve">. </w:t>
            </w:r>
            <w:r w:rsidR="00577FC9">
              <w:rPr>
                <w:sz w:val="20"/>
                <w:szCs w:val="20"/>
              </w:rPr>
              <w:t>In</w:t>
            </w:r>
            <w:r w:rsidRPr="763E451D" w:rsidR="09394855">
              <w:rPr>
                <w:sz w:val="20"/>
                <w:szCs w:val="20"/>
              </w:rPr>
              <w:t xml:space="preserve"> the </w:t>
            </w:r>
            <w:r w:rsidRPr="008346F7" w:rsidR="09394855">
              <w:rPr>
                <w:b/>
                <w:bCs/>
                <w:sz w:val="20"/>
                <w:szCs w:val="20"/>
              </w:rPr>
              <w:t>past 2 days</w:t>
            </w:r>
            <w:r w:rsidRPr="00F85905" w:rsidR="00D379E2">
              <w:rPr>
                <w:sz w:val="20"/>
                <w:szCs w:val="20"/>
              </w:rPr>
              <w:t>,</w:t>
            </w:r>
            <w:r w:rsidR="00D379E2">
              <w:rPr>
                <w:b/>
                <w:bCs/>
                <w:sz w:val="20"/>
                <w:szCs w:val="20"/>
              </w:rPr>
              <w:t xml:space="preserve"> </w:t>
            </w:r>
            <w:r w:rsidRPr="00F85905" w:rsidR="00D379E2">
              <w:rPr>
                <w:sz w:val="20"/>
                <w:szCs w:val="20"/>
              </w:rPr>
              <w:t>have you had any of the following symptom</w:t>
            </w:r>
            <w:r w:rsidRPr="00F85905" w:rsidR="00997635">
              <w:rPr>
                <w:sz w:val="20"/>
                <w:szCs w:val="20"/>
              </w:rPr>
              <w:t>s?</w:t>
            </w:r>
          </w:p>
        </w:tc>
        <w:tc>
          <w:tcPr>
            <w:tcW w:w="540" w:type="dxa"/>
            <w:shd w:val="clear" w:color="auto" w:fill="F2DBDB" w:themeFill="accent2" w:themeFillTint="33"/>
            <w:tcMar>
              <w:top w:w="14" w:type="dxa"/>
              <w:left w:w="29" w:type="dxa"/>
              <w:bottom w:w="14" w:type="dxa"/>
              <w:right w:w="29" w:type="dxa"/>
            </w:tcMar>
            <w:vAlign w:val="center"/>
          </w:tcPr>
          <w:p w:rsidR="00F6340F" w:rsidRPr="00B057EB" w:rsidP="000C2B48" w14:paraId="6A968940" w14:textId="79278BE3">
            <w:pPr>
              <w:spacing w:before="60" w:after="60" w:line="264" w:lineRule="auto"/>
              <w:jc w:val="center"/>
              <w:rPr>
                <w:sz w:val="20"/>
                <w:szCs w:val="20"/>
              </w:rPr>
            </w:pPr>
            <w:r w:rsidRPr="00B057EB">
              <w:rPr>
                <w:sz w:val="20"/>
                <w:szCs w:val="20"/>
              </w:rPr>
              <w:t>☐</w:t>
            </w:r>
          </w:p>
        </w:tc>
        <w:tc>
          <w:tcPr>
            <w:tcW w:w="526" w:type="dxa"/>
            <w:shd w:val="clear" w:color="auto" w:fill="F2DBDB" w:themeFill="accent2" w:themeFillTint="33"/>
            <w:tcMar>
              <w:top w:w="14" w:type="dxa"/>
              <w:left w:w="29" w:type="dxa"/>
              <w:bottom w:w="14" w:type="dxa"/>
              <w:right w:w="29" w:type="dxa"/>
            </w:tcMar>
            <w:vAlign w:val="center"/>
          </w:tcPr>
          <w:p w:rsidR="00F6340F" w:rsidRPr="00B057EB" w:rsidP="000C2B48" w14:paraId="2C1C5B2E" w14:textId="7D2E7859">
            <w:pPr>
              <w:spacing w:before="60" w:after="60" w:line="264" w:lineRule="auto"/>
              <w:jc w:val="center"/>
              <w:rPr>
                <w:sz w:val="20"/>
                <w:szCs w:val="20"/>
              </w:rPr>
            </w:pPr>
            <w:r w:rsidRPr="00B057EB">
              <w:rPr>
                <w:sz w:val="20"/>
                <w:szCs w:val="20"/>
              </w:rPr>
              <w:t>☐</w:t>
            </w:r>
          </w:p>
        </w:tc>
      </w:tr>
      <w:tr w14:paraId="696079D3" w14:textId="77777777" w:rsidTr="00BE2A84">
        <w:tblPrEx>
          <w:tblW w:w="10151" w:type="dxa"/>
          <w:jc w:val="center"/>
          <w:tblLook w:val="04A0"/>
        </w:tblPrEx>
        <w:trPr>
          <w:trHeight w:val="20"/>
          <w:jc w:val="center"/>
        </w:trPr>
        <w:tc>
          <w:tcPr>
            <w:tcW w:w="10151" w:type="dxa"/>
            <w:gridSpan w:val="6"/>
            <w:shd w:val="clear" w:color="auto" w:fill="F2DBDB" w:themeFill="accent2" w:themeFillTint="33"/>
            <w:tcMar>
              <w:top w:w="14" w:type="dxa"/>
              <w:left w:w="29" w:type="dxa"/>
              <w:bottom w:w="14" w:type="dxa"/>
              <w:right w:w="29" w:type="dxa"/>
            </w:tcMar>
          </w:tcPr>
          <w:p w:rsidR="00F6340F" w:rsidRPr="006E7841" w:rsidP="00991FA3" w14:paraId="3857FF90" w14:textId="39CE37A2">
            <w:pPr>
              <w:tabs>
                <w:tab w:val="left" w:pos="234"/>
                <w:tab w:val="left" w:pos="2034"/>
                <w:tab w:val="left" w:pos="2934"/>
                <w:tab w:val="left" w:pos="4014"/>
                <w:tab w:val="left" w:pos="5274"/>
              </w:tabs>
              <w:spacing w:before="60" w:after="60" w:line="264" w:lineRule="auto"/>
              <w:rPr>
                <w:b/>
                <w:bCs/>
                <w:sz w:val="20"/>
                <w:szCs w:val="20"/>
              </w:rPr>
            </w:pPr>
            <w:r>
              <w:rPr>
                <w:b/>
                <w:bCs/>
                <w:sz w:val="20"/>
                <w:szCs w:val="20"/>
              </w:rPr>
              <w:tab/>
            </w:r>
            <w:r w:rsidRPr="006E7841" w:rsidR="005A3254">
              <w:rPr>
                <w:b/>
                <w:bCs/>
                <w:sz w:val="20"/>
                <w:szCs w:val="20"/>
              </w:rPr>
              <w:t xml:space="preserve">RECHECK T-max: ______°F   Method: __________  Date: _______  Time: ____ </w:t>
            </w:r>
            <w:r w:rsidR="000863D9">
              <w:rPr>
                <w:b/>
                <w:bCs/>
                <w:sz w:val="20"/>
                <w:szCs w:val="20"/>
              </w:rPr>
              <w:tab/>
            </w:r>
            <w:r w:rsidR="000863D9">
              <w:rPr>
                <w:b/>
                <w:bCs/>
                <w:sz w:val="20"/>
                <w:szCs w:val="20"/>
              </w:rPr>
              <w:tab/>
            </w:r>
            <w:r w:rsidR="000863D9">
              <w:rPr>
                <w:b/>
                <w:bCs/>
                <w:sz w:val="20"/>
                <w:szCs w:val="20"/>
              </w:rPr>
              <w:tab/>
            </w:r>
            <w:r w:rsidRPr="006E7841">
              <w:rPr>
                <w:b/>
                <w:bCs/>
                <w:sz w:val="20"/>
                <w:szCs w:val="20"/>
              </w:rPr>
              <w:t>☐ Fever (</w:t>
            </w:r>
            <w:r w:rsidRPr="006E7841" w:rsidR="00627EE0">
              <w:rPr>
                <w:b/>
                <w:bCs/>
                <w:sz w:val="20"/>
                <w:szCs w:val="20"/>
              </w:rPr>
              <w:t>≥</w:t>
            </w:r>
            <w:r w:rsidRPr="006E7841">
              <w:rPr>
                <w:b/>
                <w:bCs/>
                <w:sz w:val="20"/>
                <w:szCs w:val="20"/>
              </w:rPr>
              <w:t xml:space="preserve">100.4°F/38.0°C) </w:t>
            </w:r>
          </w:p>
          <w:p w:rsidR="00F6340F" w:rsidRPr="003C5E63" w:rsidP="00991FA3" w14:paraId="223866E2" w14:textId="3F5C1046">
            <w:pPr>
              <w:tabs>
                <w:tab w:val="left" w:pos="234"/>
                <w:tab w:val="left" w:pos="2034"/>
                <w:tab w:val="left" w:pos="2934"/>
                <w:tab w:val="left" w:pos="4014"/>
                <w:tab w:val="left" w:pos="4374"/>
                <w:tab w:val="left" w:pos="5274"/>
                <w:tab w:val="left" w:pos="6444"/>
                <w:tab w:val="left" w:pos="6894"/>
                <w:tab w:val="left" w:pos="8244"/>
              </w:tabs>
              <w:spacing w:before="60" w:after="60" w:line="264" w:lineRule="auto"/>
              <w:rPr>
                <w:sz w:val="20"/>
                <w:szCs w:val="20"/>
              </w:rPr>
            </w:pPr>
            <w:r w:rsidRPr="003C5E63">
              <w:rPr>
                <w:sz w:val="20"/>
                <w:szCs w:val="20"/>
              </w:rPr>
              <w:tab/>
            </w:r>
            <w:r w:rsidRPr="003C5E63">
              <w:rPr>
                <w:sz w:val="20"/>
                <w:szCs w:val="20"/>
              </w:rPr>
              <w:t>☐ Subjective fever</w:t>
            </w:r>
            <w:r w:rsidRPr="003C5E63">
              <w:rPr>
                <w:sz w:val="20"/>
                <w:szCs w:val="20"/>
              </w:rPr>
              <w:tab/>
            </w:r>
            <w:r w:rsidRPr="003C5E63">
              <w:rPr>
                <w:sz w:val="20"/>
                <w:szCs w:val="20"/>
              </w:rPr>
              <w:t>☐ Chills</w:t>
            </w:r>
            <w:r w:rsidR="00F652BD">
              <w:rPr>
                <w:sz w:val="20"/>
                <w:szCs w:val="20"/>
              </w:rPr>
              <w:tab/>
            </w:r>
            <w:r w:rsidRPr="003C5E63">
              <w:rPr>
                <w:sz w:val="20"/>
                <w:szCs w:val="20"/>
              </w:rPr>
              <w:t xml:space="preserve">☐ Nausea </w:t>
            </w:r>
            <w:r w:rsidRPr="003C5E63">
              <w:rPr>
                <w:sz w:val="20"/>
                <w:szCs w:val="20"/>
              </w:rPr>
              <w:tab/>
            </w:r>
            <w:r w:rsidRPr="003C5E63">
              <w:rPr>
                <w:sz w:val="20"/>
                <w:szCs w:val="20"/>
              </w:rPr>
              <w:t>☐ Vomiting      ☐ Diarrhea</w:t>
            </w:r>
            <w:r w:rsidR="005F1356">
              <w:rPr>
                <w:sz w:val="20"/>
                <w:szCs w:val="20"/>
              </w:rPr>
              <w:tab/>
            </w:r>
            <w:r w:rsidRPr="003C5E63" w:rsidR="005F1356">
              <w:rPr>
                <w:sz w:val="20"/>
                <w:szCs w:val="20"/>
              </w:rPr>
              <w:t>☐ Abdominal pain</w:t>
            </w:r>
            <w:r w:rsidR="004467AA">
              <w:rPr>
                <w:sz w:val="20"/>
                <w:szCs w:val="20"/>
              </w:rPr>
              <w:tab/>
            </w:r>
            <w:r w:rsidRPr="003C5E63" w:rsidR="005F1356">
              <w:rPr>
                <w:sz w:val="20"/>
                <w:szCs w:val="20"/>
              </w:rPr>
              <w:t>☐ Loss of appetite</w:t>
            </w:r>
          </w:p>
          <w:p w:rsidR="00F6340F" w:rsidRPr="004467AA" w:rsidP="00991FA3" w14:paraId="6D3A1C66" w14:textId="13094AA1">
            <w:pPr>
              <w:tabs>
                <w:tab w:val="left" w:pos="234"/>
                <w:tab w:val="left" w:pos="2034"/>
                <w:tab w:val="left" w:pos="2934"/>
                <w:tab w:val="left" w:pos="4014"/>
                <w:tab w:val="left" w:pos="4374"/>
                <w:tab w:val="left" w:pos="5274"/>
                <w:tab w:val="left" w:pos="6444"/>
                <w:tab w:val="left" w:pos="6894"/>
                <w:tab w:val="left" w:pos="8244"/>
              </w:tabs>
              <w:spacing w:before="60" w:after="60" w:line="264" w:lineRule="auto"/>
              <w:rPr>
                <w:sz w:val="20"/>
                <w:szCs w:val="20"/>
              </w:rPr>
            </w:pPr>
            <w:r w:rsidRPr="003C5E63">
              <w:rPr>
                <w:sz w:val="20"/>
                <w:szCs w:val="20"/>
              </w:rPr>
              <w:tab/>
            </w:r>
            <w:r w:rsidRPr="003C5E63">
              <w:rPr>
                <w:sz w:val="20"/>
                <w:szCs w:val="20"/>
              </w:rPr>
              <w:t>☐ New/unusual fatigue</w:t>
            </w:r>
            <w:r w:rsidR="004467AA">
              <w:rPr>
                <w:sz w:val="20"/>
                <w:szCs w:val="20"/>
              </w:rPr>
              <w:t xml:space="preserve">   </w:t>
            </w:r>
            <w:r w:rsidRPr="003C5E63">
              <w:rPr>
                <w:sz w:val="20"/>
                <w:szCs w:val="20"/>
              </w:rPr>
              <w:t>☐ New/unusual weakness   ☐ New/unusual headache</w:t>
            </w:r>
            <w:r w:rsidR="004467AA">
              <w:rPr>
                <w:sz w:val="20"/>
                <w:szCs w:val="20"/>
              </w:rPr>
              <w:t xml:space="preserve">   </w:t>
            </w:r>
            <w:r w:rsidRPr="003C5E63" w:rsidR="007D198D">
              <w:rPr>
                <w:sz w:val="20"/>
                <w:szCs w:val="20"/>
              </w:rPr>
              <w:t>☐ Unexplained bruising/bleeding</w:t>
            </w:r>
          </w:p>
        </w:tc>
      </w:tr>
      <w:tr w14:paraId="77CF7E5C" w14:textId="77777777">
        <w:tblPrEx>
          <w:tblW w:w="10151" w:type="dxa"/>
          <w:jc w:val="center"/>
          <w:tblLook w:val="04A0"/>
        </w:tblPrEx>
        <w:trPr>
          <w:trHeight w:val="20"/>
          <w:jc w:val="center"/>
        </w:trPr>
        <w:tc>
          <w:tcPr>
            <w:tcW w:w="10151" w:type="dxa"/>
            <w:gridSpan w:val="6"/>
            <w:tcMar>
              <w:top w:w="14" w:type="dxa"/>
              <w:left w:w="29" w:type="dxa"/>
              <w:bottom w:w="14" w:type="dxa"/>
              <w:right w:w="29" w:type="dxa"/>
            </w:tcMar>
          </w:tcPr>
          <w:p w:rsidR="00373BAA" w:rsidP="007904B9" w14:paraId="0BDCC3C8" w14:textId="22CB40F2">
            <w:pPr>
              <w:tabs>
                <w:tab w:val="left" w:pos="234"/>
                <w:tab w:val="left" w:pos="1895"/>
                <w:tab w:val="left" w:pos="2850"/>
                <w:tab w:val="left" w:pos="4140"/>
                <w:tab w:val="left" w:pos="5045"/>
                <w:tab w:val="left" w:pos="6330"/>
              </w:tabs>
              <w:spacing w:before="60" w:after="60" w:line="264" w:lineRule="auto"/>
              <w:rPr>
                <w:sz w:val="20"/>
                <w:szCs w:val="20"/>
              </w:rPr>
            </w:pPr>
            <w:r>
              <w:rPr>
                <w:sz w:val="20"/>
                <w:szCs w:val="20"/>
              </w:rPr>
              <w:tab/>
            </w:r>
            <w:r w:rsidRPr="00B057EB">
              <w:rPr>
                <w:sz w:val="20"/>
                <w:szCs w:val="20"/>
              </w:rPr>
              <w:t>☐ New/unusual muscle pains</w:t>
            </w:r>
            <w:r w:rsidR="00A35188">
              <w:rPr>
                <w:sz w:val="20"/>
                <w:szCs w:val="20"/>
              </w:rPr>
              <w:t xml:space="preserve">   </w:t>
            </w:r>
            <w:r w:rsidRPr="00B057EB">
              <w:rPr>
                <w:sz w:val="20"/>
                <w:szCs w:val="20"/>
              </w:rPr>
              <w:t>☐ Cough/difficulty breathing/sore throat/other respiratory symptoms</w:t>
            </w:r>
          </w:p>
          <w:p w:rsidR="00373BAA" w:rsidRPr="00B057EB" w:rsidP="007904B9" w14:paraId="21ACA8AB" w14:textId="659B28CA">
            <w:pPr>
              <w:tabs>
                <w:tab w:val="left" w:pos="234"/>
              </w:tabs>
              <w:spacing w:before="60" w:after="60" w:line="264" w:lineRule="auto"/>
              <w:rPr>
                <w:sz w:val="20"/>
                <w:szCs w:val="20"/>
              </w:rPr>
            </w:pPr>
            <w:r>
              <w:rPr>
                <w:sz w:val="20"/>
                <w:szCs w:val="20"/>
              </w:rPr>
              <w:tab/>
            </w:r>
            <w:r w:rsidRPr="00B057EB">
              <w:rPr>
                <w:sz w:val="20"/>
                <w:szCs w:val="20"/>
              </w:rPr>
              <w:t>☐ Chest pai</w:t>
            </w:r>
            <w:r>
              <w:rPr>
                <w:sz w:val="20"/>
                <w:szCs w:val="20"/>
              </w:rPr>
              <w:t>n</w:t>
            </w:r>
            <w:r>
              <w:rPr>
                <w:sz w:val="20"/>
                <w:szCs w:val="20"/>
              </w:rPr>
              <w:tab/>
            </w:r>
            <w:r w:rsidRPr="00B057EB">
              <w:rPr>
                <w:sz w:val="20"/>
                <w:szCs w:val="20"/>
              </w:rPr>
              <w:t xml:space="preserve">☐ </w:t>
            </w:r>
            <w:r>
              <w:rPr>
                <w:sz w:val="20"/>
                <w:szCs w:val="20"/>
              </w:rPr>
              <w:t>R</w:t>
            </w:r>
            <w:r w:rsidRPr="00B057EB">
              <w:rPr>
                <w:sz w:val="20"/>
                <w:szCs w:val="20"/>
              </w:rPr>
              <w:t>ash</w:t>
            </w:r>
            <w:r>
              <w:rPr>
                <w:sz w:val="20"/>
                <w:szCs w:val="20"/>
              </w:rPr>
              <w:tab/>
            </w:r>
            <w:r w:rsidRPr="00B057EB">
              <w:rPr>
                <w:sz w:val="20"/>
                <w:szCs w:val="20"/>
              </w:rPr>
              <w:t>☐</w:t>
            </w:r>
            <w:r>
              <w:rPr>
                <w:sz w:val="20"/>
                <w:szCs w:val="20"/>
              </w:rPr>
              <w:t xml:space="preserve"> Other:</w:t>
            </w:r>
          </w:p>
        </w:tc>
      </w:tr>
      <w:tr w14:paraId="2CBFE51D" w14:textId="77777777" w:rsidTr="00A866B0">
        <w:tblPrEx>
          <w:tblW w:w="10151" w:type="dxa"/>
          <w:jc w:val="center"/>
          <w:tblLook w:val="04A0"/>
        </w:tblPrEx>
        <w:trPr>
          <w:trHeight w:val="20"/>
          <w:jc w:val="center"/>
        </w:trPr>
        <w:tc>
          <w:tcPr>
            <w:tcW w:w="1795" w:type="dxa"/>
            <w:gridSpan w:val="2"/>
            <w:tcMar>
              <w:top w:w="14" w:type="dxa"/>
              <w:left w:w="29" w:type="dxa"/>
              <w:bottom w:w="14" w:type="dxa"/>
              <w:right w:w="29" w:type="dxa"/>
            </w:tcMar>
          </w:tcPr>
          <w:p w:rsidR="00F6340F" w:rsidRPr="00184CC2" w:rsidP="008A191B" w14:paraId="47403242" w14:textId="02239797">
            <w:pPr>
              <w:spacing w:after="0" w:line="264" w:lineRule="auto"/>
              <w:rPr>
                <w:b/>
                <w:bCs/>
                <w:i/>
                <w:iCs/>
                <w:sz w:val="20"/>
                <w:szCs w:val="20"/>
              </w:rPr>
            </w:pPr>
            <w:r w:rsidRPr="00184CC2">
              <w:rPr>
                <w:b/>
                <w:bCs/>
                <w:i/>
                <w:iCs/>
                <w:sz w:val="20"/>
                <w:szCs w:val="20"/>
              </w:rPr>
              <w:t xml:space="preserve">Date of </w:t>
            </w:r>
            <w:r w:rsidRPr="00184CC2" w:rsidR="007C0DFB">
              <w:rPr>
                <w:b/>
                <w:bCs/>
                <w:i/>
                <w:iCs/>
                <w:sz w:val="20"/>
                <w:szCs w:val="20"/>
              </w:rPr>
              <w:t>s</w:t>
            </w:r>
            <w:r w:rsidRPr="00184CC2">
              <w:rPr>
                <w:b/>
                <w:bCs/>
                <w:i/>
                <w:iCs/>
                <w:sz w:val="20"/>
                <w:szCs w:val="20"/>
              </w:rPr>
              <w:t>ymptom onset:</w:t>
            </w:r>
          </w:p>
        </w:tc>
        <w:tc>
          <w:tcPr>
            <w:tcW w:w="8356" w:type="dxa"/>
            <w:gridSpan w:val="4"/>
            <w:tcMar>
              <w:top w:w="14" w:type="dxa"/>
              <w:left w:w="29" w:type="dxa"/>
              <w:bottom w:w="14" w:type="dxa"/>
              <w:right w:w="29" w:type="dxa"/>
            </w:tcMar>
          </w:tcPr>
          <w:p w:rsidR="00F6340F" w:rsidRPr="00184CC2" w:rsidP="008A191B" w14:paraId="2A5B6679" w14:textId="4BAFF844">
            <w:pPr>
              <w:spacing w:after="0" w:line="264" w:lineRule="auto"/>
              <w:rPr>
                <w:b/>
                <w:bCs/>
                <w:i/>
                <w:iCs/>
                <w:sz w:val="20"/>
                <w:szCs w:val="20"/>
              </w:rPr>
            </w:pPr>
            <w:r w:rsidRPr="00184CC2">
              <w:rPr>
                <w:b/>
                <w:bCs/>
                <w:i/>
                <w:iCs/>
                <w:sz w:val="20"/>
                <w:szCs w:val="20"/>
              </w:rPr>
              <w:t>Describe all</w:t>
            </w:r>
            <w:r w:rsidRPr="00184CC2">
              <w:rPr>
                <w:b/>
                <w:bCs/>
                <w:i/>
                <w:iCs/>
                <w:sz w:val="20"/>
                <w:szCs w:val="20"/>
              </w:rPr>
              <w:t xml:space="preserve"> signs or symptoms </w:t>
            </w:r>
            <w:r w:rsidRPr="00184CC2" w:rsidR="00F14B1E">
              <w:rPr>
                <w:b/>
                <w:bCs/>
                <w:i/>
                <w:iCs/>
                <w:sz w:val="20"/>
                <w:szCs w:val="20"/>
              </w:rPr>
              <w:t>(</w:t>
            </w:r>
            <w:r w:rsidRPr="00184CC2" w:rsidR="00935494">
              <w:rPr>
                <w:b/>
                <w:bCs/>
                <w:i/>
                <w:iCs/>
                <w:sz w:val="20"/>
                <w:szCs w:val="20"/>
              </w:rPr>
              <w:t>visual inspection</w:t>
            </w:r>
            <w:r w:rsidRPr="00184CC2" w:rsidR="004D4DBF">
              <w:rPr>
                <w:b/>
                <w:bCs/>
                <w:i/>
                <w:iCs/>
                <w:sz w:val="20"/>
                <w:szCs w:val="20"/>
              </w:rPr>
              <w:t>,</w:t>
            </w:r>
            <w:r w:rsidRPr="00184CC2" w:rsidR="007C0DFB">
              <w:rPr>
                <w:b/>
                <w:bCs/>
                <w:i/>
                <w:iCs/>
                <w:sz w:val="20"/>
                <w:szCs w:val="20"/>
              </w:rPr>
              <w:t xml:space="preserve"> </w:t>
            </w:r>
            <w:r w:rsidRPr="00184CC2" w:rsidR="00807C29">
              <w:rPr>
                <w:b/>
                <w:bCs/>
                <w:i/>
                <w:iCs/>
                <w:sz w:val="20"/>
                <w:szCs w:val="20"/>
              </w:rPr>
              <w:t xml:space="preserve">rash, </w:t>
            </w:r>
            <w:r w:rsidRPr="00184CC2">
              <w:rPr>
                <w:b/>
                <w:bCs/>
                <w:i/>
                <w:iCs/>
                <w:sz w:val="20"/>
                <w:szCs w:val="20"/>
              </w:rPr>
              <w:t xml:space="preserve">location of pain, bleeding, etc.): </w:t>
            </w:r>
          </w:p>
          <w:p w:rsidR="007C0DFB" w:rsidRPr="00184CC2" w:rsidP="008A191B" w14:paraId="16AA3DF8" w14:textId="77777777">
            <w:pPr>
              <w:spacing w:after="0" w:line="264" w:lineRule="auto"/>
              <w:rPr>
                <w:b/>
                <w:bCs/>
                <w:i/>
                <w:iCs/>
                <w:sz w:val="20"/>
                <w:szCs w:val="20"/>
              </w:rPr>
            </w:pPr>
          </w:p>
          <w:p w:rsidR="00796BDE" w:rsidRPr="00184CC2" w:rsidP="008A191B" w14:paraId="76FEEC65" w14:textId="7A43AF0C">
            <w:pPr>
              <w:spacing w:after="0" w:line="264" w:lineRule="auto"/>
              <w:rPr>
                <w:b/>
                <w:bCs/>
                <w:i/>
                <w:iCs/>
                <w:sz w:val="20"/>
                <w:szCs w:val="20"/>
              </w:rPr>
            </w:pPr>
          </w:p>
        </w:tc>
      </w:tr>
      <w:tr w14:paraId="47342292" w14:textId="77777777" w:rsidTr="00A866B0">
        <w:tblPrEx>
          <w:tblW w:w="10151" w:type="dxa"/>
          <w:jc w:val="center"/>
          <w:tblLook w:val="04A0"/>
        </w:tblPrEx>
        <w:trPr>
          <w:trHeight w:val="20"/>
          <w:jc w:val="center"/>
        </w:trPr>
        <w:tc>
          <w:tcPr>
            <w:tcW w:w="9085" w:type="dxa"/>
            <w:gridSpan w:val="4"/>
            <w:tcMar>
              <w:top w:w="14" w:type="dxa"/>
              <w:left w:w="29" w:type="dxa"/>
              <w:bottom w:w="14" w:type="dxa"/>
              <w:right w:w="29" w:type="dxa"/>
            </w:tcMar>
          </w:tcPr>
          <w:p w:rsidR="00807C29" w:rsidRPr="00B057EB" w:rsidP="00D55A00" w14:paraId="2AE91FEE" w14:textId="13DA6241">
            <w:pPr>
              <w:tabs>
                <w:tab w:val="right" w:pos="8970"/>
              </w:tabs>
              <w:spacing w:after="0" w:line="264" w:lineRule="auto"/>
              <w:rPr>
                <w:sz w:val="20"/>
                <w:szCs w:val="20"/>
              </w:rPr>
            </w:pPr>
            <w:r>
              <w:rPr>
                <w:b/>
                <w:bCs/>
                <w:sz w:val="20"/>
                <w:szCs w:val="20"/>
              </w:rPr>
              <w:t>3</w:t>
            </w:r>
            <w:r w:rsidR="00064AFC">
              <w:rPr>
                <w:sz w:val="20"/>
                <w:szCs w:val="20"/>
              </w:rPr>
              <w:t xml:space="preserve">. </w:t>
            </w:r>
            <w:r w:rsidR="008A7FFD">
              <w:rPr>
                <w:sz w:val="20"/>
                <w:szCs w:val="20"/>
              </w:rPr>
              <w:t>Have you used</w:t>
            </w:r>
            <w:r w:rsidRPr="00B057EB">
              <w:rPr>
                <w:sz w:val="20"/>
                <w:szCs w:val="20"/>
              </w:rPr>
              <w:t xml:space="preserve"> fever-reducing medication</w:t>
            </w:r>
            <w:r w:rsidR="00BE754F">
              <w:rPr>
                <w:sz w:val="20"/>
                <w:szCs w:val="20"/>
              </w:rPr>
              <w:t xml:space="preserve">, </w:t>
            </w:r>
            <w:r w:rsidR="007F1B90">
              <w:rPr>
                <w:sz w:val="20"/>
                <w:szCs w:val="20"/>
              </w:rPr>
              <w:t xml:space="preserve">such as </w:t>
            </w:r>
            <w:r w:rsidRPr="00B057EB">
              <w:rPr>
                <w:sz w:val="20"/>
                <w:szCs w:val="20"/>
              </w:rPr>
              <w:t>acetaminophen/paracetamol, aspirin, ibuprofen, steroids such as prednisone, cold remedies</w:t>
            </w:r>
            <w:r w:rsidR="00BE754F">
              <w:rPr>
                <w:sz w:val="20"/>
                <w:szCs w:val="20"/>
              </w:rPr>
              <w:t xml:space="preserve">, </w:t>
            </w:r>
            <w:r w:rsidRPr="008A7FFD">
              <w:rPr>
                <w:b/>
                <w:bCs/>
                <w:sz w:val="20"/>
                <w:szCs w:val="20"/>
              </w:rPr>
              <w:t xml:space="preserve">in </w:t>
            </w:r>
            <w:r w:rsidRPr="008A7FFD" w:rsidR="007E2E4A">
              <w:rPr>
                <w:b/>
                <w:bCs/>
                <w:sz w:val="20"/>
                <w:szCs w:val="20"/>
              </w:rPr>
              <w:t xml:space="preserve">the </w:t>
            </w:r>
            <w:r w:rsidRPr="008A7FFD">
              <w:rPr>
                <w:b/>
                <w:bCs/>
                <w:sz w:val="20"/>
                <w:szCs w:val="20"/>
              </w:rPr>
              <w:t>past 2 days</w:t>
            </w:r>
            <w:r>
              <w:rPr>
                <w:sz w:val="20"/>
                <w:szCs w:val="20"/>
              </w:rPr>
              <w:t>?</w:t>
            </w:r>
            <w:r w:rsidR="00D42BFC">
              <w:rPr>
                <w:sz w:val="20"/>
                <w:szCs w:val="20"/>
              </w:rPr>
              <w:tab/>
            </w:r>
            <w:r w:rsidRPr="00391B7F">
              <w:rPr>
                <w:i/>
                <w:iCs/>
                <w:szCs w:val="18"/>
              </w:rPr>
              <w:t>If YES, list medication and dose</w:t>
            </w:r>
            <w:r w:rsidRPr="00391B7F" w:rsidR="001E3429">
              <w:rPr>
                <w:i/>
                <w:iCs/>
                <w:szCs w:val="18"/>
              </w:rPr>
              <w:t>.</w:t>
            </w:r>
          </w:p>
        </w:tc>
        <w:tc>
          <w:tcPr>
            <w:tcW w:w="540" w:type="dxa"/>
            <w:shd w:val="clear" w:color="auto" w:fill="F2F2F2" w:themeFill="background1" w:themeFillShade="F2"/>
            <w:tcMar>
              <w:top w:w="14" w:type="dxa"/>
              <w:left w:w="29" w:type="dxa"/>
              <w:bottom w:w="14" w:type="dxa"/>
              <w:right w:w="29" w:type="dxa"/>
            </w:tcMar>
            <w:vAlign w:val="center"/>
          </w:tcPr>
          <w:p w:rsidR="00807C29" w:rsidRPr="00B057EB" w:rsidP="007E2E4A" w14:paraId="4C7AB085"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807C29" w:rsidRPr="00B057EB" w:rsidP="007E2E4A" w14:paraId="19D2CDF6" w14:textId="77777777">
            <w:pPr>
              <w:spacing w:after="0" w:line="264" w:lineRule="auto"/>
              <w:jc w:val="center"/>
              <w:rPr>
                <w:sz w:val="20"/>
                <w:szCs w:val="20"/>
              </w:rPr>
            </w:pPr>
            <w:r w:rsidRPr="00B057EB">
              <w:rPr>
                <w:sz w:val="20"/>
                <w:szCs w:val="20"/>
              </w:rPr>
              <w:t>☐</w:t>
            </w:r>
          </w:p>
        </w:tc>
      </w:tr>
      <w:tr w14:paraId="62DC9CA7" w14:textId="77777777" w:rsidTr="00A866B0">
        <w:tblPrEx>
          <w:tblW w:w="10151" w:type="dxa"/>
          <w:jc w:val="center"/>
          <w:tblLook w:val="04A0"/>
        </w:tblPrEx>
        <w:trPr>
          <w:trHeight w:val="20"/>
          <w:jc w:val="center"/>
        </w:trPr>
        <w:tc>
          <w:tcPr>
            <w:tcW w:w="10151" w:type="dxa"/>
            <w:gridSpan w:val="6"/>
            <w:tcMar>
              <w:top w:w="14" w:type="dxa"/>
              <w:left w:w="29" w:type="dxa"/>
              <w:bottom w:w="14" w:type="dxa"/>
              <w:right w:w="29" w:type="dxa"/>
            </w:tcMar>
          </w:tcPr>
          <w:p w:rsidR="00EF1E39" w:rsidP="0076008C" w14:paraId="5B0A9C33" w14:textId="77777777">
            <w:pPr>
              <w:spacing w:after="0" w:line="264" w:lineRule="auto"/>
              <w:rPr>
                <w:sz w:val="20"/>
                <w:szCs w:val="20"/>
              </w:rPr>
            </w:pPr>
            <w:r>
              <w:rPr>
                <w:sz w:val="20"/>
                <w:szCs w:val="20"/>
              </w:rPr>
              <w:tab/>
            </w:r>
            <w:r>
              <w:rPr>
                <w:sz w:val="20"/>
                <w:szCs w:val="20"/>
              </w:rPr>
              <w:t xml:space="preserve">Fever-reducing </w:t>
            </w:r>
            <w:r w:rsidRPr="00B057EB">
              <w:rPr>
                <w:sz w:val="20"/>
                <w:szCs w:val="20"/>
              </w:rPr>
              <w:t>medication:</w:t>
            </w:r>
            <w:r>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Pr="00B057EB">
              <w:rPr>
                <w:sz w:val="20"/>
                <w:szCs w:val="20"/>
              </w:rPr>
              <w:t xml:space="preserve">Dose: </w:t>
            </w:r>
            <w:r w:rsidRPr="00B057EB">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D96029">
              <w:rPr>
                <w:sz w:val="20"/>
                <w:szCs w:val="20"/>
              </w:rPr>
              <w:tab/>
            </w:r>
            <w:r w:rsidR="003D67C5">
              <w:rPr>
                <w:sz w:val="20"/>
                <w:szCs w:val="20"/>
              </w:rPr>
              <w:t>Most recent dose</w:t>
            </w:r>
            <w:r w:rsidRPr="00B057EB">
              <w:rPr>
                <w:sz w:val="20"/>
                <w:szCs w:val="20"/>
              </w:rPr>
              <w:t>:</w:t>
            </w:r>
          </w:p>
          <w:p w:rsidR="0076008C" w:rsidRPr="00B057EB" w:rsidP="0076008C" w14:paraId="62293B81" w14:textId="768D6EA4">
            <w:pPr>
              <w:spacing w:after="0" w:line="264" w:lineRule="auto"/>
              <w:rPr>
                <w:sz w:val="20"/>
                <w:szCs w:val="20"/>
              </w:rPr>
            </w:pPr>
          </w:p>
        </w:tc>
      </w:tr>
      <w:tr w14:paraId="13122DEB" w14:textId="77777777" w:rsidTr="00A866B0">
        <w:tblPrEx>
          <w:tblW w:w="10151" w:type="dxa"/>
          <w:jc w:val="center"/>
          <w:tblLook w:val="04A0"/>
        </w:tblPrEx>
        <w:trPr>
          <w:trHeight w:val="20"/>
          <w:jc w:val="center"/>
        </w:trPr>
        <w:tc>
          <w:tcPr>
            <w:tcW w:w="9085" w:type="dxa"/>
            <w:gridSpan w:val="4"/>
            <w:tcMar>
              <w:top w:w="14" w:type="dxa"/>
              <w:left w:w="29" w:type="dxa"/>
              <w:bottom w:w="14" w:type="dxa"/>
              <w:right w:w="29" w:type="dxa"/>
            </w:tcMar>
          </w:tcPr>
          <w:p w:rsidR="00E66A68" w:rsidRPr="00B057EB" w:rsidP="0076008C" w14:paraId="73ACE9A3" w14:textId="3535E9E2">
            <w:pPr>
              <w:tabs>
                <w:tab w:val="left" w:pos="4646"/>
                <w:tab w:val="right" w:pos="8970"/>
              </w:tabs>
              <w:spacing w:after="0" w:line="264" w:lineRule="auto"/>
              <w:rPr>
                <w:sz w:val="20"/>
                <w:szCs w:val="20"/>
              </w:rPr>
            </w:pPr>
            <w:r w:rsidRPr="00042EDF">
              <w:rPr>
                <w:b/>
                <w:bCs/>
                <w:sz w:val="20"/>
                <w:szCs w:val="20"/>
              </w:rPr>
              <w:t>4</w:t>
            </w:r>
            <w:r w:rsidR="00064AFC">
              <w:rPr>
                <w:sz w:val="20"/>
                <w:szCs w:val="20"/>
              </w:rPr>
              <w:t xml:space="preserve">. </w:t>
            </w:r>
            <w:r w:rsidR="000F7B29">
              <w:rPr>
                <w:sz w:val="20"/>
                <w:szCs w:val="20"/>
              </w:rPr>
              <w:t xml:space="preserve">Were you prescribed </w:t>
            </w:r>
            <w:r w:rsidR="00FC634C">
              <w:rPr>
                <w:sz w:val="20"/>
                <w:szCs w:val="20"/>
              </w:rPr>
              <w:t>anti-malarial medication; are/were you</w:t>
            </w:r>
            <w:r w:rsidR="000F7B29">
              <w:rPr>
                <w:sz w:val="20"/>
                <w:szCs w:val="20"/>
              </w:rPr>
              <w:t xml:space="preserve"> </w:t>
            </w:r>
            <w:r w:rsidR="007F1B90">
              <w:rPr>
                <w:sz w:val="20"/>
                <w:szCs w:val="20"/>
              </w:rPr>
              <w:t>t</w:t>
            </w:r>
            <w:r>
              <w:rPr>
                <w:sz w:val="20"/>
                <w:szCs w:val="20"/>
              </w:rPr>
              <w:t>aking</w:t>
            </w:r>
            <w:r w:rsidR="00FC634C">
              <w:rPr>
                <w:sz w:val="20"/>
                <w:szCs w:val="20"/>
              </w:rPr>
              <w:t xml:space="preserve"> it</w:t>
            </w:r>
            <w:r>
              <w:rPr>
                <w:sz w:val="20"/>
                <w:szCs w:val="20"/>
              </w:rPr>
              <w:t>?</w:t>
            </w:r>
            <w:r w:rsidR="00D61854">
              <w:rPr>
                <w:sz w:val="20"/>
                <w:szCs w:val="20"/>
              </w:rPr>
              <w:tab/>
            </w:r>
            <w:r w:rsidRPr="00391B7F">
              <w:rPr>
                <w:i/>
                <w:iCs/>
                <w:szCs w:val="18"/>
              </w:rPr>
              <w:t>If YES, list medication and dose</w:t>
            </w:r>
            <w:r w:rsidRPr="00391B7F" w:rsidR="005405C3">
              <w:rPr>
                <w:i/>
                <w:iCs/>
                <w:szCs w:val="18"/>
              </w:rPr>
              <w:t>.</w:t>
            </w:r>
          </w:p>
        </w:tc>
        <w:tc>
          <w:tcPr>
            <w:tcW w:w="540" w:type="dxa"/>
            <w:shd w:val="clear" w:color="auto" w:fill="F2F2F2" w:themeFill="background1" w:themeFillShade="F2"/>
            <w:tcMar>
              <w:top w:w="14" w:type="dxa"/>
              <w:left w:w="29" w:type="dxa"/>
              <w:bottom w:w="14" w:type="dxa"/>
              <w:right w:w="29" w:type="dxa"/>
            </w:tcMar>
            <w:vAlign w:val="center"/>
          </w:tcPr>
          <w:p w:rsidR="00E66A68" w:rsidRPr="00B057EB" w:rsidP="0076008C" w14:paraId="4B8BFDA9"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E66A68" w:rsidRPr="00B057EB" w:rsidP="0076008C" w14:paraId="548F2884" w14:textId="77777777">
            <w:pPr>
              <w:spacing w:after="0" w:line="264" w:lineRule="auto"/>
              <w:jc w:val="center"/>
              <w:rPr>
                <w:sz w:val="20"/>
                <w:szCs w:val="20"/>
              </w:rPr>
            </w:pPr>
            <w:r w:rsidRPr="00B057EB">
              <w:rPr>
                <w:sz w:val="20"/>
                <w:szCs w:val="20"/>
              </w:rPr>
              <w:t>☐</w:t>
            </w:r>
          </w:p>
        </w:tc>
      </w:tr>
      <w:tr w14:paraId="10C79CB3" w14:textId="77777777" w:rsidTr="00A866B0">
        <w:tblPrEx>
          <w:tblW w:w="10151" w:type="dxa"/>
          <w:jc w:val="center"/>
          <w:tblLook w:val="04A0"/>
        </w:tblPrEx>
        <w:trPr>
          <w:trHeight w:val="20"/>
          <w:jc w:val="center"/>
        </w:trPr>
        <w:tc>
          <w:tcPr>
            <w:tcW w:w="10151" w:type="dxa"/>
            <w:gridSpan w:val="6"/>
            <w:tcMar>
              <w:top w:w="14" w:type="dxa"/>
              <w:left w:w="29" w:type="dxa"/>
              <w:bottom w:w="14" w:type="dxa"/>
              <w:right w:w="29" w:type="dxa"/>
            </w:tcMar>
          </w:tcPr>
          <w:p w:rsidR="00E66A68" w:rsidP="0076008C" w14:paraId="3385B9E8" w14:textId="77777777">
            <w:pPr>
              <w:spacing w:after="0" w:line="264" w:lineRule="auto"/>
              <w:rPr>
                <w:sz w:val="20"/>
                <w:szCs w:val="20"/>
              </w:rPr>
            </w:pPr>
            <w:r>
              <w:rPr>
                <w:sz w:val="20"/>
                <w:szCs w:val="20"/>
              </w:rPr>
              <w:tab/>
            </w:r>
            <w:r>
              <w:rPr>
                <w:sz w:val="20"/>
                <w:szCs w:val="20"/>
              </w:rPr>
              <w:t>Anti-</w:t>
            </w:r>
            <w:r w:rsidR="00C9178C">
              <w:rPr>
                <w:sz w:val="20"/>
                <w:szCs w:val="20"/>
              </w:rPr>
              <w:t>malarial</w:t>
            </w:r>
            <w:r>
              <w:rPr>
                <w:sz w:val="20"/>
                <w:szCs w:val="20"/>
              </w:rPr>
              <w:t xml:space="preserve"> </w:t>
            </w:r>
            <w:r w:rsidRPr="00B057EB">
              <w:rPr>
                <w:sz w:val="20"/>
                <w:szCs w:val="20"/>
              </w:rPr>
              <w:t>medication:</w:t>
            </w:r>
            <w:r>
              <w:rPr>
                <w:sz w:val="20"/>
                <w:szCs w:val="20"/>
              </w:rPr>
              <w:tab/>
            </w:r>
            <w:r>
              <w:rPr>
                <w:sz w:val="20"/>
                <w:szCs w:val="20"/>
              </w:rPr>
              <w:tab/>
            </w:r>
            <w:r>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Pr="00B057EB">
              <w:rPr>
                <w:sz w:val="20"/>
                <w:szCs w:val="20"/>
              </w:rPr>
              <w:t xml:space="preserve">Dose: </w:t>
            </w:r>
            <w:r w:rsidRPr="00B057EB">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00046170">
              <w:rPr>
                <w:sz w:val="20"/>
                <w:szCs w:val="20"/>
              </w:rPr>
              <w:tab/>
            </w:r>
            <w:r w:rsidR="003D67C5">
              <w:rPr>
                <w:sz w:val="20"/>
                <w:szCs w:val="20"/>
              </w:rPr>
              <w:t>Most recent dose</w:t>
            </w:r>
            <w:r w:rsidRPr="00B057EB">
              <w:rPr>
                <w:sz w:val="20"/>
                <w:szCs w:val="20"/>
              </w:rPr>
              <w:t>:</w:t>
            </w:r>
          </w:p>
          <w:p w:rsidR="0076008C" w:rsidRPr="00B057EB" w:rsidP="0076008C" w14:paraId="6F93B65A" w14:textId="6C3D9BED">
            <w:pPr>
              <w:spacing w:after="0" w:line="264" w:lineRule="auto"/>
              <w:rPr>
                <w:sz w:val="20"/>
                <w:szCs w:val="20"/>
              </w:rPr>
            </w:pPr>
          </w:p>
        </w:tc>
      </w:tr>
      <w:tr w14:paraId="7A8959F5" w14:textId="77777777" w:rsidTr="00A866B0">
        <w:tblPrEx>
          <w:tblW w:w="10151" w:type="dxa"/>
          <w:jc w:val="center"/>
          <w:tblLook w:val="04A0"/>
        </w:tblPrEx>
        <w:trPr>
          <w:trHeight w:val="20"/>
          <w:jc w:val="center"/>
        </w:trPr>
        <w:tc>
          <w:tcPr>
            <w:tcW w:w="9085" w:type="dxa"/>
            <w:gridSpan w:val="4"/>
            <w:tcMar>
              <w:top w:w="14" w:type="dxa"/>
              <w:left w:w="29" w:type="dxa"/>
              <w:bottom w:w="14" w:type="dxa"/>
              <w:right w:w="29" w:type="dxa"/>
            </w:tcMar>
          </w:tcPr>
          <w:p w:rsidR="005D35AB" w:rsidRPr="00B51D86" w:rsidP="0076008C" w14:paraId="4BA6B61B" w14:textId="53D7D04D">
            <w:pPr>
              <w:tabs>
                <w:tab w:val="left" w:pos="4646"/>
                <w:tab w:val="right" w:pos="8970"/>
              </w:tabs>
              <w:spacing w:after="0" w:line="264" w:lineRule="auto"/>
              <w:rPr>
                <w:sz w:val="20"/>
                <w:szCs w:val="20"/>
              </w:rPr>
            </w:pPr>
            <w:r w:rsidRPr="00042EDF">
              <w:rPr>
                <w:b/>
                <w:bCs/>
                <w:sz w:val="20"/>
                <w:szCs w:val="20"/>
              </w:rPr>
              <w:t>5</w:t>
            </w:r>
            <w:r w:rsidRPr="00B51D86" w:rsidR="00064AFC">
              <w:rPr>
                <w:sz w:val="20"/>
                <w:szCs w:val="20"/>
              </w:rPr>
              <w:t xml:space="preserve">. </w:t>
            </w:r>
            <w:r w:rsidRPr="00B51D86" w:rsidR="007F1B90">
              <w:rPr>
                <w:sz w:val="20"/>
                <w:szCs w:val="20"/>
              </w:rPr>
              <w:t>Are you t</w:t>
            </w:r>
            <w:r w:rsidRPr="00B51D86">
              <w:rPr>
                <w:sz w:val="20"/>
                <w:szCs w:val="20"/>
              </w:rPr>
              <w:t>aking</w:t>
            </w:r>
            <w:r w:rsidRPr="00B51D86" w:rsidR="007F1B90">
              <w:rPr>
                <w:sz w:val="20"/>
                <w:szCs w:val="20"/>
              </w:rPr>
              <w:t xml:space="preserve"> any</w:t>
            </w:r>
            <w:r w:rsidRPr="00B51D86">
              <w:rPr>
                <w:sz w:val="20"/>
                <w:szCs w:val="20"/>
              </w:rPr>
              <w:t xml:space="preserve"> other routine medications?</w:t>
            </w:r>
            <w:r w:rsidRPr="00B51D86" w:rsidR="00D42BFC">
              <w:rPr>
                <w:sz w:val="20"/>
                <w:szCs w:val="20"/>
              </w:rPr>
              <w:tab/>
            </w:r>
            <w:r w:rsidRPr="00B51D86" w:rsidR="00D61854">
              <w:rPr>
                <w:sz w:val="20"/>
                <w:szCs w:val="20"/>
              </w:rPr>
              <w:tab/>
            </w:r>
            <w:r w:rsidRPr="00B51D86">
              <w:rPr>
                <w:i/>
                <w:iCs/>
                <w:szCs w:val="18"/>
              </w:rPr>
              <w:t>If YES, list medication and dose</w:t>
            </w:r>
            <w:r w:rsidRPr="00B51D86" w:rsidR="005405C3">
              <w:rPr>
                <w:i/>
                <w:iCs/>
                <w:szCs w:val="18"/>
              </w:rPr>
              <w:t>.</w:t>
            </w:r>
          </w:p>
        </w:tc>
        <w:tc>
          <w:tcPr>
            <w:tcW w:w="540" w:type="dxa"/>
            <w:shd w:val="clear" w:color="auto" w:fill="F2F2F2" w:themeFill="background1" w:themeFillShade="F2"/>
            <w:tcMar>
              <w:top w:w="14" w:type="dxa"/>
              <w:left w:w="29" w:type="dxa"/>
              <w:bottom w:w="14" w:type="dxa"/>
              <w:right w:w="29" w:type="dxa"/>
            </w:tcMar>
            <w:vAlign w:val="center"/>
          </w:tcPr>
          <w:p w:rsidR="005D35AB" w:rsidRPr="00B51D86" w:rsidP="0076008C" w14:paraId="55A50273" w14:textId="77777777">
            <w:pPr>
              <w:spacing w:after="0" w:line="264" w:lineRule="auto"/>
              <w:jc w:val="center"/>
              <w:rPr>
                <w:sz w:val="20"/>
                <w:szCs w:val="20"/>
              </w:rPr>
            </w:pPr>
            <w:r w:rsidRPr="00B51D86">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5D35AB" w:rsidRPr="00B51D86" w:rsidP="0076008C" w14:paraId="365BCB0C" w14:textId="77777777">
            <w:pPr>
              <w:spacing w:after="0" w:line="264" w:lineRule="auto"/>
              <w:jc w:val="center"/>
              <w:rPr>
                <w:sz w:val="20"/>
                <w:szCs w:val="20"/>
              </w:rPr>
            </w:pPr>
            <w:r w:rsidRPr="00B51D86">
              <w:rPr>
                <w:sz w:val="20"/>
                <w:szCs w:val="20"/>
              </w:rPr>
              <w:t>☐</w:t>
            </w:r>
          </w:p>
        </w:tc>
      </w:tr>
      <w:tr w14:paraId="4F85DEB0" w14:textId="77777777" w:rsidTr="00A866B0">
        <w:tblPrEx>
          <w:tblW w:w="10151" w:type="dxa"/>
          <w:jc w:val="center"/>
          <w:tblLook w:val="04A0"/>
        </w:tblPrEx>
        <w:trPr>
          <w:trHeight w:val="20"/>
          <w:jc w:val="center"/>
        </w:trPr>
        <w:tc>
          <w:tcPr>
            <w:tcW w:w="10151" w:type="dxa"/>
            <w:gridSpan w:val="6"/>
            <w:tcMar>
              <w:top w:w="14" w:type="dxa"/>
              <w:left w:w="29" w:type="dxa"/>
              <w:bottom w:w="14" w:type="dxa"/>
              <w:right w:w="29" w:type="dxa"/>
            </w:tcMar>
          </w:tcPr>
          <w:p w:rsidR="000B71D6" w:rsidP="0076008C" w14:paraId="09384728" w14:textId="1A4ADA18">
            <w:pPr>
              <w:spacing w:after="0" w:line="264" w:lineRule="auto"/>
              <w:rPr>
                <w:sz w:val="20"/>
                <w:szCs w:val="20"/>
              </w:rPr>
            </w:pPr>
            <w:r w:rsidRPr="00B51D86">
              <w:rPr>
                <w:sz w:val="20"/>
                <w:szCs w:val="20"/>
              </w:rPr>
              <w:tab/>
            </w:r>
            <w:r w:rsidRPr="00B51D86" w:rsidR="00F6340F">
              <w:rPr>
                <w:sz w:val="20"/>
                <w:szCs w:val="20"/>
              </w:rPr>
              <w:t xml:space="preserve">Routine medication: </w:t>
            </w:r>
            <w:r w:rsidRPr="00B51D86" w:rsidR="00F6340F">
              <w:rPr>
                <w:sz w:val="20"/>
                <w:szCs w:val="20"/>
              </w:rPr>
              <w:tab/>
            </w:r>
            <w:r w:rsidRPr="00B51D86">
              <w:rPr>
                <w:sz w:val="20"/>
                <w:szCs w:val="20"/>
              </w:rPr>
              <w:tab/>
            </w:r>
            <w:r w:rsidRPr="00B51D86">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F6340F">
              <w:rPr>
                <w:sz w:val="20"/>
                <w:szCs w:val="20"/>
              </w:rPr>
              <w:t xml:space="preserve">Dose: </w:t>
            </w:r>
            <w:r w:rsidRPr="00B51D86" w:rsidR="00F6340F">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003D67C5">
              <w:rPr>
                <w:sz w:val="20"/>
                <w:szCs w:val="20"/>
              </w:rPr>
              <w:t>Most recent dose</w:t>
            </w:r>
            <w:r w:rsidRPr="00B51D86" w:rsidR="00F6340F">
              <w:rPr>
                <w:sz w:val="20"/>
                <w:szCs w:val="20"/>
              </w:rPr>
              <w:t>:</w:t>
            </w:r>
          </w:p>
          <w:p w:rsidR="0076008C" w:rsidRPr="00B51D86" w:rsidP="0076008C" w14:paraId="3E0C8479" w14:textId="77777777">
            <w:pPr>
              <w:spacing w:after="0" w:line="264" w:lineRule="auto"/>
              <w:rPr>
                <w:sz w:val="20"/>
                <w:szCs w:val="20"/>
              </w:rPr>
            </w:pPr>
          </w:p>
          <w:p w:rsidR="00F6340F" w:rsidP="0076008C" w14:paraId="7FF636C7" w14:textId="77777777">
            <w:pPr>
              <w:spacing w:after="0" w:line="264" w:lineRule="auto"/>
              <w:rPr>
                <w:sz w:val="20"/>
                <w:szCs w:val="20"/>
              </w:rPr>
            </w:pPr>
            <w:r w:rsidRPr="00B51D86">
              <w:rPr>
                <w:sz w:val="20"/>
                <w:szCs w:val="20"/>
              </w:rPr>
              <w:tab/>
            </w:r>
            <w:r w:rsidRPr="00B51D86" w:rsidR="000B71D6">
              <w:rPr>
                <w:sz w:val="20"/>
                <w:szCs w:val="20"/>
              </w:rPr>
              <w:t xml:space="preserve">Routine medication: </w:t>
            </w:r>
            <w:r w:rsidRPr="00B51D86" w:rsidR="000B71D6">
              <w:rPr>
                <w:sz w:val="20"/>
                <w:szCs w:val="20"/>
              </w:rPr>
              <w:tab/>
            </w:r>
            <w:r w:rsidRPr="00B51D86" w:rsidR="000B71D6">
              <w:rPr>
                <w:sz w:val="20"/>
                <w:szCs w:val="20"/>
              </w:rPr>
              <w:tab/>
            </w:r>
            <w:r w:rsidRPr="00B51D86" w:rsidR="000B71D6">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B71D6">
              <w:rPr>
                <w:sz w:val="20"/>
                <w:szCs w:val="20"/>
              </w:rPr>
              <w:t xml:space="preserve">Dose: </w:t>
            </w:r>
            <w:r w:rsidRPr="00B51D86" w:rsidR="000B71D6">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Pr="00B51D86" w:rsidR="00046170">
              <w:rPr>
                <w:sz w:val="20"/>
                <w:szCs w:val="20"/>
              </w:rPr>
              <w:tab/>
            </w:r>
            <w:r w:rsidR="003D67C5">
              <w:rPr>
                <w:sz w:val="20"/>
                <w:szCs w:val="20"/>
              </w:rPr>
              <w:t>Most recent dose</w:t>
            </w:r>
            <w:r w:rsidRPr="00B51D86" w:rsidR="000B71D6">
              <w:rPr>
                <w:sz w:val="20"/>
                <w:szCs w:val="20"/>
              </w:rPr>
              <w:t>:</w:t>
            </w:r>
          </w:p>
          <w:p w:rsidR="0076008C" w:rsidRPr="00B057EB" w:rsidP="0076008C" w14:paraId="7D1952AE" w14:textId="2C780A9C">
            <w:pPr>
              <w:spacing w:after="0" w:line="264" w:lineRule="auto"/>
              <w:rPr>
                <w:sz w:val="20"/>
                <w:szCs w:val="20"/>
              </w:rPr>
            </w:pPr>
          </w:p>
        </w:tc>
      </w:tr>
    </w:tbl>
    <w:p w:rsidR="00027633" w14:paraId="09089A92" w14:textId="77777777">
      <w:r>
        <w:br w:type="page"/>
      </w:r>
    </w:p>
    <w:tbl>
      <w:tblPr>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888888"/>
        </w:tblBorders>
        <w:tblLook w:val="04A0"/>
      </w:tblPr>
      <w:tblGrid>
        <w:gridCol w:w="1795"/>
        <w:gridCol w:w="2854"/>
        <w:gridCol w:w="2121"/>
        <w:gridCol w:w="1055"/>
        <w:gridCol w:w="1260"/>
        <w:gridCol w:w="540"/>
        <w:gridCol w:w="526"/>
      </w:tblGrid>
      <w:tr w14:paraId="4E93EBC5" w14:textId="77777777" w:rsidTr="0042717F">
        <w:tblPrEx>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888888"/>
          </w:tblBorders>
          <w:tblLook w:val="04A0"/>
        </w:tblPrEx>
        <w:trPr>
          <w:trHeight w:val="20"/>
          <w:jc w:val="center"/>
        </w:trPr>
        <w:tc>
          <w:tcPr>
            <w:tcW w:w="10151" w:type="dxa"/>
            <w:gridSpan w:val="7"/>
            <w:shd w:val="clear" w:color="auto" w:fill="FFFFB3"/>
            <w:tcMar>
              <w:top w:w="14" w:type="dxa"/>
              <w:left w:w="29" w:type="dxa"/>
              <w:bottom w:w="14" w:type="dxa"/>
              <w:right w:w="29" w:type="dxa"/>
            </w:tcMar>
          </w:tcPr>
          <w:p w:rsidR="002A4AEE" w:rsidRPr="008B389D" w:rsidP="0042717F" w14:paraId="5EF74160" w14:textId="761A90B2">
            <w:pPr>
              <w:tabs>
                <w:tab w:val="left" w:pos="280"/>
                <w:tab w:val="right" w:pos="8610"/>
              </w:tabs>
              <w:spacing w:after="0" w:line="264" w:lineRule="auto"/>
              <w:rPr>
                <w:b/>
                <w:sz w:val="20"/>
                <w:szCs w:val="20"/>
              </w:rPr>
            </w:pPr>
            <w:r w:rsidRPr="008B389D">
              <w:rPr>
                <w:b/>
                <w:sz w:val="20"/>
                <w:szCs w:val="20"/>
              </w:rPr>
              <w:t>L</w:t>
            </w:r>
            <w:r>
              <w:rPr>
                <w:b/>
                <w:sz w:val="20"/>
                <w:szCs w:val="20"/>
              </w:rPr>
              <w:t>ast name</w:t>
            </w:r>
            <w:r w:rsidRPr="008B389D">
              <w:rPr>
                <w:b/>
                <w:sz w:val="20"/>
                <w:szCs w:val="20"/>
              </w:rPr>
              <w:t>:</w:t>
            </w:r>
            <w:r w:rsidR="00920469">
              <w:rPr>
                <w:b/>
                <w:sz w:val="20"/>
                <w:szCs w:val="20"/>
              </w:rPr>
              <w:tab/>
            </w:r>
            <w:r>
              <w:rPr>
                <w:b/>
                <w:sz w:val="20"/>
                <w:szCs w:val="20"/>
              </w:rPr>
              <w:t xml:space="preserve">Active Surveillance </w:t>
            </w:r>
            <w:r w:rsidRPr="008B389D">
              <w:rPr>
                <w:b/>
                <w:sz w:val="20"/>
                <w:szCs w:val="20"/>
              </w:rPr>
              <w:t>QA</w:t>
            </w:r>
            <w:r>
              <w:rPr>
                <w:b/>
                <w:sz w:val="20"/>
                <w:szCs w:val="20"/>
              </w:rPr>
              <w:t>R</w:t>
            </w:r>
            <w:r w:rsidRPr="008B389D">
              <w:rPr>
                <w:b/>
                <w:sz w:val="20"/>
                <w:szCs w:val="20"/>
              </w:rPr>
              <w:t>S</w:t>
            </w:r>
            <w:r>
              <w:rPr>
                <w:b/>
                <w:sz w:val="20"/>
                <w:szCs w:val="20"/>
              </w:rPr>
              <w:t>#</w:t>
            </w:r>
          </w:p>
        </w:tc>
      </w:tr>
      <w:tr w14:paraId="5F9B8C76" w14:textId="77777777" w:rsidTr="0063540C">
        <w:tblPrEx>
          <w:tblW w:w="10151" w:type="dxa"/>
          <w:jc w:val="center"/>
          <w:tblLook w:val="04A0"/>
        </w:tblPrEx>
        <w:trPr>
          <w:trHeight w:val="107"/>
          <w:jc w:val="center"/>
        </w:trPr>
        <w:tc>
          <w:tcPr>
            <w:tcW w:w="9085" w:type="dxa"/>
            <w:gridSpan w:val="5"/>
            <w:shd w:val="clear" w:color="auto" w:fill="548DD4" w:themeFill="text2" w:themeFillTint="99"/>
            <w:tcMar>
              <w:top w:w="14" w:type="dxa"/>
              <w:left w:w="29" w:type="dxa"/>
              <w:bottom w:w="14" w:type="dxa"/>
              <w:right w:w="29" w:type="dxa"/>
            </w:tcMar>
          </w:tcPr>
          <w:p w:rsidR="00620F63" w:rsidRPr="0063540C" w:rsidP="0042717F" w14:paraId="2861CD69" w14:textId="087B67FA">
            <w:pPr>
              <w:pStyle w:val="ListParagraph"/>
              <w:numPr>
                <w:ilvl w:val="0"/>
                <w:numId w:val="12"/>
              </w:numPr>
              <w:tabs>
                <w:tab w:val="left" w:pos="280"/>
                <w:tab w:val="clear" w:pos="288"/>
              </w:tabs>
              <w:spacing w:after="0" w:line="264" w:lineRule="auto"/>
              <w:rPr>
                <w:b/>
                <w:bCs/>
                <w:color w:val="FFFFFF" w:themeColor="background1"/>
                <w:sz w:val="20"/>
                <w:szCs w:val="20"/>
              </w:rPr>
            </w:pPr>
            <w:r w:rsidRPr="0063540C">
              <w:rPr>
                <w:b/>
                <w:bCs/>
                <w:color w:val="FFFFFF" w:themeColor="background1"/>
                <w:sz w:val="20"/>
                <w:szCs w:val="20"/>
              </w:rPr>
              <w:t xml:space="preserve">Sponsored / </w:t>
            </w:r>
            <w:r w:rsidRPr="0063540C" w:rsidR="004B7F2C">
              <w:rPr>
                <w:b/>
                <w:bCs/>
                <w:color w:val="FFFFFF" w:themeColor="background1"/>
                <w:sz w:val="20"/>
                <w:szCs w:val="20"/>
              </w:rPr>
              <w:t>O</w:t>
            </w:r>
            <w:r w:rsidRPr="0063540C">
              <w:rPr>
                <w:b/>
                <w:bCs/>
                <w:color w:val="FFFFFF" w:themeColor="background1"/>
                <w:sz w:val="20"/>
                <w:szCs w:val="20"/>
              </w:rPr>
              <w:t xml:space="preserve">rganized </w:t>
            </w:r>
            <w:r w:rsidRPr="0063540C" w:rsidR="004B7F2C">
              <w:rPr>
                <w:b/>
                <w:bCs/>
                <w:color w:val="FFFFFF" w:themeColor="background1"/>
                <w:sz w:val="20"/>
                <w:szCs w:val="20"/>
              </w:rPr>
              <w:t>T</w:t>
            </w:r>
            <w:r w:rsidRPr="0063540C">
              <w:rPr>
                <w:b/>
                <w:bCs/>
                <w:color w:val="FFFFFF" w:themeColor="background1"/>
                <w:sz w:val="20"/>
                <w:szCs w:val="20"/>
              </w:rPr>
              <w:t>ravel</w:t>
            </w:r>
          </w:p>
        </w:tc>
        <w:tc>
          <w:tcPr>
            <w:tcW w:w="540" w:type="dxa"/>
            <w:shd w:val="clear" w:color="auto" w:fill="548DD4" w:themeFill="text2" w:themeFillTint="99"/>
            <w:tcMar>
              <w:top w:w="14" w:type="dxa"/>
              <w:left w:w="29" w:type="dxa"/>
              <w:bottom w:w="14" w:type="dxa"/>
              <w:right w:w="29" w:type="dxa"/>
            </w:tcMar>
          </w:tcPr>
          <w:p w:rsidR="00620F63" w:rsidRPr="0063540C" w:rsidP="0042717F" w14:paraId="4B120851"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620F63" w:rsidRPr="0063540C" w:rsidP="0042717F" w14:paraId="0DD5D6BB"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NO</w:t>
            </w:r>
          </w:p>
        </w:tc>
      </w:tr>
      <w:tr w14:paraId="41E787AF" w14:textId="77777777" w:rsidTr="009E1255">
        <w:tblPrEx>
          <w:tblW w:w="10151" w:type="dxa"/>
          <w:jc w:val="center"/>
          <w:tblLook w:val="04A0"/>
        </w:tblPrEx>
        <w:trPr>
          <w:trHeight w:val="20"/>
          <w:jc w:val="center"/>
        </w:trPr>
        <w:tc>
          <w:tcPr>
            <w:tcW w:w="9085" w:type="dxa"/>
            <w:gridSpan w:val="5"/>
            <w:tcMar>
              <w:top w:w="14" w:type="dxa"/>
              <w:left w:w="29" w:type="dxa"/>
              <w:bottom w:w="14" w:type="dxa"/>
              <w:right w:w="29" w:type="dxa"/>
            </w:tcMar>
          </w:tcPr>
          <w:p w:rsidR="004F5269" w:rsidRPr="00B057EB" w:rsidP="0042717F" w14:paraId="46D1FB70" w14:textId="2EFAC8D5">
            <w:pPr>
              <w:tabs>
                <w:tab w:val="left" w:pos="280"/>
                <w:tab w:val="right" w:pos="8964"/>
              </w:tabs>
              <w:spacing w:after="0" w:line="264" w:lineRule="auto"/>
              <w:rPr>
                <w:sz w:val="20"/>
                <w:szCs w:val="20"/>
              </w:rPr>
            </w:pPr>
            <w:r w:rsidRPr="000B599B">
              <w:rPr>
                <w:b/>
                <w:bCs/>
                <w:sz w:val="20"/>
                <w:szCs w:val="20"/>
              </w:rPr>
              <w:t>1</w:t>
            </w:r>
            <w:r>
              <w:rPr>
                <w:sz w:val="20"/>
                <w:szCs w:val="20"/>
              </w:rPr>
              <w:t xml:space="preserve">. </w:t>
            </w:r>
            <w:r w:rsidR="007F1B90">
              <w:rPr>
                <w:sz w:val="20"/>
                <w:szCs w:val="20"/>
              </w:rPr>
              <w:t xml:space="preserve">Were you </w:t>
            </w:r>
            <w:r w:rsidR="00304DEE">
              <w:rPr>
                <w:sz w:val="20"/>
                <w:szCs w:val="20"/>
              </w:rPr>
              <w:t>sponsored</w:t>
            </w:r>
            <w:r w:rsidR="003C70E6">
              <w:rPr>
                <w:sz w:val="20"/>
                <w:szCs w:val="20"/>
              </w:rPr>
              <w:t xml:space="preserve"> or contracted</w:t>
            </w:r>
            <w:r w:rsidR="00304DEE">
              <w:rPr>
                <w:sz w:val="20"/>
                <w:szCs w:val="20"/>
              </w:rPr>
              <w:t xml:space="preserve"> to </w:t>
            </w:r>
            <w:r w:rsidR="007F1B90">
              <w:rPr>
                <w:sz w:val="20"/>
                <w:szCs w:val="20"/>
              </w:rPr>
              <w:t>travel</w:t>
            </w:r>
            <w:r w:rsidR="00304DEE">
              <w:rPr>
                <w:sz w:val="20"/>
                <w:szCs w:val="20"/>
              </w:rPr>
              <w:t xml:space="preserve"> </w:t>
            </w:r>
            <w:r w:rsidR="00F66EA3">
              <w:rPr>
                <w:sz w:val="20"/>
                <w:szCs w:val="20"/>
              </w:rPr>
              <w:t xml:space="preserve">by an institution or </w:t>
            </w:r>
            <w:r w:rsidRPr="00B057EB">
              <w:rPr>
                <w:sz w:val="20"/>
                <w:szCs w:val="20"/>
              </w:rPr>
              <w:t>organization?</w:t>
            </w:r>
            <w:r w:rsidR="00D42BFC">
              <w:rPr>
                <w:sz w:val="20"/>
                <w:szCs w:val="20"/>
              </w:rPr>
              <w:tab/>
            </w:r>
            <w:r w:rsidR="00AF64C2">
              <w:rPr>
                <w:sz w:val="20"/>
                <w:szCs w:val="20"/>
              </w:rPr>
              <w:t>(</w:t>
            </w:r>
            <w:r w:rsidRPr="00F04D7E">
              <w:rPr>
                <w:b/>
                <w:bCs/>
                <w:i/>
                <w:iCs/>
                <w:szCs w:val="18"/>
              </w:rPr>
              <w:t xml:space="preserve">If NO, </w:t>
            </w:r>
            <w:r w:rsidR="00AF64C2">
              <w:rPr>
                <w:b/>
                <w:bCs/>
                <w:i/>
                <w:iCs/>
                <w:szCs w:val="18"/>
              </w:rPr>
              <w:t>skip</w:t>
            </w:r>
            <w:r w:rsidRPr="00F04D7E">
              <w:rPr>
                <w:b/>
                <w:bCs/>
                <w:i/>
                <w:iCs/>
                <w:szCs w:val="18"/>
              </w:rPr>
              <w:t xml:space="preserve"> to Section </w:t>
            </w:r>
            <w:r w:rsidR="003D2FA1">
              <w:rPr>
                <w:b/>
                <w:bCs/>
                <w:i/>
                <w:iCs/>
                <w:szCs w:val="18"/>
              </w:rPr>
              <w:t>D</w:t>
            </w:r>
            <w:r w:rsidRPr="00F04D7E" w:rsidR="00A64616">
              <w:rPr>
                <w:b/>
                <w:bCs/>
                <w:i/>
                <w:iCs/>
                <w:szCs w:val="18"/>
              </w:rPr>
              <w:t>.</w:t>
            </w:r>
            <w:r w:rsidR="00AF64C2">
              <w:rPr>
                <w:b/>
                <w:bCs/>
                <w:i/>
                <w:iCs/>
                <w:szCs w:val="18"/>
              </w:rPr>
              <w:t>)</w:t>
            </w:r>
          </w:p>
        </w:tc>
        <w:tc>
          <w:tcPr>
            <w:tcW w:w="540" w:type="dxa"/>
            <w:shd w:val="clear" w:color="auto" w:fill="F2F2F2" w:themeFill="background1" w:themeFillShade="F2"/>
            <w:tcMar>
              <w:top w:w="14" w:type="dxa"/>
              <w:left w:w="29" w:type="dxa"/>
              <w:bottom w:w="14" w:type="dxa"/>
              <w:right w:w="29" w:type="dxa"/>
            </w:tcMar>
          </w:tcPr>
          <w:p w:rsidR="004F5269" w:rsidRPr="00B057EB" w:rsidP="0042717F" w14:paraId="00A7CE3C"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4F5269" w:rsidRPr="00B057EB" w:rsidP="0042717F" w14:paraId="409F7F68" w14:textId="77777777">
            <w:pPr>
              <w:tabs>
                <w:tab w:val="left" w:pos="280"/>
              </w:tabs>
              <w:spacing w:after="0" w:line="264" w:lineRule="auto"/>
              <w:jc w:val="center"/>
              <w:rPr>
                <w:sz w:val="20"/>
                <w:szCs w:val="20"/>
              </w:rPr>
            </w:pPr>
            <w:r w:rsidRPr="00B057EB">
              <w:rPr>
                <w:sz w:val="20"/>
                <w:szCs w:val="20"/>
              </w:rPr>
              <w:t>☐</w:t>
            </w:r>
          </w:p>
        </w:tc>
      </w:tr>
      <w:tr w14:paraId="100B6DD1" w14:textId="77777777" w:rsidTr="4DC546DC">
        <w:tblPrEx>
          <w:tblW w:w="10151" w:type="dxa"/>
          <w:jc w:val="center"/>
          <w:tblLook w:val="04A0"/>
        </w:tblPrEx>
        <w:trPr>
          <w:trHeight w:val="20"/>
          <w:jc w:val="center"/>
        </w:trPr>
        <w:tc>
          <w:tcPr>
            <w:tcW w:w="1795" w:type="dxa"/>
            <w:tcMar>
              <w:top w:w="14" w:type="dxa"/>
              <w:left w:w="29" w:type="dxa"/>
              <w:bottom w:w="14" w:type="dxa"/>
              <w:right w:w="29" w:type="dxa"/>
            </w:tcMar>
          </w:tcPr>
          <w:p w:rsidR="00F6340F" w:rsidRPr="00B057EB" w:rsidP="0042717F" w14:paraId="5A4988CC" w14:textId="56C7A9B9">
            <w:pPr>
              <w:tabs>
                <w:tab w:val="left" w:pos="280"/>
              </w:tabs>
              <w:spacing w:after="0" w:line="264" w:lineRule="auto"/>
              <w:rPr>
                <w:sz w:val="20"/>
                <w:szCs w:val="20"/>
              </w:rPr>
            </w:pPr>
            <w:r w:rsidRPr="00B057EB">
              <w:rPr>
                <w:sz w:val="20"/>
                <w:szCs w:val="20"/>
              </w:rPr>
              <w:t>Organization</w:t>
            </w:r>
            <w:r w:rsidR="00215D7C">
              <w:rPr>
                <w:sz w:val="20"/>
                <w:szCs w:val="20"/>
              </w:rPr>
              <w:t xml:space="preserve"> Name</w:t>
            </w:r>
            <w:r w:rsidR="00F66EA3">
              <w:rPr>
                <w:sz w:val="20"/>
                <w:szCs w:val="20"/>
              </w:rPr>
              <w:t xml:space="preserve"> and </w:t>
            </w:r>
            <w:r w:rsidRPr="00B057EB">
              <w:rPr>
                <w:sz w:val="20"/>
                <w:szCs w:val="20"/>
              </w:rPr>
              <w:t>Address:</w:t>
            </w:r>
          </w:p>
        </w:tc>
        <w:tc>
          <w:tcPr>
            <w:tcW w:w="8356" w:type="dxa"/>
            <w:gridSpan w:val="6"/>
            <w:tcMar>
              <w:top w:w="14" w:type="dxa"/>
              <w:left w:w="29" w:type="dxa"/>
              <w:bottom w:w="14" w:type="dxa"/>
              <w:right w:w="29" w:type="dxa"/>
            </w:tcMar>
          </w:tcPr>
          <w:p w:rsidR="00F6340F" w:rsidRPr="00B057EB" w:rsidP="0042717F" w14:paraId="5211CDA7" w14:textId="6D605351">
            <w:pPr>
              <w:tabs>
                <w:tab w:val="left" w:pos="280"/>
              </w:tabs>
              <w:spacing w:before="120" w:after="120" w:line="264" w:lineRule="auto"/>
              <w:rPr>
                <w:sz w:val="20"/>
                <w:szCs w:val="20"/>
              </w:rPr>
            </w:pPr>
          </w:p>
        </w:tc>
      </w:tr>
      <w:tr w14:paraId="0A361E01" w14:textId="77777777" w:rsidTr="0003427A">
        <w:tblPrEx>
          <w:tblW w:w="10151" w:type="dxa"/>
          <w:jc w:val="center"/>
          <w:tblLook w:val="04A0"/>
        </w:tblPrEx>
        <w:trPr>
          <w:trHeight w:val="20"/>
          <w:jc w:val="center"/>
        </w:trPr>
        <w:tc>
          <w:tcPr>
            <w:tcW w:w="1795" w:type="dxa"/>
            <w:tcMar>
              <w:top w:w="14" w:type="dxa"/>
              <w:left w:w="29" w:type="dxa"/>
              <w:bottom w:w="14" w:type="dxa"/>
              <w:right w:w="29" w:type="dxa"/>
            </w:tcMar>
          </w:tcPr>
          <w:p w:rsidR="00F6340F" w:rsidRPr="00B057EB" w:rsidP="0042717F" w14:paraId="21809EDA" w14:textId="3B213BD2">
            <w:pPr>
              <w:tabs>
                <w:tab w:val="left" w:pos="280"/>
              </w:tabs>
              <w:spacing w:after="120" w:line="264" w:lineRule="auto"/>
              <w:rPr>
                <w:sz w:val="20"/>
                <w:szCs w:val="20"/>
              </w:rPr>
            </w:pPr>
            <w:r w:rsidRPr="00B057EB">
              <w:rPr>
                <w:sz w:val="20"/>
                <w:szCs w:val="20"/>
              </w:rPr>
              <w:t>U.S. representative</w:t>
            </w:r>
          </w:p>
        </w:tc>
        <w:tc>
          <w:tcPr>
            <w:tcW w:w="2854" w:type="dxa"/>
            <w:tcMar>
              <w:top w:w="14" w:type="dxa"/>
              <w:left w:w="29" w:type="dxa"/>
              <w:bottom w:w="14" w:type="dxa"/>
              <w:right w:w="29" w:type="dxa"/>
            </w:tcMar>
          </w:tcPr>
          <w:p w:rsidR="00F6340F" w:rsidP="004A0E39" w14:paraId="125B92D0" w14:textId="77777777">
            <w:pPr>
              <w:tabs>
                <w:tab w:val="left" w:pos="280"/>
              </w:tabs>
              <w:spacing w:after="0" w:line="264" w:lineRule="auto"/>
              <w:rPr>
                <w:sz w:val="20"/>
                <w:szCs w:val="20"/>
              </w:rPr>
            </w:pPr>
            <w:r>
              <w:rPr>
                <w:sz w:val="20"/>
                <w:szCs w:val="20"/>
              </w:rPr>
              <w:t>N</w:t>
            </w:r>
            <w:r w:rsidRPr="00B057EB">
              <w:rPr>
                <w:sz w:val="20"/>
                <w:szCs w:val="20"/>
              </w:rPr>
              <w:t>ame</w:t>
            </w:r>
            <w:r w:rsidR="00312C1F">
              <w:rPr>
                <w:sz w:val="20"/>
                <w:szCs w:val="20"/>
              </w:rPr>
              <w:t>:</w:t>
            </w:r>
          </w:p>
          <w:p w:rsidR="00F6340F" w:rsidRPr="00B057EB" w:rsidP="004A0E39" w14:paraId="5E5AE650" w14:textId="69C1613F">
            <w:pPr>
              <w:tabs>
                <w:tab w:val="left" w:pos="280"/>
              </w:tabs>
              <w:spacing w:after="0" w:line="264" w:lineRule="auto"/>
              <w:rPr>
                <w:sz w:val="20"/>
                <w:szCs w:val="20"/>
              </w:rPr>
            </w:pPr>
          </w:p>
        </w:tc>
        <w:tc>
          <w:tcPr>
            <w:tcW w:w="2121" w:type="dxa"/>
            <w:tcMar>
              <w:top w:w="14" w:type="dxa"/>
              <w:left w:w="29" w:type="dxa"/>
              <w:bottom w:w="14" w:type="dxa"/>
              <w:right w:w="29" w:type="dxa"/>
            </w:tcMar>
          </w:tcPr>
          <w:p w:rsidR="00F6340F" w:rsidRPr="00B057EB" w:rsidP="0042717F" w14:paraId="60427216" w14:textId="7F697AAB">
            <w:pPr>
              <w:tabs>
                <w:tab w:val="left" w:pos="280"/>
              </w:tabs>
              <w:spacing w:after="120" w:line="264" w:lineRule="auto"/>
              <w:rPr>
                <w:sz w:val="20"/>
                <w:szCs w:val="20"/>
              </w:rPr>
            </w:pPr>
            <w:r w:rsidRPr="00B057EB">
              <w:rPr>
                <w:sz w:val="20"/>
                <w:szCs w:val="20"/>
              </w:rPr>
              <w:t>Phone:</w:t>
            </w:r>
          </w:p>
        </w:tc>
        <w:tc>
          <w:tcPr>
            <w:tcW w:w="3381" w:type="dxa"/>
            <w:gridSpan w:val="4"/>
            <w:tcMar>
              <w:top w:w="14" w:type="dxa"/>
              <w:left w:w="29" w:type="dxa"/>
              <w:bottom w:w="14" w:type="dxa"/>
              <w:right w:w="29" w:type="dxa"/>
            </w:tcMar>
          </w:tcPr>
          <w:p w:rsidR="00F6340F" w:rsidRPr="00B057EB" w:rsidP="0042717F" w14:paraId="701FACD3" w14:textId="54E29BE6">
            <w:pPr>
              <w:tabs>
                <w:tab w:val="left" w:pos="280"/>
              </w:tabs>
              <w:spacing w:after="120" w:line="264" w:lineRule="auto"/>
              <w:rPr>
                <w:sz w:val="20"/>
                <w:szCs w:val="20"/>
              </w:rPr>
            </w:pPr>
            <w:r w:rsidRPr="00B057EB">
              <w:rPr>
                <w:sz w:val="20"/>
                <w:szCs w:val="20"/>
              </w:rPr>
              <w:t>Email:</w:t>
            </w:r>
          </w:p>
        </w:tc>
      </w:tr>
      <w:tr w14:paraId="3418911A" w14:textId="77777777" w:rsidTr="4DC546DC">
        <w:tblPrEx>
          <w:tblW w:w="10151" w:type="dxa"/>
          <w:jc w:val="center"/>
          <w:tblLook w:val="04A0"/>
        </w:tblPrEx>
        <w:trPr>
          <w:trHeight w:val="20"/>
          <w:jc w:val="center"/>
        </w:trPr>
        <w:tc>
          <w:tcPr>
            <w:tcW w:w="10151" w:type="dxa"/>
            <w:gridSpan w:val="7"/>
            <w:tcMar>
              <w:top w:w="14" w:type="dxa"/>
              <w:left w:w="29" w:type="dxa"/>
              <w:bottom w:w="14" w:type="dxa"/>
              <w:right w:w="29" w:type="dxa"/>
            </w:tcMar>
          </w:tcPr>
          <w:p w:rsidR="000B599B" w:rsidP="0042717F" w14:paraId="738C2853" w14:textId="10B1F62F">
            <w:pPr>
              <w:tabs>
                <w:tab w:val="left" w:pos="280"/>
              </w:tabs>
              <w:spacing w:after="0" w:line="264" w:lineRule="auto"/>
              <w:rPr>
                <w:sz w:val="20"/>
                <w:szCs w:val="20"/>
              </w:rPr>
            </w:pPr>
            <w:r w:rsidRPr="00685279">
              <w:rPr>
                <w:b/>
                <w:bCs/>
                <w:sz w:val="20"/>
                <w:szCs w:val="20"/>
              </w:rPr>
              <w:t>2</w:t>
            </w:r>
            <w:r>
              <w:rPr>
                <w:sz w:val="20"/>
                <w:szCs w:val="20"/>
              </w:rPr>
              <w:t xml:space="preserve">. </w:t>
            </w:r>
            <w:r w:rsidRPr="00B057EB" w:rsidR="00D63D4C">
              <w:rPr>
                <w:sz w:val="20"/>
                <w:szCs w:val="20"/>
              </w:rPr>
              <w:t>Do</w:t>
            </w:r>
            <w:r w:rsidR="004C236A">
              <w:rPr>
                <w:sz w:val="20"/>
                <w:szCs w:val="20"/>
              </w:rPr>
              <w:t xml:space="preserve"> you</w:t>
            </w:r>
            <w:r w:rsidRPr="00B057EB" w:rsidR="00D63D4C">
              <w:rPr>
                <w:sz w:val="20"/>
                <w:szCs w:val="20"/>
              </w:rPr>
              <w:t xml:space="preserve"> have a Predeparture </w:t>
            </w:r>
            <w:r w:rsidR="00F16BDC">
              <w:rPr>
                <w:sz w:val="20"/>
                <w:szCs w:val="20"/>
              </w:rPr>
              <w:t xml:space="preserve">Health </w:t>
            </w:r>
            <w:r w:rsidRPr="00B057EB" w:rsidR="00D63D4C">
              <w:rPr>
                <w:sz w:val="20"/>
                <w:szCs w:val="20"/>
              </w:rPr>
              <w:t>Assessment Form</w:t>
            </w:r>
            <w:r w:rsidR="004C236A">
              <w:rPr>
                <w:sz w:val="20"/>
                <w:szCs w:val="20"/>
              </w:rPr>
              <w:t xml:space="preserve"> </w:t>
            </w:r>
            <w:r w:rsidR="00F04D7E">
              <w:rPr>
                <w:sz w:val="20"/>
                <w:szCs w:val="20"/>
              </w:rPr>
              <w:t xml:space="preserve">(or equivalent) </w:t>
            </w:r>
            <w:r w:rsidR="006707B2">
              <w:rPr>
                <w:sz w:val="20"/>
                <w:szCs w:val="20"/>
              </w:rPr>
              <w:t>from</w:t>
            </w:r>
            <w:r w:rsidR="004C236A">
              <w:rPr>
                <w:sz w:val="20"/>
                <w:szCs w:val="20"/>
              </w:rPr>
              <w:t xml:space="preserve"> your organization</w:t>
            </w:r>
            <w:r w:rsidRPr="00B057EB" w:rsidR="00D63D4C">
              <w:rPr>
                <w:sz w:val="20"/>
                <w:szCs w:val="20"/>
              </w:rPr>
              <w:t xml:space="preserve">? </w:t>
            </w:r>
          </w:p>
          <w:p w:rsidR="00D63D4C" w:rsidRPr="00B057EB" w:rsidP="0042717F" w14:paraId="5929CFDF" w14:textId="0FC28DD0">
            <w:pPr>
              <w:tabs>
                <w:tab w:val="left" w:pos="280"/>
              </w:tabs>
              <w:spacing w:after="0" w:line="264" w:lineRule="auto"/>
              <w:rPr>
                <w:sz w:val="20"/>
                <w:szCs w:val="20"/>
              </w:rPr>
            </w:pPr>
            <w:r>
              <w:rPr>
                <w:sz w:val="20"/>
                <w:szCs w:val="20"/>
              </w:rPr>
              <w:tab/>
            </w:r>
            <w:r w:rsidRPr="00B057EB">
              <w:rPr>
                <w:sz w:val="20"/>
                <w:szCs w:val="20"/>
              </w:rPr>
              <w:t>☐ YES</w:t>
            </w:r>
            <w:r w:rsidR="008A7FFD">
              <w:rPr>
                <w:sz w:val="20"/>
                <w:szCs w:val="20"/>
              </w:rPr>
              <w:t xml:space="preserve">, </w:t>
            </w:r>
            <w:r w:rsidRPr="00B057EB">
              <w:rPr>
                <w:sz w:val="20"/>
                <w:szCs w:val="20"/>
              </w:rPr>
              <w:t>copy available</w:t>
            </w:r>
            <w:r w:rsidR="00086A69">
              <w:rPr>
                <w:sz w:val="20"/>
                <w:szCs w:val="20"/>
              </w:rPr>
              <w:t xml:space="preserve"> </w:t>
            </w:r>
            <w:r w:rsidR="009C5349">
              <w:rPr>
                <w:sz w:val="20"/>
                <w:szCs w:val="20"/>
              </w:rPr>
              <w:tab/>
            </w:r>
            <w:r w:rsidR="009C5349">
              <w:rPr>
                <w:sz w:val="20"/>
                <w:szCs w:val="20"/>
              </w:rPr>
              <w:tab/>
            </w:r>
            <w:r w:rsidR="00D97DAE">
              <w:rPr>
                <w:sz w:val="20"/>
                <w:szCs w:val="20"/>
              </w:rPr>
              <w:tab/>
            </w:r>
            <w:r w:rsidRPr="00B057EB" w:rsidR="00086A69">
              <w:rPr>
                <w:sz w:val="20"/>
                <w:szCs w:val="20"/>
              </w:rPr>
              <w:t xml:space="preserve">☐ </w:t>
            </w:r>
            <w:r w:rsidR="00086A69">
              <w:rPr>
                <w:sz w:val="20"/>
                <w:szCs w:val="20"/>
              </w:rPr>
              <w:t>YES</w:t>
            </w:r>
            <w:r w:rsidR="008A7FFD">
              <w:rPr>
                <w:sz w:val="20"/>
                <w:szCs w:val="20"/>
              </w:rPr>
              <w:t>, but copy NOT</w:t>
            </w:r>
            <w:r w:rsidRPr="00B057EB" w:rsidR="00086A69">
              <w:rPr>
                <w:sz w:val="20"/>
                <w:szCs w:val="20"/>
              </w:rPr>
              <w:t xml:space="preserve"> available</w:t>
            </w:r>
            <w:r w:rsidR="00D849BE">
              <w:rPr>
                <w:sz w:val="20"/>
                <w:szCs w:val="20"/>
              </w:rPr>
              <w:t xml:space="preserve"> </w:t>
            </w:r>
            <w:r w:rsidR="009C5349">
              <w:rPr>
                <w:sz w:val="20"/>
                <w:szCs w:val="20"/>
              </w:rPr>
              <w:tab/>
            </w:r>
            <w:r w:rsidR="009C5349">
              <w:rPr>
                <w:sz w:val="20"/>
                <w:szCs w:val="20"/>
              </w:rPr>
              <w:tab/>
            </w:r>
            <w:r w:rsidR="00D97DAE">
              <w:rPr>
                <w:sz w:val="20"/>
                <w:szCs w:val="20"/>
              </w:rPr>
              <w:tab/>
            </w:r>
            <w:r w:rsidRPr="00B057EB">
              <w:rPr>
                <w:sz w:val="20"/>
                <w:szCs w:val="20"/>
              </w:rPr>
              <w:t>☐ NO</w:t>
            </w:r>
            <w:r w:rsidR="008A7FFD">
              <w:rPr>
                <w:sz w:val="20"/>
                <w:szCs w:val="20"/>
              </w:rPr>
              <w:t xml:space="preserve">, </w:t>
            </w:r>
            <w:r w:rsidRPr="00B057EB">
              <w:rPr>
                <w:sz w:val="20"/>
                <w:szCs w:val="20"/>
              </w:rPr>
              <w:t>not done</w:t>
            </w:r>
          </w:p>
        </w:tc>
      </w:tr>
      <w:tr w14:paraId="6A00D23F" w14:textId="77777777" w:rsidTr="0063540C">
        <w:tblPrEx>
          <w:tblW w:w="10151" w:type="dxa"/>
          <w:jc w:val="center"/>
          <w:tblLook w:val="04A0"/>
        </w:tblPrEx>
        <w:trPr>
          <w:trHeight w:val="107"/>
          <w:jc w:val="center"/>
        </w:trPr>
        <w:tc>
          <w:tcPr>
            <w:tcW w:w="9085" w:type="dxa"/>
            <w:gridSpan w:val="5"/>
            <w:shd w:val="clear" w:color="auto" w:fill="548DD4" w:themeFill="text2" w:themeFillTint="99"/>
            <w:tcMar>
              <w:top w:w="14" w:type="dxa"/>
              <w:left w:w="29" w:type="dxa"/>
              <w:bottom w:w="14" w:type="dxa"/>
              <w:right w:w="29" w:type="dxa"/>
            </w:tcMar>
          </w:tcPr>
          <w:p w:rsidR="00703208" w:rsidRPr="0063540C" w:rsidP="0042717F" w14:paraId="53963B2E" w14:textId="6A10E280">
            <w:pPr>
              <w:pStyle w:val="ListParagraph"/>
              <w:numPr>
                <w:ilvl w:val="0"/>
                <w:numId w:val="12"/>
              </w:numPr>
              <w:tabs>
                <w:tab w:val="left" w:pos="280"/>
                <w:tab w:val="clear" w:pos="288"/>
              </w:tabs>
              <w:spacing w:after="0" w:line="264" w:lineRule="auto"/>
              <w:rPr>
                <w:b/>
                <w:bCs/>
                <w:color w:val="FFFFFF" w:themeColor="background1"/>
                <w:sz w:val="20"/>
                <w:szCs w:val="20"/>
              </w:rPr>
            </w:pPr>
            <w:r w:rsidRPr="0063540C">
              <w:rPr>
                <w:b/>
                <w:color w:val="FFFFFF" w:themeColor="background1"/>
                <w:sz w:val="20"/>
                <w:szCs w:val="20"/>
              </w:rPr>
              <w:t xml:space="preserve">Contact with </w:t>
            </w:r>
            <w:r w:rsidRPr="0063540C" w:rsidR="004B7F2C">
              <w:rPr>
                <w:b/>
                <w:color w:val="FFFFFF" w:themeColor="background1"/>
                <w:sz w:val="20"/>
                <w:szCs w:val="20"/>
              </w:rPr>
              <w:t>Si</w:t>
            </w:r>
            <w:r w:rsidRPr="0063540C">
              <w:rPr>
                <w:b/>
                <w:color w:val="FFFFFF" w:themeColor="background1"/>
                <w:sz w:val="20"/>
                <w:szCs w:val="20"/>
              </w:rPr>
              <w:t>ck</w:t>
            </w:r>
            <w:r w:rsidRPr="0063540C" w:rsidR="00CA718E">
              <w:rPr>
                <w:b/>
                <w:color w:val="FFFFFF" w:themeColor="background1"/>
                <w:sz w:val="20"/>
                <w:szCs w:val="20"/>
              </w:rPr>
              <w:t xml:space="preserve"> </w:t>
            </w:r>
            <w:r w:rsidRPr="0063540C" w:rsidR="004B7F2C">
              <w:rPr>
                <w:b/>
                <w:color w:val="FFFFFF" w:themeColor="background1"/>
                <w:sz w:val="20"/>
                <w:szCs w:val="20"/>
              </w:rPr>
              <w:t>P</w:t>
            </w:r>
            <w:r w:rsidRPr="0063540C">
              <w:rPr>
                <w:b/>
                <w:color w:val="FFFFFF" w:themeColor="background1"/>
                <w:sz w:val="20"/>
                <w:szCs w:val="20"/>
              </w:rPr>
              <w:t>erso</w:t>
            </w:r>
            <w:r w:rsidRPr="0063540C" w:rsidR="00CA718E">
              <w:rPr>
                <w:b/>
                <w:color w:val="FFFFFF" w:themeColor="background1"/>
                <w:sz w:val="20"/>
                <w:szCs w:val="20"/>
              </w:rPr>
              <w:t xml:space="preserve">n </w:t>
            </w:r>
            <w:r w:rsidRPr="0063540C" w:rsidR="00F072D9">
              <w:rPr>
                <w:b/>
                <w:color w:val="FFFFFF" w:themeColor="background1"/>
                <w:sz w:val="20"/>
                <w:szCs w:val="20"/>
              </w:rPr>
              <w:t>/</w:t>
            </w:r>
            <w:r w:rsidRPr="0063540C" w:rsidR="00CA718E">
              <w:rPr>
                <w:b/>
                <w:color w:val="FFFFFF" w:themeColor="background1"/>
                <w:sz w:val="20"/>
                <w:szCs w:val="20"/>
              </w:rPr>
              <w:t xml:space="preserve"> </w:t>
            </w:r>
            <w:r w:rsidRPr="0063540C" w:rsidR="004B7F2C">
              <w:rPr>
                <w:b/>
                <w:color w:val="FFFFFF" w:themeColor="background1"/>
                <w:sz w:val="20"/>
                <w:szCs w:val="20"/>
              </w:rPr>
              <w:t>B</w:t>
            </w:r>
            <w:r w:rsidRPr="0063540C" w:rsidR="00CA718E">
              <w:rPr>
                <w:b/>
                <w:color w:val="FFFFFF" w:themeColor="background1"/>
                <w:sz w:val="20"/>
                <w:szCs w:val="20"/>
              </w:rPr>
              <w:t xml:space="preserve">ody </w:t>
            </w:r>
            <w:r w:rsidRPr="0063540C" w:rsidR="004B7F2C">
              <w:rPr>
                <w:b/>
                <w:color w:val="FFFFFF" w:themeColor="background1"/>
                <w:sz w:val="20"/>
                <w:szCs w:val="20"/>
              </w:rPr>
              <w:t>F</w:t>
            </w:r>
            <w:r w:rsidRPr="0063540C">
              <w:rPr>
                <w:b/>
                <w:color w:val="FFFFFF" w:themeColor="background1"/>
                <w:sz w:val="20"/>
                <w:szCs w:val="20"/>
              </w:rPr>
              <w:t>luids</w:t>
            </w:r>
            <w:r w:rsidRPr="0063540C" w:rsidR="0080676F">
              <w:rPr>
                <w:b/>
                <w:color w:val="FFFFFF" w:themeColor="background1"/>
                <w:sz w:val="20"/>
                <w:szCs w:val="20"/>
              </w:rPr>
              <w:t xml:space="preserve"> </w:t>
            </w:r>
            <w:r w:rsidRPr="0063540C" w:rsidR="006613C6">
              <w:rPr>
                <w:b/>
                <w:color w:val="FFFFFF" w:themeColor="background1"/>
                <w:sz w:val="20"/>
                <w:szCs w:val="20"/>
              </w:rPr>
              <w:t xml:space="preserve"> </w:t>
            </w:r>
            <w:r w:rsidRPr="0063540C" w:rsidR="006613C6">
              <w:rPr>
                <w:rFonts w:ascii="Wingdings" w:eastAsia="Wingdings" w:hAnsi="Wingdings" w:cs="Wingdings"/>
                <w:b/>
                <w:color w:val="FFFFFF" w:themeColor="background1"/>
                <w:sz w:val="16"/>
                <w:szCs w:val="16"/>
              </w:rPr>
              <w:t>à</w:t>
            </w:r>
            <w:r w:rsidRPr="0063540C" w:rsidR="0080676F">
              <w:rPr>
                <w:b/>
                <w:color w:val="FFFFFF" w:themeColor="background1"/>
                <w:sz w:val="20"/>
                <w:szCs w:val="20"/>
              </w:rPr>
              <w:t xml:space="preserve"> </w:t>
            </w:r>
            <w:r w:rsidRPr="0063540C" w:rsidR="0080676F">
              <w:rPr>
                <w:b/>
                <w:bCs/>
                <w:color w:val="FFFFFF" w:themeColor="background1"/>
                <w:sz w:val="20"/>
                <w:szCs w:val="20"/>
              </w:rPr>
              <w:t>IN THE PAST 21 DAYS, DID YOU:</w:t>
            </w:r>
          </w:p>
        </w:tc>
        <w:tc>
          <w:tcPr>
            <w:tcW w:w="540" w:type="dxa"/>
            <w:shd w:val="clear" w:color="auto" w:fill="548DD4" w:themeFill="text2" w:themeFillTint="99"/>
            <w:tcMar>
              <w:top w:w="14" w:type="dxa"/>
              <w:left w:w="29" w:type="dxa"/>
              <w:bottom w:w="14" w:type="dxa"/>
              <w:right w:w="29" w:type="dxa"/>
            </w:tcMar>
          </w:tcPr>
          <w:p w:rsidR="00703208" w:rsidRPr="0063540C" w:rsidP="0042717F" w14:paraId="45694048"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703208" w:rsidRPr="0063540C" w:rsidP="0042717F" w14:paraId="71D3EB8F"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NO</w:t>
            </w:r>
          </w:p>
        </w:tc>
      </w:tr>
      <w:tr w14:paraId="541A2579" w14:textId="77777777" w:rsidTr="009E1255">
        <w:tblPrEx>
          <w:tblW w:w="10151" w:type="dxa"/>
          <w:jc w:val="center"/>
          <w:tblLook w:val="04A0"/>
        </w:tblPrEx>
        <w:trPr>
          <w:trHeight w:val="20"/>
          <w:jc w:val="center"/>
        </w:trPr>
        <w:tc>
          <w:tcPr>
            <w:tcW w:w="9085" w:type="dxa"/>
            <w:gridSpan w:val="5"/>
            <w:tcMar>
              <w:top w:w="14" w:type="dxa"/>
              <w:left w:w="29" w:type="dxa"/>
              <w:bottom w:w="14" w:type="dxa"/>
              <w:right w:w="29" w:type="dxa"/>
            </w:tcMar>
          </w:tcPr>
          <w:p w:rsidR="00AF64C2" w:rsidP="00B86E32" w14:paraId="58747F70" w14:textId="77777777">
            <w:pPr>
              <w:tabs>
                <w:tab w:val="right" w:pos="8964"/>
              </w:tabs>
              <w:spacing w:after="0" w:line="264" w:lineRule="auto"/>
              <w:rPr>
                <w:sz w:val="20"/>
                <w:szCs w:val="20"/>
              </w:rPr>
            </w:pPr>
            <w:r w:rsidRPr="009C5349">
              <w:rPr>
                <w:b/>
                <w:bCs/>
                <w:sz w:val="20"/>
                <w:szCs w:val="20"/>
              </w:rPr>
              <w:t>1</w:t>
            </w:r>
            <w:r w:rsidRPr="003D2976">
              <w:rPr>
                <w:sz w:val="20"/>
                <w:szCs w:val="20"/>
              </w:rPr>
              <w:t xml:space="preserve">. </w:t>
            </w:r>
            <w:r>
              <w:rPr>
                <w:sz w:val="20"/>
                <w:szCs w:val="20"/>
              </w:rPr>
              <w:t>H</w:t>
            </w:r>
            <w:r w:rsidRPr="003D2976">
              <w:rPr>
                <w:sz w:val="20"/>
                <w:szCs w:val="20"/>
              </w:rPr>
              <w:t xml:space="preserve">ave </w:t>
            </w:r>
            <w:r w:rsidR="009B11B4">
              <w:rPr>
                <w:sz w:val="20"/>
                <w:szCs w:val="20"/>
              </w:rPr>
              <w:t xml:space="preserve">physical </w:t>
            </w:r>
            <w:r w:rsidRPr="003D2976">
              <w:rPr>
                <w:sz w:val="20"/>
                <w:szCs w:val="20"/>
              </w:rPr>
              <w:t>contact with any sick person</w:t>
            </w:r>
            <w:r w:rsidR="002252D9">
              <w:rPr>
                <w:sz w:val="20"/>
                <w:szCs w:val="20"/>
              </w:rPr>
              <w:t xml:space="preserve"> with or without personal protective equipment (PPE)</w:t>
            </w:r>
            <w:r w:rsidR="00E65EFC">
              <w:rPr>
                <w:sz w:val="20"/>
                <w:szCs w:val="20"/>
              </w:rPr>
              <w:t>?</w:t>
            </w:r>
          </w:p>
          <w:p w:rsidR="00CC6B9A" w:rsidRPr="00B057EB" w:rsidP="00B86E32" w14:paraId="253E6983" w14:textId="5E8221E5">
            <w:pPr>
              <w:tabs>
                <w:tab w:val="right" w:pos="8964"/>
              </w:tabs>
              <w:spacing w:after="0" w:line="264" w:lineRule="auto"/>
              <w:rPr>
                <w:sz w:val="20"/>
                <w:szCs w:val="20"/>
              </w:rPr>
            </w:pPr>
            <w:r w:rsidRPr="00AF64C2">
              <w:rPr>
                <w:b/>
                <w:bCs/>
                <w:i/>
                <w:iCs/>
                <w:szCs w:val="18"/>
              </w:rPr>
              <w:t>(</w:t>
            </w:r>
            <w:r>
              <w:rPr>
                <w:b/>
                <w:bCs/>
                <w:i/>
                <w:iCs/>
                <w:szCs w:val="18"/>
              </w:rPr>
              <w:t>I</w:t>
            </w:r>
            <w:r w:rsidRPr="00AF64C2">
              <w:rPr>
                <w:b/>
                <w:bCs/>
                <w:i/>
                <w:iCs/>
                <w:szCs w:val="18"/>
              </w:rPr>
              <w:t>f NO, skip to Section E.)</w:t>
            </w:r>
            <w:r>
              <w:rPr>
                <w:b/>
                <w:bCs/>
                <w:sz w:val="20"/>
                <w:szCs w:val="20"/>
              </w:rPr>
              <w:tab/>
            </w:r>
            <w:r w:rsidRPr="00870F7D">
              <w:rPr>
                <w:sz w:val="20"/>
                <w:szCs w:val="20"/>
              </w:rPr>
              <w:t>☐ UNSURE</w:t>
            </w:r>
          </w:p>
        </w:tc>
        <w:tc>
          <w:tcPr>
            <w:tcW w:w="540" w:type="dxa"/>
            <w:shd w:val="clear" w:color="auto" w:fill="F2F2F2" w:themeFill="background1" w:themeFillShade="F2"/>
            <w:tcMar>
              <w:top w:w="14" w:type="dxa"/>
              <w:left w:w="29" w:type="dxa"/>
              <w:bottom w:w="14" w:type="dxa"/>
              <w:right w:w="29" w:type="dxa"/>
            </w:tcMar>
            <w:vAlign w:val="center"/>
          </w:tcPr>
          <w:p w:rsidR="00CC6B9A" w:rsidRPr="00B057EB" w:rsidP="009E1255" w14:paraId="66629C28"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CC6B9A" w:rsidRPr="00B057EB" w:rsidP="009E1255" w14:paraId="700D9500" w14:textId="73C56BDE">
            <w:pPr>
              <w:tabs>
                <w:tab w:val="left" w:pos="280"/>
              </w:tabs>
              <w:spacing w:after="0" w:line="264" w:lineRule="auto"/>
              <w:jc w:val="center"/>
              <w:rPr>
                <w:sz w:val="20"/>
                <w:szCs w:val="20"/>
              </w:rPr>
            </w:pPr>
            <w:r w:rsidRPr="00B057EB">
              <w:rPr>
                <w:sz w:val="20"/>
                <w:szCs w:val="20"/>
              </w:rPr>
              <w:t>☐</w:t>
            </w:r>
          </w:p>
        </w:tc>
      </w:tr>
      <w:tr w14:paraId="6DB8C341" w14:textId="77777777" w:rsidTr="4DC546DC">
        <w:tblPrEx>
          <w:tblW w:w="10151" w:type="dxa"/>
          <w:jc w:val="center"/>
          <w:tblLook w:val="04A0"/>
        </w:tblPrEx>
        <w:trPr>
          <w:trHeight w:val="20"/>
          <w:jc w:val="center"/>
        </w:trPr>
        <w:tc>
          <w:tcPr>
            <w:tcW w:w="10151" w:type="dxa"/>
            <w:gridSpan w:val="7"/>
            <w:tcMar>
              <w:top w:w="14" w:type="dxa"/>
              <w:left w:w="29" w:type="dxa"/>
              <w:bottom w:w="14" w:type="dxa"/>
              <w:right w:w="29" w:type="dxa"/>
            </w:tcMar>
          </w:tcPr>
          <w:p w:rsidR="00CC6B9A" w:rsidRPr="000F617C" w:rsidP="0042717F" w14:paraId="4A31A5F7" w14:textId="6F4464CF">
            <w:pPr>
              <w:tabs>
                <w:tab w:val="left" w:pos="249"/>
                <w:tab w:val="left" w:pos="280"/>
                <w:tab w:val="right" w:pos="8964"/>
              </w:tabs>
              <w:spacing w:after="0" w:line="264" w:lineRule="auto"/>
              <w:rPr>
                <w:b/>
                <w:bCs/>
                <w:sz w:val="20"/>
                <w:szCs w:val="20"/>
              </w:rPr>
            </w:pPr>
            <w:r>
              <w:rPr>
                <w:b/>
                <w:bCs/>
                <w:sz w:val="20"/>
                <w:szCs w:val="20"/>
              </w:rPr>
              <w:tab/>
            </w:r>
            <w:r>
              <w:rPr>
                <w:b/>
                <w:bCs/>
                <w:sz w:val="20"/>
                <w:szCs w:val="20"/>
              </w:rPr>
              <w:t>If YES or UNSURE about contact with a sick person, did you have contact with:</w:t>
            </w:r>
          </w:p>
        </w:tc>
      </w:tr>
      <w:tr w14:paraId="48C9FEFE"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42717F" w14:paraId="56B4C9F8" w14:textId="682F3626">
            <w:pPr>
              <w:tabs>
                <w:tab w:val="left" w:pos="234"/>
                <w:tab w:val="left" w:pos="280"/>
                <w:tab w:val="right" w:pos="8964"/>
              </w:tabs>
              <w:spacing w:after="0" w:line="264" w:lineRule="auto"/>
              <w:rPr>
                <w:sz w:val="20"/>
                <w:szCs w:val="20"/>
              </w:rPr>
            </w:pPr>
            <w:r>
              <w:rPr>
                <w:sz w:val="20"/>
                <w:szCs w:val="20"/>
              </w:rPr>
              <w:tab/>
            </w:r>
            <w:r>
              <w:rPr>
                <w:sz w:val="20"/>
                <w:szCs w:val="20"/>
              </w:rPr>
              <w:t>Any person with a fever?</w:t>
            </w:r>
            <w:r>
              <w:rPr>
                <w:sz w:val="20"/>
                <w:szCs w:val="20"/>
              </w:rPr>
              <w:tab/>
            </w:r>
            <w:r w:rsidRPr="00870F7D">
              <w:rPr>
                <w:sz w:val="20"/>
                <w:szCs w:val="20"/>
              </w:rPr>
              <w:t>☐ UNSURE</w:t>
            </w:r>
            <w:r w:rsidRPr="00B057EB">
              <w:rPr>
                <w:b/>
                <w:bCs/>
                <w:sz w:val="20"/>
                <w:szCs w:val="20"/>
              </w:rPr>
              <w:t xml:space="preserve">   </w:t>
            </w:r>
          </w:p>
        </w:tc>
        <w:tc>
          <w:tcPr>
            <w:tcW w:w="540" w:type="dxa"/>
            <w:shd w:val="clear" w:color="auto" w:fill="F2F2F2" w:themeFill="background1" w:themeFillShade="F2"/>
            <w:tcMar>
              <w:top w:w="14" w:type="dxa"/>
              <w:left w:w="29" w:type="dxa"/>
              <w:bottom w:w="14" w:type="dxa"/>
              <w:right w:w="29" w:type="dxa"/>
            </w:tcMar>
          </w:tcPr>
          <w:p w:rsidR="00CC6B9A" w:rsidRPr="00B057EB" w:rsidP="0042717F" w14:paraId="70B5119F" w14:textId="77777777">
            <w:pPr>
              <w:tabs>
                <w:tab w:val="left" w:pos="234"/>
                <w:tab w:val="left" w:pos="26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CC6B9A" w:rsidRPr="00B057EB" w:rsidP="0042717F" w14:paraId="6D71FB7E" w14:textId="77777777">
            <w:pPr>
              <w:tabs>
                <w:tab w:val="left" w:pos="234"/>
                <w:tab w:val="left" w:pos="260"/>
              </w:tabs>
              <w:spacing w:after="0" w:line="264" w:lineRule="auto"/>
              <w:jc w:val="center"/>
              <w:rPr>
                <w:sz w:val="20"/>
                <w:szCs w:val="20"/>
              </w:rPr>
            </w:pPr>
            <w:r w:rsidRPr="00B057EB">
              <w:rPr>
                <w:sz w:val="20"/>
                <w:szCs w:val="20"/>
              </w:rPr>
              <w:t>☐</w:t>
            </w:r>
          </w:p>
        </w:tc>
      </w:tr>
      <w:tr w14:paraId="4C615D67"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42717F" w14:paraId="5355177F" w14:textId="62154629">
            <w:pPr>
              <w:tabs>
                <w:tab w:val="left" w:pos="234"/>
                <w:tab w:val="left" w:pos="260"/>
                <w:tab w:val="right" w:pos="8964"/>
              </w:tabs>
              <w:spacing w:after="0" w:line="264" w:lineRule="auto"/>
              <w:rPr>
                <w:sz w:val="20"/>
                <w:szCs w:val="20"/>
              </w:rPr>
            </w:pPr>
            <w:r>
              <w:rPr>
                <w:sz w:val="20"/>
                <w:szCs w:val="20"/>
              </w:rPr>
              <w:tab/>
            </w:r>
            <w:r>
              <w:rPr>
                <w:sz w:val="20"/>
                <w:szCs w:val="20"/>
              </w:rPr>
              <w:t xml:space="preserve">Any person who was suspected of having </w:t>
            </w:r>
            <w:r w:rsidR="003A4734">
              <w:rPr>
                <w:sz w:val="20"/>
                <w:szCs w:val="20"/>
              </w:rPr>
              <w:t xml:space="preserve">an illness </w:t>
            </w:r>
            <w:r w:rsidR="0091792A">
              <w:rPr>
                <w:sz w:val="20"/>
                <w:szCs w:val="20"/>
              </w:rPr>
              <w:t>like</w:t>
            </w:r>
            <w:r w:rsidR="00130E5A">
              <w:rPr>
                <w:sz w:val="20"/>
                <w:szCs w:val="20"/>
              </w:rPr>
              <w:t xml:space="preserve"> </w:t>
            </w:r>
            <w:r>
              <w:rPr>
                <w:sz w:val="20"/>
                <w:szCs w:val="20"/>
              </w:rPr>
              <w:t>Ebola?</w:t>
            </w:r>
            <w:r>
              <w:rPr>
                <w:sz w:val="20"/>
                <w:szCs w:val="20"/>
              </w:rPr>
              <w:tab/>
            </w:r>
            <w:r w:rsidRPr="00870F7D">
              <w:rPr>
                <w:sz w:val="20"/>
                <w:szCs w:val="20"/>
              </w:rPr>
              <w:t>☐ UNSURE</w:t>
            </w:r>
            <w:r w:rsidRPr="00B057EB">
              <w:rPr>
                <w:b/>
                <w:bCs/>
                <w:sz w:val="20"/>
                <w:szCs w:val="20"/>
              </w:rPr>
              <w:t xml:space="preserve">   </w:t>
            </w:r>
          </w:p>
        </w:tc>
        <w:tc>
          <w:tcPr>
            <w:tcW w:w="540" w:type="dxa"/>
            <w:shd w:val="clear" w:color="auto" w:fill="F2F2F2" w:themeFill="background1" w:themeFillShade="F2"/>
            <w:tcMar>
              <w:top w:w="14" w:type="dxa"/>
              <w:left w:w="29" w:type="dxa"/>
              <w:bottom w:w="14" w:type="dxa"/>
              <w:right w:w="29" w:type="dxa"/>
            </w:tcMar>
          </w:tcPr>
          <w:p w:rsidR="00CC6B9A" w:rsidRPr="00B057EB" w:rsidP="0042717F" w14:paraId="0273424D" w14:textId="77777777">
            <w:pPr>
              <w:tabs>
                <w:tab w:val="left" w:pos="234"/>
                <w:tab w:val="left" w:pos="26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CC6B9A" w:rsidRPr="00B057EB" w:rsidP="0042717F" w14:paraId="1AC32B50" w14:textId="77777777">
            <w:pPr>
              <w:tabs>
                <w:tab w:val="left" w:pos="234"/>
                <w:tab w:val="left" w:pos="260"/>
              </w:tabs>
              <w:spacing w:after="0" w:line="264" w:lineRule="auto"/>
              <w:jc w:val="center"/>
              <w:rPr>
                <w:sz w:val="20"/>
                <w:szCs w:val="20"/>
              </w:rPr>
            </w:pPr>
            <w:r w:rsidRPr="00B057EB">
              <w:rPr>
                <w:sz w:val="20"/>
                <w:szCs w:val="20"/>
              </w:rPr>
              <w:t>☐</w:t>
            </w:r>
          </w:p>
        </w:tc>
      </w:tr>
      <w:tr w14:paraId="4286033C" w14:textId="77777777" w:rsidTr="004A0EBE">
        <w:tblPrEx>
          <w:tblW w:w="10151" w:type="dxa"/>
          <w:jc w:val="center"/>
          <w:tblLook w:val="04A0"/>
        </w:tblPrEx>
        <w:trPr>
          <w:trHeight w:val="93"/>
          <w:jc w:val="center"/>
        </w:trPr>
        <w:tc>
          <w:tcPr>
            <w:tcW w:w="9085" w:type="dxa"/>
            <w:gridSpan w:val="5"/>
            <w:tcMar>
              <w:top w:w="14" w:type="dxa"/>
              <w:left w:w="29" w:type="dxa"/>
              <w:bottom w:w="14" w:type="dxa"/>
              <w:right w:w="29" w:type="dxa"/>
            </w:tcMar>
          </w:tcPr>
          <w:p w:rsidR="00CC6B9A" w:rsidRPr="00B057EB" w:rsidP="00AD6BC0" w14:paraId="59A82CAA" w14:textId="37373D3F">
            <w:pPr>
              <w:tabs>
                <w:tab w:val="left" w:pos="234"/>
                <w:tab w:val="left" w:pos="260"/>
                <w:tab w:val="right" w:pos="7980"/>
                <w:tab w:val="right" w:pos="8964"/>
                <w:tab w:val="right" w:pos="9030"/>
              </w:tabs>
              <w:spacing w:after="0" w:line="264" w:lineRule="auto"/>
              <w:rPr>
                <w:sz w:val="20"/>
                <w:szCs w:val="20"/>
              </w:rPr>
            </w:pPr>
            <w:r>
              <w:rPr>
                <w:sz w:val="20"/>
                <w:szCs w:val="20"/>
              </w:rPr>
              <w:tab/>
            </w:r>
            <w:r w:rsidR="00B83D87">
              <w:rPr>
                <w:sz w:val="20"/>
                <w:szCs w:val="20"/>
              </w:rPr>
              <w:t>If</w:t>
            </w:r>
            <w:r>
              <w:rPr>
                <w:sz w:val="20"/>
                <w:szCs w:val="20"/>
              </w:rPr>
              <w:t xml:space="preserve"> NOT </w:t>
            </w:r>
            <w:r w:rsidR="00E81D82">
              <w:rPr>
                <w:sz w:val="20"/>
                <w:szCs w:val="20"/>
              </w:rPr>
              <w:t xml:space="preserve">an illness like </w:t>
            </w:r>
            <w:r>
              <w:rPr>
                <w:sz w:val="20"/>
                <w:szCs w:val="20"/>
              </w:rPr>
              <w:t>Ebola, is the diagnosis known?</w:t>
            </w:r>
            <w:r w:rsidR="00711F2F">
              <w:rPr>
                <w:sz w:val="20"/>
                <w:szCs w:val="20"/>
              </w:rPr>
              <w:tab/>
            </w:r>
            <w:r w:rsidRPr="001E0017" w:rsidR="00455230">
              <w:rPr>
                <w:i/>
                <w:szCs w:val="18"/>
              </w:rPr>
              <w:t>D</w:t>
            </w:r>
            <w:r w:rsidRPr="001E0017" w:rsidR="00102CA1">
              <w:rPr>
                <w:i/>
                <w:szCs w:val="18"/>
              </w:rPr>
              <w:t xml:space="preserve">escribe </w:t>
            </w:r>
            <w:r w:rsidRPr="001E0017" w:rsidR="00352765">
              <w:rPr>
                <w:i/>
                <w:szCs w:val="18"/>
              </w:rPr>
              <w:t xml:space="preserve">in </w:t>
            </w:r>
            <w:r w:rsidRPr="001E0017" w:rsidR="005908DB">
              <w:rPr>
                <w:i/>
                <w:iCs/>
                <w:szCs w:val="18"/>
              </w:rPr>
              <w:t>Section I</w:t>
            </w:r>
            <w:r w:rsidRPr="001E0017" w:rsidR="00054A1A">
              <w:rPr>
                <w:i/>
                <w:iCs/>
                <w:szCs w:val="18"/>
              </w:rPr>
              <w:t>.</w:t>
            </w:r>
            <w:r>
              <w:rPr>
                <w:sz w:val="20"/>
                <w:szCs w:val="20"/>
              </w:rPr>
              <w:tab/>
            </w:r>
            <w:r w:rsidRPr="00870F7D">
              <w:rPr>
                <w:sz w:val="20"/>
                <w:szCs w:val="20"/>
              </w:rPr>
              <w:t>☐ UNSURE</w:t>
            </w:r>
            <w:r w:rsidRPr="00B057EB">
              <w:rPr>
                <w:b/>
                <w:bCs/>
                <w:sz w:val="20"/>
                <w:szCs w:val="20"/>
              </w:rPr>
              <w:t xml:space="preserve">   </w:t>
            </w:r>
          </w:p>
        </w:tc>
        <w:tc>
          <w:tcPr>
            <w:tcW w:w="540" w:type="dxa"/>
            <w:shd w:val="clear" w:color="auto" w:fill="F2F2F2" w:themeFill="background1" w:themeFillShade="F2"/>
            <w:tcMar>
              <w:top w:w="14" w:type="dxa"/>
              <w:left w:w="29" w:type="dxa"/>
              <w:bottom w:w="14" w:type="dxa"/>
              <w:right w:w="29" w:type="dxa"/>
            </w:tcMar>
          </w:tcPr>
          <w:p w:rsidR="00CC6B9A" w:rsidRPr="00B057EB" w:rsidP="0042717F" w14:paraId="23C66C39" w14:textId="77777777">
            <w:pPr>
              <w:tabs>
                <w:tab w:val="left" w:pos="234"/>
                <w:tab w:val="left" w:pos="26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CC6B9A" w:rsidRPr="00B057EB" w:rsidP="0042717F" w14:paraId="0E3280DB" w14:textId="77777777">
            <w:pPr>
              <w:tabs>
                <w:tab w:val="left" w:pos="234"/>
                <w:tab w:val="left" w:pos="260"/>
              </w:tabs>
              <w:spacing w:after="0" w:line="264" w:lineRule="auto"/>
              <w:jc w:val="center"/>
              <w:rPr>
                <w:sz w:val="20"/>
                <w:szCs w:val="20"/>
              </w:rPr>
            </w:pPr>
            <w:r w:rsidRPr="00B057EB">
              <w:rPr>
                <w:sz w:val="20"/>
                <w:szCs w:val="20"/>
              </w:rPr>
              <w:t>☐</w:t>
            </w:r>
          </w:p>
        </w:tc>
      </w:tr>
      <w:tr w14:paraId="43828C7C"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106947" w:rsidP="006D205F" w14:paraId="5AE288FA" w14:textId="270EB6FD">
            <w:pPr>
              <w:tabs>
                <w:tab w:val="left" w:pos="234"/>
                <w:tab w:val="left" w:pos="280"/>
                <w:tab w:val="left" w:pos="864"/>
                <w:tab w:val="right" w:pos="8964"/>
              </w:tabs>
              <w:spacing w:after="0" w:line="288" w:lineRule="auto"/>
              <w:rPr>
                <w:sz w:val="20"/>
                <w:szCs w:val="20"/>
              </w:rPr>
            </w:pPr>
            <w:r>
              <w:rPr>
                <w:b/>
                <w:bCs/>
                <w:sz w:val="20"/>
                <w:szCs w:val="20"/>
              </w:rPr>
              <w:t xml:space="preserve">2. </w:t>
            </w:r>
            <w:r>
              <w:rPr>
                <w:sz w:val="20"/>
                <w:szCs w:val="20"/>
              </w:rPr>
              <w:t>Come into contact with any sick person’s tears, saliva, vomit, diarrhea, urine, blood, or other body fluids?</w:t>
            </w:r>
            <w:r w:rsidR="003A3C96">
              <w:rPr>
                <w:sz w:val="20"/>
                <w:szCs w:val="20"/>
              </w:rPr>
              <w:t xml:space="preserve"> </w:t>
            </w:r>
            <w:r w:rsidR="003B5D9C">
              <w:rPr>
                <w:b/>
                <w:bCs/>
                <w:sz w:val="20"/>
                <w:szCs w:val="20"/>
              </w:rPr>
              <w:t xml:space="preserve">  </w:t>
            </w:r>
            <w:r w:rsidRPr="00231C8C">
              <w:rPr>
                <w:b/>
                <w:bCs/>
                <w:sz w:val="20"/>
                <w:szCs w:val="20"/>
              </w:rPr>
              <w:t xml:space="preserve">If YES, </w:t>
            </w:r>
            <w:r w:rsidR="00F3770B">
              <w:rPr>
                <w:b/>
                <w:bCs/>
                <w:sz w:val="20"/>
                <w:szCs w:val="20"/>
              </w:rPr>
              <w:t>what happened</w:t>
            </w:r>
            <w:r w:rsidRPr="00231C8C">
              <w:rPr>
                <w:b/>
                <w:bCs/>
                <w:sz w:val="20"/>
                <w:szCs w:val="20"/>
              </w:rPr>
              <w:t>?</w:t>
            </w:r>
            <w:r>
              <w:rPr>
                <w:b/>
                <w:bCs/>
                <w:sz w:val="20"/>
                <w:szCs w:val="20"/>
              </w:rPr>
              <w:t xml:space="preserve">   </w:t>
            </w:r>
            <w:r w:rsidRPr="00B057EB">
              <w:rPr>
                <w:sz w:val="20"/>
                <w:szCs w:val="20"/>
              </w:rPr>
              <w:t>☐ Skin contact</w:t>
            </w:r>
            <w:r w:rsidR="008A1562">
              <w:rPr>
                <w:sz w:val="20"/>
                <w:szCs w:val="20"/>
              </w:rPr>
              <w:t xml:space="preserve">   </w:t>
            </w:r>
            <w:r w:rsidRPr="00B057EB" w:rsidR="00F3770B">
              <w:rPr>
                <w:sz w:val="20"/>
                <w:szCs w:val="20"/>
              </w:rPr>
              <w:t>☐ Splash to eye, nose, or mouth</w:t>
            </w:r>
            <w:r w:rsidR="00F3770B">
              <w:rPr>
                <w:sz w:val="20"/>
                <w:szCs w:val="20"/>
              </w:rPr>
              <w:t xml:space="preserve">   </w:t>
            </w:r>
            <w:r w:rsidRPr="00B057EB" w:rsidR="00F3770B">
              <w:rPr>
                <w:sz w:val="20"/>
                <w:szCs w:val="20"/>
              </w:rPr>
              <w:t>☐ Needlestick</w:t>
            </w:r>
          </w:p>
          <w:p w:rsidR="00CC6B9A" w:rsidRPr="00B057EB" w:rsidP="006D205F" w14:paraId="6B2FED33" w14:textId="34E2FE3F">
            <w:pPr>
              <w:tabs>
                <w:tab w:val="left" w:pos="234"/>
                <w:tab w:val="left" w:pos="280"/>
                <w:tab w:val="right" w:pos="8970"/>
              </w:tabs>
              <w:spacing w:after="0" w:line="288" w:lineRule="auto"/>
              <w:ind w:left="240"/>
              <w:rPr>
                <w:sz w:val="20"/>
                <w:szCs w:val="20"/>
              </w:rPr>
            </w:pPr>
            <w:r w:rsidRPr="00B057EB">
              <w:rPr>
                <w:sz w:val="20"/>
                <w:szCs w:val="20"/>
              </w:rPr>
              <w:t>☐ Other sharp injury (piercing of skin)</w:t>
            </w:r>
            <w:r w:rsidR="00106947">
              <w:rPr>
                <w:sz w:val="20"/>
                <w:szCs w:val="20"/>
              </w:rPr>
              <w:t xml:space="preserve">   </w:t>
            </w:r>
            <w:r w:rsidRPr="00B057EB">
              <w:rPr>
                <w:sz w:val="20"/>
                <w:szCs w:val="20"/>
              </w:rPr>
              <w:t>☐</w:t>
            </w:r>
            <w:r>
              <w:rPr>
                <w:sz w:val="20"/>
                <w:szCs w:val="20"/>
              </w:rPr>
              <w:t xml:space="preserve"> Other (describe</w:t>
            </w:r>
            <w:r w:rsidR="00477464">
              <w:rPr>
                <w:sz w:val="20"/>
                <w:szCs w:val="20"/>
              </w:rPr>
              <w:t xml:space="preserve"> </w:t>
            </w:r>
            <w:r w:rsidR="004E44D5">
              <w:rPr>
                <w:sz w:val="20"/>
                <w:szCs w:val="20"/>
              </w:rPr>
              <w:t xml:space="preserve">in </w:t>
            </w:r>
            <w:r w:rsidR="004D0916">
              <w:rPr>
                <w:sz w:val="20"/>
                <w:szCs w:val="20"/>
              </w:rPr>
              <w:t>Section I</w:t>
            </w:r>
            <w:r w:rsidR="004E44D5">
              <w:rPr>
                <w:sz w:val="20"/>
                <w:szCs w:val="20"/>
              </w:rPr>
              <w:t xml:space="preserve"> below</w:t>
            </w:r>
            <w:r>
              <w:rPr>
                <w:sz w:val="20"/>
                <w:szCs w:val="20"/>
              </w:rPr>
              <w:t>):</w:t>
            </w:r>
            <w:r w:rsidR="00041132">
              <w:rPr>
                <w:sz w:val="20"/>
                <w:szCs w:val="20"/>
              </w:rPr>
              <w:tab/>
            </w:r>
            <w:r w:rsidRPr="00870F7D" w:rsidR="00041132">
              <w:rPr>
                <w:sz w:val="20"/>
                <w:szCs w:val="20"/>
              </w:rPr>
              <w:t>☐ UNSURE</w:t>
            </w:r>
          </w:p>
        </w:tc>
        <w:tc>
          <w:tcPr>
            <w:tcW w:w="540" w:type="dxa"/>
            <w:shd w:val="clear" w:color="auto" w:fill="F2F2F2" w:themeFill="background1" w:themeFillShade="F2"/>
            <w:tcMar>
              <w:top w:w="14" w:type="dxa"/>
              <w:left w:w="29" w:type="dxa"/>
              <w:bottom w:w="14" w:type="dxa"/>
              <w:right w:w="29" w:type="dxa"/>
            </w:tcMar>
            <w:vAlign w:val="center"/>
          </w:tcPr>
          <w:p w:rsidR="00CC6B9A" w:rsidRPr="00B057EB" w:rsidP="006D205F" w14:paraId="28ABB62A" w14:textId="77777777">
            <w:pPr>
              <w:tabs>
                <w:tab w:val="left" w:pos="280"/>
              </w:tabs>
              <w:spacing w:after="0" w:line="288"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CC6B9A" w:rsidRPr="00B057EB" w:rsidP="006D205F" w14:paraId="5E782DD1" w14:textId="77777777">
            <w:pPr>
              <w:tabs>
                <w:tab w:val="left" w:pos="280"/>
              </w:tabs>
              <w:spacing w:after="0" w:line="288" w:lineRule="auto"/>
              <w:jc w:val="center"/>
              <w:rPr>
                <w:sz w:val="20"/>
                <w:szCs w:val="20"/>
              </w:rPr>
            </w:pPr>
            <w:r w:rsidRPr="00B057EB">
              <w:rPr>
                <w:sz w:val="20"/>
                <w:szCs w:val="20"/>
              </w:rPr>
              <w:t>☐</w:t>
            </w:r>
          </w:p>
        </w:tc>
      </w:tr>
      <w:tr w14:paraId="46844CB9"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42717F" w14:paraId="0254378F" w14:textId="36A1F86E">
            <w:pPr>
              <w:tabs>
                <w:tab w:val="left" w:pos="240"/>
                <w:tab w:val="left" w:pos="280"/>
                <w:tab w:val="right" w:pos="8820"/>
              </w:tabs>
              <w:spacing w:after="0" w:line="264" w:lineRule="auto"/>
              <w:rPr>
                <w:sz w:val="20"/>
                <w:szCs w:val="20"/>
              </w:rPr>
            </w:pPr>
            <w:r>
              <w:rPr>
                <w:b/>
                <w:bCs/>
                <w:sz w:val="20"/>
                <w:szCs w:val="20"/>
              </w:rPr>
              <w:t>3</w:t>
            </w:r>
            <w:r w:rsidRPr="003D2976">
              <w:rPr>
                <w:sz w:val="20"/>
                <w:szCs w:val="20"/>
              </w:rPr>
              <w:t xml:space="preserve">. </w:t>
            </w:r>
            <w:r w:rsidR="000618C4">
              <w:rPr>
                <w:sz w:val="20"/>
                <w:szCs w:val="20"/>
              </w:rPr>
              <w:t>Share a household</w:t>
            </w:r>
            <w:r>
              <w:rPr>
                <w:sz w:val="20"/>
                <w:szCs w:val="20"/>
              </w:rPr>
              <w:t xml:space="preserve"> with</w:t>
            </w:r>
            <w:r w:rsidRPr="00B057EB">
              <w:rPr>
                <w:sz w:val="20"/>
                <w:szCs w:val="20"/>
              </w:rPr>
              <w:t xml:space="preserve"> </w:t>
            </w:r>
            <w:r>
              <w:rPr>
                <w:sz w:val="20"/>
                <w:szCs w:val="20"/>
              </w:rPr>
              <w:t>a</w:t>
            </w:r>
            <w:r w:rsidRPr="00B057EB">
              <w:rPr>
                <w:sz w:val="20"/>
                <w:szCs w:val="20"/>
              </w:rPr>
              <w:t xml:space="preserve"> sick person</w:t>
            </w:r>
            <w:r>
              <w:rPr>
                <w:sz w:val="20"/>
                <w:szCs w:val="20"/>
              </w:rPr>
              <w:t xml:space="preserve"> or</w:t>
            </w:r>
            <w:r w:rsidR="005A4E5D">
              <w:rPr>
                <w:sz w:val="20"/>
                <w:szCs w:val="20"/>
              </w:rPr>
              <w:t xml:space="preserve"> </w:t>
            </w:r>
            <w:r w:rsidR="005E242C">
              <w:rPr>
                <w:sz w:val="20"/>
                <w:szCs w:val="20"/>
              </w:rPr>
              <w:t>visited someone who was sick</w:t>
            </w:r>
            <w:r w:rsidR="00085F93">
              <w:rPr>
                <w:sz w:val="20"/>
                <w:szCs w:val="20"/>
              </w:rPr>
              <w:t xml:space="preserve"> in their home</w:t>
            </w:r>
            <w:r>
              <w:rPr>
                <w:sz w:val="20"/>
                <w:szCs w:val="20"/>
              </w:rPr>
              <w:t>?</w:t>
            </w:r>
            <w:r>
              <w:rPr>
                <w:sz w:val="20"/>
                <w:szCs w:val="20"/>
              </w:rPr>
              <w:tab/>
            </w:r>
          </w:p>
        </w:tc>
        <w:tc>
          <w:tcPr>
            <w:tcW w:w="540" w:type="dxa"/>
            <w:shd w:val="clear" w:color="auto" w:fill="F2F2F2" w:themeFill="background1" w:themeFillShade="F2"/>
            <w:tcMar>
              <w:top w:w="14" w:type="dxa"/>
              <w:left w:w="29" w:type="dxa"/>
              <w:bottom w:w="14" w:type="dxa"/>
              <w:right w:w="29" w:type="dxa"/>
            </w:tcMar>
            <w:vAlign w:val="center"/>
          </w:tcPr>
          <w:p w:rsidR="00CC6B9A" w:rsidRPr="00B057EB" w:rsidP="0042717F" w14:paraId="73E41980"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CC6B9A" w:rsidRPr="00B057EB" w:rsidP="0042717F" w14:paraId="10B33852" w14:textId="77777777">
            <w:pPr>
              <w:tabs>
                <w:tab w:val="left" w:pos="280"/>
              </w:tabs>
              <w:spacing w:after="0" w:line="264" w:lineRule="auto"/>
              <w:jc w:val="center"/>
              <w:rPr>
                <w:sz w:val="20"/>
                <w:szCs w:val="20"/>
              </w:rPr>
            </w:pPr>
            <w:r w:rsidRPr="00B057EB">
              <w:rPr>
                <w:sz w:val="20"/>
                <w:szCs w:val="20"/>
              </w:rPr>
              <w:t>☐</w:t>
            </w:r>
          </w:p>
        </w:tc>
      </w:tr>
      <w:tr w14:paraId="739E5D74"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42717F" w14:paraId="0BF3CFD9" w14:textId="55AF346B">
            <w:pPr>
              <w:tabs>
                <w:tab w:val="left" w:pos="240"/>
                <w:tab w:val="left" w:pos="280"/>
                <w:tab w:val="right" w:pos="8970"/>
              </w:tabs>
              <w:spacing w:after="0" w:line="264" w:lineRule="auto"/>
              <w:rPr>
                <w:sz w:val="20"/>
                <w:szCs w:val="20"/>
              </w:rPr>
            </w:pPr>
            <w:r>
              <w:rPr>
                <w:sz w:val="20"/>
                <w:szCs w:val="20"/>
              </w:rPr>
              <w:tab/>
            </w:r>
            <w:r w:rsidRPr="00B057EB">
              <w:rPr>
                <w:sz w:val="20"/>
                <w:szCs w:val="20"/>
              </w:rPr>
              <w:t xml:space="preserve">Did you provide </w:t>
            </w:r>
            <w:r>
              <w:rPr>
                <w:sz w:val="20"/>
                <w:szCs w:val="20"/>
              </w:rPr>
              <w:t xml:space="preserve">any personal </w:t>
            </w:r>
            <w:r w:rsidRPr="00B057EB">
              <w:rPr>
                <w:sz w:val="20"/>
                <w:szCs w:val="20"/>
              </w:rPr>
              <w:t xml:space="preserve">care to </w:t>
            </w:r>
            <w:r>
              <w:rPr>
                <w:sz w:val="20"/>
                <w:szCs w:val="20"/>
              </w:rPr>
              <w:t xml:space="preserve">the </w:t>
            </w:r>
            <w:r w:rsidRPr="00B057EB">
              <w:rPr>
                <w:sz w:val="20"/>
                <w:szCs w:val="20"/>
              </w:rPr>
              <w:t>person</w:t>
            </w:r>
            <w:r>
              <w:rPr>
                <w:sz w:val="20"/>
                <w:szCs w:val="20"/>
              </w:rPr>
              <w:t xml:space="preserve"> who was sick</w:t>
            </w:r>
            <w:r w:rsidRPr="00B057EB">
              <w:rPr>
                <w:sz w:val="20"/>
                <w:szCs w:val="20"/>
              </w:rPr>
              <w:t>?</w:t>
            </w:r>
            <w:r w:rsidR="00455230">
              <w:rPr>
                <w:sz w:val="20"/>
                <w:szCs w:val="20"/>
              </w:rPr>
              <w:tab/>
            </w:r>
            <w:r w:rsidRPr="001E0017" w:rsidR="00884E09">
              <w:rPr>
                <w:i/>
                <w:iCs/>
                <w:szCs w:val="18"/>
              </w:rPr>
              <w:t>D</w:t>
            </w:r>
            <w:r w:rsidRPr="001E0017" w:rsidR="00526BF3">
              <w:rPr>
                <w:i/>
                <w:iCs/>
                <w:szCs w:val="18"/>
              </w:rPr>
              <w:t xml:space="preserve">escribe in </w:t>
            </w:r>
            <w:r w:rsidRPr="001E0017" w:rsidR="00AD6BC0">
              <w:rPr>
                <w:i/>
                <w:iCs/>
                <w:szCs w:val="18"/>
              </w:rPr>
              <w:t>Section I</w:t>
            </w:r>
            <w:r w:rsidRPr="001E0017" w:rsidR="00884E09">
              <w:rPr>
                <w:i/>
                <w:iCs/>
                <w:szCs w:val="18"/>
              </w:rPr>
              <w:t>.</w:t>
            </w:r>
          </w:p>
        </w:tc>
        <w:tc>
          <w:tcPr>
            <w:tcW w:w="540" w:type="dxa"/>
            <w:shd w:val="clear" w:color="auto" w:fill="F2F2F2" w:themeFill="background1" w:themeFillShade="F2"/>
            <w:tcMar>
              <w:top w:w="14" w:type="dxa"/>
              <w:left w:w="29" w:type="dxa"/>
              <w:bottom w:w="14" w:type="dxa"/>
              <w:right w:w="29" w:type="dxa"/>
            </w:tcMar>
          </w:tcPr>
          <w:p w:rsidR="00CC6B9A" w:rsidRPr="00B057EB" w:rsidP="0042717F" w14:paraId="23795D39"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CC6B9A" w:rsidRPr="00B057EB" w:rsidP="0042717F" w14:paraId="01FA1FB0" w14:textId="77777777">
            <w:pPr>
              <w:tabs>
                <w:tab w:val="left" w:pos="280"/>
              </w:tabs>
              <w:spacing w:after="0" w:line="264" w:lineRule="auto"/>
              <w:jc w:val="center"/>
              <w:rPr>
                <w:sz w:val="20"/>
                <w:szCs w:val="20"/>
              </w:rPr>
            </w:pPr>
            <w:r w:rsidRPr="00B057EB">
              <w:rPr>
                <w:sz w:val="20"/>
                <w:szCs w:val="20"/>
              </w:rPr>
              <w:t>☐</w:t>
            </w:r>
          </w:p>
        </w:tc>
      </w:tr>
      <w:tr w14:paraId="2C232CA1" w14:textId="77777777" w:rsidTr="4DC546D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42717F" w14:paraId="666F53BD" w14:textId="2773E73E">
            <w:pPr>
              <w:tabs>
                <w:tab w:val="left" w:pos="240"/>
                <w:tab w:val="left" w:pos="280"/>
              </w:tabs>
              <w:spacing w:after="0" w:line="264" w:lineRule="auto"/>
              <w:rPr>
                <w:sz w:val="20"/>
                <w:szCs w:val="20"/>
              </w:rPr>
            </w:pPr>
            <w:r>
              <w:rPr>
                <w:sz w:val="20"/>
                <w:szCs w:val="20"/>
              </w:rPr>
              <w:tab/>
            </w:r>
            <w:r w:rsidRPr="003D2976">
              <w:rPr>
                <w:sz w:val="20"/>
                <w:szCs w:val="20"/>
              </w:rPr>
              <w:t xml:space="preserve">Did </w:t>
            </w:r>
            <w:r>
              <w:rPr>
                <w:sz w:val="20"/>
                <w:szCs w:val="20"/>
              </w:rPr>
              <w:t>you sleep</w:t>
            </w:r>
            <w:r w:rsidRPr="00B057EB">
              <w:rPr>
                <w:sz w:val="20"/>
                <w:szCs w:val="20"/>
              </w:rPr>
              <w:t xml:space="preserve"> in the same </w:t>
            </w:r>
            <w:r w:rsidR="0005213B">
              <w:rPr>
                <w:sz w:val="20"/>
                <w:szCs w:val="20"/>
              </w:rPr>
              <w:t xml:space="preserve">bed </w:t>
            </w:r>
            <w:r>
              <w:rPr>
                <w:sz w:val="20"/>
                <w:szCs w:val="20"/>
              </w:rPr>
              <w:t>or use the same toilet</w:t>
            </w:r>
            <w:r w:rsidRPr="00B057EB">
              <w:rPr>
                <w:sz w:val="20"/>
                <w:szCs w:val="20"/>
              </w:rPr>
              <w:t xml:space="preserve"> as the person</w:t>
            </w:r>
            <w:r>
              <w:rPr>
                <w:sz w:val="20"/>
                <w:szCs w:val="20"/>
              </w:rPr>
              <w:t xml:space="preserve"> who was sick?</w:t>
            </w:r>
          </w:p>
        </w:tc>
        <w:tc>
          <w:tcPr>
            <w:tcW w:w="540" w:type="dxa"/>
            <w:shd w:val="clear" w:color="auto" w:fill="F2F2F2" w:themeFill="background1" w:themeFillShade="F2"/>
            <w:tcMar>
              <w:top w:w="14" w:type="dxa"/>
              <w:left w:w="29" w:type="dxa"/>
              <w:bottom w:w="14" w:type="dxa"/>
              <w:right w:w="29" w:type="dxa"/>
            </w:tcMar>
          </w:tcPr>
          <w:p w:rsidR="00CC6B9A" w:rsidRPr="00B057EB" w:rsidP="0042717F" w14:paraId="57EC5E4A"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tcPr>
          <w:p w:rsidR="00CC6B9A" w:rsidRPr="00B057EB" w:rsidP="0042717F" w14:paraId="21EA148D" w14:textId="77777777">
            <w:pPr>
              <w:tabs>
                <w:tab w:val="left" w:pos="280"/>
              </w:tabs>
              <w:spacing w:after="0" w:line="264" w:lineRule="auto"/>
              <w:jc w:val="center"/>
              <w:rPr>
                <w:sz w:val="20"/>
                <w:szCs w:val="20"/>
              </w:rPr>
            </w:pPr>
            <w:r w:rsidRPr="00B057EB">
              <w:rPr>
                <w:sz w:val="20"/>
                <w:szCs w:val="20"/>
              </w:rPr>
              <w:t>☐</w:t>
            </w:r>
          </w:p>
        </w:tc>
      </w:tr>
      <w:tr w14:paraId="145F62E5" w14:textId="77777777" w:rsidTr="0063540C">
        <w:tblPrEx>
          <w:tblW w:w="10151" w:type="dxa"/>
          <w:jc w:val="center"/>
          <w:tblLook w:val="04A0"/>
        </w:tblPrEx>
        <w:trPr>
          <w:trHeight w:val="107"/>
          <w:jc w:val="center"/>
        </w:trPr>
        <w:tc>
          <w:tcPr>
            <w:tcW w:w="9085" w:type="dxa"/>
            <w:gridSpan w:val="5"/>
            <w:shd w:val="clear" w:color="auto" w:fill="548DD4" w:themeFill="text2" w:themeFillTint="99"/>
            <w:tcMar>
              <w:top w:w="14" w:type="dxa"/>
              <w:left w:w="29" w:type="dxa"/>
              <w:bottom w:w="14" w:type="dxa"/>
              <w:right w:w="29" w:type="dxa"/>
            </w:tcMar>
          </w:tcPr>
          <w:p w:rsidR="002F7F93" w:rsidRPr="0063540C" w:rsidP="0042717F" w14:paraId="2865D84D" w14:textId="1242BC2A">
            <w:pPr>
              <w:pStyle w:val="ListParagraph"/>
              <w:numPr>
                <w:ilvl w:val="0"/>
                <w:numId w:val="12"/>
              </w:numPr>
              <w:tabs>
                <w:tab w:val="left" w:pos="280"/>
                <w:tab w:val="clear" w:pos="288"/>
              </w:tabs>
              <w:spacing w:after="0" w:line="264" w:lineRule="auto"/>
              <w:rPr>
                <w:b/>
                <w:bCs/>
                <w:color w:val="FFFFFF" w:themeColor="background1"/>
                <w:sz w:val="20"/>
                <w:szCs w:val="20"/>
              </w:rPr>
            </w:pPr>
            <w:r w:rsidRPr="0063540C">
              <w:rPr>
                <w:b/>
                <w:color w:val="FFFFFF" w:themeColor="background1"/>
                <w:sz w:val="20"/>
                <w:szCs w:val="20"/>
              </w:rPr>
              <w:t xml:space="preserve">Presence in Healthcare Facility </w:t>
            </w:r>
            <w:r w:rsidRPr="0063540C" w:rsidR="00F072D9">
              <w:rPr>
                <w:b/>
                <w:color w:val="FFFFFF" w:themeColor="background1"/>
                <w:sz w:val="20"/>
                <w:szCs w:val="20"/>
              </w:rPr>
              <w:t>/</w:t>
            </w:r>
            <w:r w:rsidRPr="0063540C">
              <w:rPr>
                <w:b/>
                <w:color w:val="FFFFFF" w:themeColor="background1"/>
                <w:sz w:val="20"/>
                <w:szCs w:val="20"/>
              </w:rPr>
              <w:t xml:space="preserve"> </w:t>
            </w:r>
            <w:r w:rsidRPr="0063540C" w:rsidR="00DB7313">
              <w:rPr>
                <w:b/>
                <w:color w:val="FFFFFF" w:themeColor="background1"/>
                <w:sz w:val="20"/>
                <w:szCs w:val="20"/>
              </w:rPr>
              <w:t>Health-</w:t>
            </w:r>
            <w:r w:rsidRPr="0063540C">
              <w:rPr>
                <w:b/>
                <w:color w:val="FFFFFF" w:themeColor="background1"/>
                <w:sz w:val="20"/>
                <w:szCs w:val="20"/>
              </w:rPr>
              <w:t>Related Setting</w:t>
            </w:r>
            <w:r w:rsidRPr="0063540C" w:rsidR="006613C6">
              <w:rPr>
                <w:b/>
                <w:color w:val="FFFFFF" w:themeColor="background1"/>
                <w:sz w:val="20"/>
                <w:szCs w:val="20"/>
              </w:rPr>
              <w:t xml:space="preserve"> </w:t>
            </w:r>
            <w:r w:rsidRPr="0063540C" w:rsidR="006613C6">
              <w:rPr>
                <w:rFonts w:ascii="Wingdings" w:eastAsia="Wingdings" w:hAnsi="Wingdings" w:cs="Wingdings"/>
                <w:b/>
                <w:color w:val="FFFFFF" w:themeColor="background1"/>
                <w:sz w:val="16"/>
                <w:szCs w:val="16"/>
              </w:rPr>
              <w:t>à</w:t>
            </w:r>
            <w:r w:rsidRPr="0063540C" w:rsidR="006613C6">
              <w:rPr>
                <w:b/>
                <w:color w:val="FFFFFF" w:themeColor="background1"/>
                <w:sz w:val="20"/>
                <w:szCs w:val="20"/>
              </w:rPr>
              <w:t xml:space="preserve"> </w:t>
            </w:r>
            <w:r w:rsidRPr="0063540C">
              <w:rPr>
                <w:b/>
                <w:bCs/>
                <w:color w:val="FFFFFF" w:themeColor="background1"/>
                <w:sz w:val="20"/>
                <w:szCs w:val="20"/>
              </w:rPr>
              <w:t>IN THE PAST 21 DAYS, DID YOU:</w:t>
            </w:r>
          </w:p>
        </w:tc>
        <w:tc>
          <w:tcPr>
            <w:tcW w:w="540" w:type="dxa"/>
            <w:shd w:val="clear" w:color="auto" w:fill="548DD4" w:themeFill="text2" w:themeFillTint="99"/>
            <w:tcMar>
              <w:top w:w="14" w:type="dxa"/>
              <w:left w:w="29" w:type="dxa"/>
              <w:bottom w:w="14" w:type="dxa"/>
              <w:right w:w="29" w:type="dxa"/>
            </w:tcMar>
          </w:tcPr>
          <w:p w:rsidR="002F7F93" w:rsidRPr="0063540C" w:rsidP="0042717F" w14:paraId="6627DD62"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2F7F93" w:rsidRPr="0063540C" w:rsidP="0042717F" w14:paraId="2264E985" w14:textId="77777777">
            <w:pPr>
              <w:tabs>
                <w:tab w:val="left" w:pos="280"/>
              </w:tabs>
              <w:spacing w:after="0" w:line="264" w:lineRule="auto"/>
              <w:jc w:val="center"/>
              <w:rPr>
                <w:b/>
                <w:bCs/>
                <w:color w:val="FFFFFF" w:themeColor="background1"/>
                <w:sz w:val="20"/>
                <w:szCs w:val="20"/>
              </w:rPr>
            </w:pPr>
            <w:r w:rsidRPr="0063540C">
              <w:rPr>
                <w:b/>
                <w:bCs/>
                <w:color w:val="FFFFFF" w:themeColor="background1"/>
                <w:sz w:val="20"/>
                <w:szCs w:val="20"/>
              </w:rPr>
              <w:t>NO</w:t>
            </w:r>
          </w:p>
        </w:tc>
      </w:tr>
      <w:tr w14:paraId="67E13B80" w14:textId="77777777" w:rsidTr="009E1255">
        <w:tblPrEx>
          <w:tblW w:w="10151" w:type="dxa"/>
          <w:jc w:val="center"/>
          <w:tblLook w:val="04A0"/>
        </w:tblPrEx>
        <w:trPr>
          <w:trHeight w:val="20"/>
          <w:jc w:val="center"/>
        </w:trPr>
        <w:tc>
          <w:tcPr>
            <w:tcW w:w="9085" w:type="dxa"/>
            <w:gridSpan w:val="5"/>
            <w:tcMar>
              <w:top w:w="14" w:type="dxa"/>
              <w:left w:w="29" w:type="dxa"/>
              <w:bottom w:w="14" w:type="dxa"/>
              <w:right w:w="29" w:type="dxa"/>
            </w:tcMar>
          </w:tcPr>
          <w:p w:rsidR="00CC6B9A" w:rsidRPr="00B057EB" w:rsidP="00B86F8C" w14:paraId="0CB08DB0" w14:textId="4E53206D">
            <w:pPr>
              <w:tabs>
                <w:tab w:val="right" w:pos="9025"/>
              </w:tabs>
              <w:spacing w:after="0" w:line="264" w:lineRule="auto"/>
              <w:rPr>
                <w:sz w:val="20"/>
                <w:szCs w:val="20"/>
              </w:rPr>
            </w:pPr>
            <w:r w:rsidRPr="007C53BB">
              <w:rPr>
                <w:b/>
                <w:bCs/>
                <w:sz w:val="20"/>
                <w:szCs w:val="20"/>
              </w:rPr>
              <w:t>1</w:t>
            </w:r>
            <w:r>
              <w:rPr>
                <w:sz w:val="20"/>
                <w:szCs w:val="20"/>
              </w:rPr>
              <w:t xml:space="preserve">. </w:t>
            </w:r>
            <w:r w:rsidR="00B86F8C">
              <w:rPr>
                <w:sz w:val="20"/>
                <w:szCs w:val="20"/>
              </w:rPr>
              <w:t>G</w:t>
            </w:r>
            <w:r w:rsidRPr="00346384" w:rsidR="00346384">
              <w:rPr>
                <w:sz w:val="20"/>
                <w:szCs w:val="20"/>
              </w:rPr>
              <w:t>o into</w:t>
            </w:r>
            <w:r w:rsidR="00B86F8C">
              <w:rPr>
                <w:sz w:val="20"/>
                <w:szCs w:val="20"/>
              </w:rPr>
              <w:t xml:space="preserve">, </w:t>
            </w:r>
            <w:r w:rsidRPr="00346384" w:rsidR="00346384">
              <w:rPr>
                <w:sz w:val="20"/>
                <w:szCs w:val="20"/>
              </w:rPr>
              <w:t xml:space="preserve">or work </w:t>
            </w:r>
            <w:r w:rsidR="009B0024">
              <w:rPr>
                <w:sz w:val="20"/>
                <w:szCs w:val="20"/>
              </w:rPr>
              <w:t xml:space="preserve">in or </w:t>
            </w:r>
            <w:r w:rsidRPr="00346384" w:rsidR="00346384">
              <w:rPr>
                <w:sz w:val="20"/>
                <w:szCs w:val="20"/>
              </w:rPr>
              <w:t>around</w:t>
            </w:r>
            <w:r w:rsidR="00B86F8C">
              <w:rPr>
                <w:sz w:val="20"/>
                <w:szCs w:val="20"/>
              </w:rPr>
              <w:t xml:space="preserve">, </w:t>
            </w:r>
            <w:r w:rsidRPr="00346384" w:rsidR="00346384">
              <w:rPr>
                <w:sz w:val="20"/>
                <w:szCs w:val="20"/>
              </w:rPr>
              <w:t xml:space="preserve">any healthcare facility, hospital, clinic, </w:t>
            </w:r>
            <w:r w:rsidR="00B86F8C">
              <w:rPr>
                <w:sz w:val="20"/>
                <w:szCs w:val="20"/>
              </w:rPr>
              <w:t>other health setting</w:t>
            </w:r>
            <w:r w:rsidR="0073137B">
              <w:rPr>
                <w:sz w:val="20"/>
                <w:szCs w:val="20"/>
              </w:rPr>
              <w:t>, traditional healer</w:t>
            </w:r>
            <w:r w:rsidR="00EE1A6F">
              <w:rPr>
                <w:sz w:val="20"/>
                <w:szCs w:val="20"/>
              </w:rPr>
              <w:t>,</w:t>
            </w:r>
            <w:r w:rsidR="00B86F8C">
              <w:rPr>
                <w:sz w:val="20"/>
                <w:szCs w:val="20"/>
              </w:rPr>
              <w:t xml:space="preserve"> </w:t>
            </w:r>
            <w:r w:rsidRPr="00346384" w:rsidR="00346384">
              <w:rPr>
                <w:sz w:val="20"/>
                <w:szCs w:val="20"/>
              </w:rPr>
              <w:t>or Ebola treatment unit?</w:t>
            </w:r>
            <w:r w:rsidR="007F6AE7">
              <w:rPr>
                <w:sz w:val="20"/>
                <w:szCs w:val="20"/>
              </w:rPr>
              <w:t xml:space="preserve">  </w:t>
            </w:r>
            <w:r w:rsidRPr="0006796E" w:rsidR="007F6AE7">
              <w:rPr>
                <w:b/>
                <w:bCs/>
                <w:i/>
                <w:iCs/>
                <w:szCs w:val="18"/>
              </w:rPr>
              <w:t>If NO, skip to Question E</w:t>
            </w:r>
            <w:r w:rsidR="00B072D5">
              <w:rPr>
                <w:b/>
                <w:bCs/>
                <w:i/>
                <w:iCs/>
                <w:szCs w:val="18"/>
              </w:rPr>
              <w:t>6</w:t>
            </w:r>
            <w:r w:rsidRPr="0006796E" w:rsidR="007F6AE7">
              <w:rPr>
                <w:b/>
                <w:bCs/>
                <w:i/>
                <w:iCs/>
                <w:szCs w:val="18"/>
              </w:rPr>
              <w:t>.</w:t>
            </w:r>
            <w:r w:rsidR="00D846D8">
              <w:rPr>
                <w:b/>
                <w:bCs/>
                <w:i/>
                <w:iCs/>
                <w:color w:val="0070C0"/>
                <w:szCs w:val="18"/>
              </w:rPr>
              <w:tab/>
            </w:r>
            <w:r w:rsidRPr="00A64616" w:rsidR="00D846D8">
              <w:rPr>
                <w:b/>
                <w:bCs/>
                <w:i/>
                <w:iCs/>
                <w:color w:val="0070C0"/>
                <w:szCs w:val="18"/>
              </w:rPr>
              <w:t xml:space="preserve">If YES, </w:t>
            </w:r>
            <w:r w:rsidR="00D14982">
              <w:rPr>
                <w:b/>
                <w:bCs/>
                <w:i/>
                <w:iCs/>
                <w:color w:val="0070C0"/>
                <w:szCs w:val="18"/>
              </w:rPr>
              <w:t xml:space="preserve">also </w:t>
            </w:r>
            <w:r w:rsidRPr="00A64616" w:rsidR="00D846D8">
              <w:rPr>
                <w:b/>
                <w:bCs/>
                <w:i/>
                <w:iCs/>
                <w:color w:val="0070C0"/>
                <w:szCs w:val="18"/>
              </w:rPr>
              <w:t xml:space="preserve">complete Section </w:t>
            </w:r>
            <w:r w:rsidR="00381D2C">
              <w:rPr>
                <w:b/>
                <w:bCs/>
                <w:i/>
                <w:iCs/>
                <w:color w:val="0070C0"/>
                <w:szCs w:val="18"/>
              </w:rPr>
              <w:t>G</w:t>
            </w:r>
            <w:r w:rsidR="00D846D8">
              <w:rPr>
                <w:b/>
                <w:bCs/>
                <w:i/>
                <w:iCs/>
                <w:color w:val="0070C0"/>
                <w:szCs w:val="18"/>
              </w:rPr>
              <w:t>.</w:t>
            </w:r>
          </w:p>
        </w:tc>
        <w:tc>
          <w:tcPr>
            <w:tcW w:w="540" w:type="dxa"/>
            <w:shd w:val="clear" w:color="auto" w:fill="F2F2F2" w:themeFill="background1" w:themeFillShade="F2"/>
            <w:tcMar>
              <w:top w:w="14" w:type="dxa"/>
              <w:left w:w="29" w:type="dxa"/>
              <w:bottom w:w="14" w:type="dxa"/>
              <w:right w:w="29" w:type="dxa"/>
            </w:tcMar>
            <w:vAlign w:val="center"/>
          </w:tcPr>
          <w:p w:rsidR="00CC6B9A" w:rsidRPr="00B057EB" w:rsidP="0042717F" w14:paraId="6C3845F8"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CC6B9A" w:rsidRPr="00B057EB" w:rsidP="0042717F" w14:paraId="45E11B4D" w14:textId="77777777">
            <w:pPr>
              <w:tabs>
                <w:tab w:val="left" w:pos="280"/>
              </w:tabs>
              <w:spacing w:after="0" w:line="264" w:lineRule="auto"/>
              <w:jc w:val="center"/>
              <w:rPr>
                <w:sz w:val="20"/>
                <w:szCs w:val="20"/>
              </w:rPr>
            </w:pPr>
            <w:r w:rsidRPr="00B057EB">
              <w:rPr>
                <w:sz w:val="20"/>
                <w:szCs w:val="20"/>
              </w:rPr>
              <w:t>☐</w:t>
            </w:r>
          </w:p>
        </w:tc>
      </w:tr>
      <w:tr w14:paraId="4D691720" w14:textId="77777777">
        <w:tblPrEx>
          <w:tblW w:w="10151" w:type="dxa"/>
          <w:jc w:val="center"/>
          <w:tblLook w:val="04A0"/>
        </w:tblPrEx>
        <w:trPr>
          <w:trHeight w:val="20"/>
          <w:jc w:val="center"/>
        </w:trPr>
        <w:tc>
          <w:tcPr>
            <w:tcW w:w="9085" w:type="dxa"/>
            <w:gridSpan w:val="5"/>
            <w:tcMar>
              <w:top w:w="14" w:type="dxa"/>
              <w:left w:w="29" w:type="dxa"/>
              <w:bottom w:w="14" w:type="dxa"/>
              <w:right w:w="29" w:type="dxa"/>
            </w:tcMar>
          </w:tcPr>
          <w:p w:rsidR="00686224" w:rsidRPr="00B057EB" w:rsidP="0042717F" w14:paraId="52BF6BDE" w14:textId="544241EA">
            <w:pPr>
              <w:tabs>
                <w:tab w:val="left" w:pos="280"/>
                <w:tab w:val="right" w:pos="8964"/>
              </w:tabs>
              <w:spacing w:after="0" w:line="264" w:lineRule="auto"/>
              <w:rPr>
                <w:sz w:val="20"/>
                <w:szCs w:val="20"/>
              </w:rPr>
            </w:pPr>
            <w:r>
              <w:rPr>
                <w:b/>
                <w:bCs/>
                <w:sz w:val="20"/>
                <w:szCs w:val="20"/>
              </w:rPr>
              <w:t>2</w:t>
            </w:r>
            <w:r>
              <w:rPr>
                <w:sz w:val="20"/>
                <w:szCs w:val="20"/>
              </w:rPr>
              <w:t xml:space="preserve">. Seek or receive any type of health care, accompany someone seeking care, or enter any location where health services were </w:t>
            </w:r>
            <w:r w:rsidR="00344D2A">
              <w:rPr>
                <w:sz w:val="20"/>
                <w:szCs w:val="20"/>
              </w:rPr>
              <w:t xml:space="preserve">being </w:t>
            </w:r>
            <w:r>
              <w:rPr>
                <w:sz w:val="20"/>
                <w:szCs w:val="20"/>
              </w:rPr>
              <w:t>conducted</w:t>
            </w:r>
            <w:r w:rsidRPr="00B057EB">
              <w:rPr>
                <w:sz w:val="20"/>
                <w:szCs w:val="20"/>
              </w:rPr>
              <w:t>?</w:t>
            </w:r>
            <w:r w:rsidRPr="00ED4E9C" w:rsidR="00F27C46">
              <w:rPr>
                <w:b/>
                <w:bCs/>
                <w:i/>
                <w:iCs/>
                <w:color w:val="0070C0"/>
                <w:szCs w:val="18"/>
              </w:rPr>
              <w:t xml:space="preserve"> </w:t>
            </w:r>
            <w:r w:rsidR="00F27C46">
              <w:rPr>
                <w:b/>
                <w:bCs/>
                <w:i/>
                <w:iCs/>
                <w:color w:val="0070C0"/>
                <w:szCs w:val="18"/>
              </w:rPr>
              <w:tab/>
            </w:r>
          </w:p>
        </w:tc>
        <w:tc>
          <w:tcPr>
            <w:tcW w:w="540" w:type="dxa"/>
            <w:shd w:val="clear" w:color="auto" w:fill="F2F2F2" w:themeFill="background1" w:themeFillShade="F2"/>
            <w:tcMar>
              <w:top w:w="14" w:type="dxa"/>
              <w:left w:w="29" w:type="dxa"/>
              <w:bottom w:w="14" w:type="dxa"/>
              <w:right w:w="29" w:type="dxa"/>
            </w:tcMar>
            <w:vAlign w:val="center"/>
          </w:tcPr>
          <w:p w:rsidR="00686224" w:rsidRPr="00B057EB" w:rsidP="0042717F" w14:paraId="149A14B8"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686224" w:rsidRPr="00B057EB" w:rsidP="0042717F" w14:paraId="76198DFD" w14:textId="77777777">
            <w:pPr>
              <w:tabs>
                <w:tab w:val="left" w:pos="280"/>
              </w:tabs>
              <w:spacing w:after="0" w:line="264" w:lineRule="auto"/>
              <w:jc w:val="center"/>
              <w:rPr>
                <w:sz w:val="20"/>
                <w:szCs w:val="20"/>
              </w:rPr>
            </w:pPr>
            <w:r w:rsidRPr="00B057EB">
              <w:rPr>
                <w:sz w:val="20"/>
                <w:szCs w:val="20"/>
              </w:rPr>
              <w:t>☐</w:t>
            </w:r>
          </w:p>
        </w:tc>
      </w:tr>
      <w:tr w14:paraId="5778E07B" w14:textId="77777777" w:rsidTr="009F7A5C">
        <w:tblPrEx>
          <w:tblW w:w="10151" w:type="dxa"/>
          <w:jc w:val="center"/>
          <w:tblLook w:val="04A0"/>
        </w:tblPrEx>
        <w:trPr>
          <w:trHeight w:val="20"/>
          <w:jc w:val="center"/>
        </w:trPr>
        <w:tc>
          <w:tcPr>
            <w:tcW w:w="9085" w:type="dxa"/>
            <w:gridSpan w:val="5"/>
            <w:tcMar>
              <w:top w:w="14" w:type="dxa"/>
              <w:left w:w="29" w:type="dxa"/>
              <w:bottom w:w="14" w:type="dxa"/>
              <w:right w:w="29" w:type="dxa"/>
            </w:tcMar>
          </w:tcPr>
          <w:p w:rsidR="007F6AE7" w:rsidRPr="00B057EB" w:rsidP="0006796E" w14:paraId="1B7C66D7" w14:textId="37799DF9">
            <w:pPr>
              <w:spacing w:after="0" w:line="264" w:lineRule="auto"/>
              <w:rPr>
                <w:sz w:val="20"/>
                <w:szCs w:val="20"/>
              </w:rPr>
            </w:pPr>
            <w:r w:rsidRPr="0006796E">
              <w:rPr>
                <w:b/>
                <w:bCs/>
                <w:sz w:val="20"/>
                <w:szCs w:val="20"/>
              </w:rPr>
              <w:t>3.</w:t>
            </w:r>
            <w:r>
              <w:rPr>
                <w:sz w:val="20"/>
                <w:szCs w:val="20"/>
              </w:rPr>
              <w:t xml:space="preserve"> </w:t>
            </w:r>
            <w:r>
              <w:rPr>
                <w:sz w:val="20"/>
                <w:szCs w:val="20"/>
              </w:rPr>
              <w:t>If providing patient care, did that involve invasive procedures, surgeries, obstetrics, or aerosol-generating (intubation, bronchoscopy, pulmonary endoscopy) procedures?</w:t>
            </w:r>
            <w:r>
              <w:rPr>
                <w:sz w:val="20"/>
                <w:szCs w:val="20"/>
              </w:rPr>
              <w:tab/>
            </w:r>
          </w:p>
        </w:tc>
        <w:tc>
          <w:tcPr>
            <w:tcW w:w="540" w:type="dxa"/>
            <w:shd w:val="clear" w:color="auto" w:fill="F2F2F2" w:themeFill="background1" w:themeFillShade="F2"/>
            <w:tcMar>
              <w:top w:w="14" w:type="dxa"/>
              <w:left w:w="29" w:type="dxa"/>
              <w:bottom w:w="14" w:type="dxa"/>
              <w:right w:w="29" w:type="dxa"/>
            </w:tcMar>
            <w:vAlign w:val="center"/>
          </w:tcPr>
          <w:p w:rsidR="007F6AE7" w:rsidRPr="00B057EB" w:rsidP="009F7A5C" w14:paraId="0E821513"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7F6AE7" w:rsidRPr="00B057EB" w:rsidP="009F7A5C" w14:paraId="2F6F2F5D" w14:textId="77777777">
            <w:pPr>
              <w:tabs>
                <w:tab w:val="left" w:pos="280"/>
              </w:tabs>
              <w:spacing w:after="0" w:line="264" w:lineRule="auto"/>
              <w:jc w:val="center"/>
              <w:rPr>
                <w:sz w:val="20"/>
                <w:szCs w:val="20"/>
              </w:rPr>
            </w:pPr>
            <w:r w:rsidRPr="00B057EB">
              <w:rPr>
                <w:sz w:val="20"/>
                <w:szCs w:val="20"/>
              </w:rPr>
              <w:t>☐</w:t>
            </w:r>
          </w:p>
        </w:tc>
      </w:tr>
      <w:tr w14:paraId="57850262" w14:textId="77777777" w:rsidTr="00585B87">
        <w:tblPrEx>
          <w:tblW w:w="10151" w:type="dxa"/>
          <w:jc w:val="center"/>
          <w:tblLook w:val="04A0"/>
        </w:tblPrEx>
        <w:trPr>
          <w:trHeight w:val="78"/>
          <w:jc w:val="center"/>
        </w:trPr>
        <w:tc>
          <w:tcPr>
            <w:tcW w:w="9085" w:type="dxa"/>
            <w:gridSpan w:val="5"/>
            <w:tcMar>
              <w:top w:w="14" w:type="dxa"/>
              <w:left w:w="29" w:type="dxa"/>
              <w:bottom w:w="14" w:type="dxa"/>
              <w:right w:w="29" w:type="dxa"/>
            </w:tcMar>
          </w:tcPr>
          <w:p w:rsidR="00AE28FF" w:rsidRPr="003B034D" w:rsidP="00585B87" w14:paraId="2C201E9E" w14:textId="6EFDDF3C">
            <w:pPr>
              <w:tabs>
                <w:tab w:val="left" w:pos="280"/>
                <w:tab w:val="right" w:pos="8964"/>
              </w:tabs>
              <w:spacing w:after="0" w:line="264" w:lineRule="auto"/>
              <w:rPr>
                <w:sz w:val="20"/>
                <w:szCs w:val="20"/>
              </w:rPr>
            </w:pPr>
            <w:r>
              <w:rPr>
                <w:b/>
                <w:bCs/>
                <w:sz w:val="20"/>
                <w:szCs w:val="20"/>
              </w:rPr>
              <w:t>4.</w:t>
            </w:r>
            <w:r w:rsidRPr="003B034D">
              <w:rPr>
                <w:sz w:val="20"/>
                <w:szCs w:val="20"/>
              </w:rPr>
              <w:t xml:space="preserve"> </w:t>
            </w:r>
            <w:r>
              <w:rPr>
                <w:sz w:val="20"/>
                <w:szCs w:val="20"/>
              </w:rPr>
              <w:t>W</w:t>
            </w:r>
            <w:r w:rsidRPr="003B034D">
              <w:rPr>
                <w:sz w:val="20"/>
                <w:szCs w:val="20"/>
              </w:rPr>
              <w:t>ork in a clinical lab handling human</w:t>
            </w:r>
            <w:r>
              <w:rPr>
                <w:sz w:val="20"/>
                <w:szCs w:val="20"/>
              </w:rPr>
              <w:t xml:space="preserve"> specimens</w:t>
            </w:r>
            <w:r w:rsidRPr="003B034D">
              <w:rPr>
                <w:sz w:val="20"/>
                <w:szCs w:val="20"/>
              </w:rPr>
              <w:t>?</w:t>
            </w:r>
            <w:r w:rsidRPr="003B034D">
              <w:rPr>
                <w:sz w:val="20"/>
                <w:szCs w:val="20"/>
              </w:rPr>
              <w:tab/>
            </w:r>
            <w:r w:rsidRPr="00ED4E9C">
              <w:rPr>
                <w:b/>
                <w:bCs/>
                <w:i/>
                <w:iCs/>
                <w:color w:val="0070C0"/>
                <w:szCs w:val="18"/>
              </w:rPr>
              <w:t xml:space="preserve">If YES, </w:t>
            </w:r>
            <w:r>
              <w:rPr>
                <w:b/>
                <w:bCs/>
                <w:i/>
                <w:iCs/>
                <w:color w:val="0070C0"/>
                <w:szCs w:val="18"/>
              </w:rPr>
              <w:t xml:space="preserve">also </w:t>
            </w:r>
            <w:r w:rsidRPr="00ED4E9C">
              <w:rPr>
                <w:b/>
                <w:bCs/>
                <w:i/>
                <w:iCs/>
                <w:color w:val="0070C0"/>
                <w:szCs w:val="18"/>
              </w:rPr>
              <w:t xml:space="preserve">complete Section </w:t>
            </w:r>
            <w:r>
              <w:rPr>
                <w:b/>
                <w:bCs/>
                <w:i/>
                <w:iCs/>
                <w:color w:val="0070C0"/>
                <w:szCs w:val="18"/>
              </w:rPr>
              <w:t>G</w:t>
            </w:r>
            <w:r w:rsidRPr="00ED4E9C">
              <w:rPr>
                <w:b/>
                <w:bCs/>
                <w:i/>
                <w:iCs/>
                <w:color w:val="0070C0"/>
                <w:szCs w:val="18"/>
              </w:rPr>
              <w:t>.</w:t>
            </w:r>
          </w:p>
        </w:tc>
        <w:tc>
          <w:tcPr>
            <w:tcW w:w="540" w:type="dxa"/>
            <w:shd w:val="clear" w:color="auto" w:fill="F2F2F2" w:themeFill="background1" w:themeFillShade="F2"/>
            <w:tcMar>
              <w:top w:w="14" w:type="dxa"/>
              <w:left w:w="29" w:type="dxa"/>
              <w:bottom w:w="14" w:type="dxa"/>
              <w:right w:w="29" w:type="dxa"/>
            </w:tcMar>
            <w:vAlign w:val="center"/>
          </w:tcPr>
          <w:p w:rsidR="00AE28FF" w:rsidRPr="003B034D" w:rsidP="00585B87" w14:paraId="67435D0D" w14:textId="77777777">
            <w:pPr>
              <w:tabs>
                <w:tab w:val="left" w:pos="280"/>
              </w:tabs>
              <w:spacing w:after="0" w:line="264" w:lineRule="auto"/>
              <w:jc w:val="center"/>
              <w:rPr>
                <w:sz w:val="20"/>
                <w:szCs w:val="20"/>
              </w:rPr>
            </w:pPr>
            <w:r w:rsidRPr="003B034D">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AE28FF" w:rsidRPr="00B057EB" w:rsidP="00585B87" w14:paraId="1E55AAC5" w14:textId="77777777">
            <w:pPr>
              <w:tabs>
                <w:tab w:val="left" w:pos="280"/>
              </w:tabs>
              <w:spacing w:after="0" w:line="264" w:lineRule="auto"/>
              <w:jc w:val="center"/>
              <w:rPr>
                <w:sz w:val="20"/>
                <w:szCs w:val="20"/>
              </w:rPr>
            </w:pPr>
            <w:r w:rsidRPr="003B034D">
              <w:rPr>
                <w:sz w:val="20"/>
                <w:szCs w:val="20"/>
              </w:rPr>
              <w:t>☐</w:t>
            </w:r>
          </w:p>
        </w:tc>
      </w:tr>
      <w:tr w14:paraId="0D5921FE" w14:textId="77777777" w:rsidTr="00585B87">
        <w:tblPrEx>
          <w:tblW w:w="10151" w:type="dxa"/>
          <w:jc w:val="center"/>
          <w:tblLook w:val="04A0"/>
        </w:tblPrEx>
        <w:trPr>
          <w:trHeight w:val="20"/>
          <w:jc w:val="center"/>
        </w:trPr>
        <w:tc>
          <w:tcPr>
            <w:tcW w:w="9085" w:type="dxa"/>
            <w:gridSpan w:val="5"/>
            <w:tcMar>
              <w:top w:w="14" w:type="dxa"/>
              <w:left w:w="29" w:type="dxa"/>
              <w:bottom w:w="14" w:type="dxa"/>
              <w:right w:w="29" w:type="dxa"/>
            </w:tcMar>
          </w:tcPr>
          <w:p w:rsidR="00AE28FF" w:rsidRPr="003B034D" w:rsidP="00585B87" w14:paraId="24B959FF" w14:textId="29229545">
            <w:pPr>
              <w:tabs>
                <w:tab w:val="left" w:pos="280"/>
                <w:tab w:val="right" w:pos="8964"/>
              </w:tabs>
              <w:spacing w:after="0" w:line="264" w:lineRule="auto"/>
              <w:rPr>
                <w:sz w:val="20"/>
                <w:szCs w:val="20"/>
              </w:rPr>
            </w:pPr>
            <w:r>
              <w:rPr>
                <w:b/>
                <w:bCs/>
                <w:sz w:val="20"/>
                <w:szCs w:val="20"/>
              </w:rPr>
              <w:t>5.</w:t>
            </w:r>
            <w:r w:rsidRPr="003B034D">
              <w:rPr>
                <w:sz w:val="20"/>
                <w:szCs w:val="20"/>
              </w:rPr>
              <w:t xml:space="preserve"> </w:t>
            </w:r>
            <w:r>
              <w:rPr>
                <w:sz w:val="20"/>
                <w:szCs w:val="20"/>
              </w:rPr>
              <w:t>C</w:t>
            </w:r>
            <w:r w:rsidRPr="003B034D">
              <w:rPr>
                <w:sz w:val="20"/>
                <w:szCs w:val="20"/>
              </w:rPr>
              <w:t xml:space="preserve">lean patient-care areas or </w:t>
            </w:r>
            <w:r>
              <w:rPr>
                <w:sz w:val="20"/>
                <w:szCs w:val="20"/>
              </w:rPr>
              <w:t>perform</w:t>
            </w:r>
            <w:r w:rsidRPr="003B034D">
              <w:rPr>
                <w:sz w:val="20"/>
                <w:szCs w:val="20"/>
              </w:rPr>
              <w:t xml:space="preserve"> laundry services in a </w:t>
            </w:r>
            <w:r>
              <w:rPr>
                <w:sz w:val="20"/>
                <w:szCs w:val="20"/>
              </w:rPr>
              <w:t>health facility</w:t>
            </w:r>
            <w:r w:rsidRPr="003B034D">
              <w:rPr>
                <w:sz w:val="20"/>
                <w:szCs w:val="20"/>
              </w:rPr>
              <w:t>?</w:t>
            </w:r>
            <w:r w:rsidRPr="003B034D">
              <w:rPr>
                <w:sz w:val="20"/>
                <w:szCs w:val="20"/>
              </w:rPr>
              <w:tab/>
            </w:r>
            <w:r w:rsidRPr="00ED4E9C">
              <w:rPr>
                <w:b/>
                <w:bCs/>
                <w:i/>
                <w:iCs/>
                <w:color w:val="0070C0"/>
                <w:szCs w:val="18"/>
              </w:rPr>
              <w:t xml:space="preserve">If YES, </w:t>
            </w:r>
            <w:r>
              <w:rPr>
                <w:b/>
                <w:bCs/>
                <w:i/>
                <w:iCs/>
                <w:color w:val="0070C0"/>
                <w:szCs w:val="18"/>
              </w:rPr>
              <w:t xml:space="preserve">also </w:t>
            </w:r>
            <w:r w:rsidRPr="00ED4E9C">
              <w:rPr>
                <w:b/>
                <w:bCs/>
                <w:i/>
                <w:iCs/>
                <w:color w:val="0070C0"/>
                <w:szCs w:val="18"/>
              </w:rPr>
              <w:t xml:space="preserve">complete Section </w:t>
            </w:r>
            <w:r>
              <w:rPr>
                <w:b/>
                <w:bCs/>
                <w:i/>
                <w:iCs/>
                <w:color w:val="0070C0"/>
                <w:szCs w:val="18"/>
              </w:rPr>
              <w:t>G</w:t>
            </w:r>
            <w:r w:rsidRPr="00ED4E9C">
              <w:rPr>
                <w:b/>
                <w:bCs/>
                <w:i/>
                <w:iCs/>
                <w:color w:val="0070C0"/>
                <w:szCs w:val="18"/>
              </w:rPr>
              <w:t>.</w:t>
            </w:r>
          </w:p>
        </w:tc>
        <w:tc>
          <w:tcPr>
            <w:tcW w:w="540" w:type="dxa"/>
            <w:shd w:val="clear" w:color="auto" w:fill="F2F2F2" w:themeFill="background1" w:themeFillShade="F2"/>
            <w:tcMar>
              <w:top w:w="14" w:type="dxa"/>
              <w:left w:w="29" w:type="dxa"/>
              <w:bottom w:w="14" w:type="dxa"/>
              <w:right w:w="29" w:type="dxa"/>
            </w:tcMar>
            <w:vAlign w:val="center"/>
          </w:tcPr>
          <w:p w:rsidR="00AE28FF" w:rsidRPr="003B034D" w:rsidP="00585B87" w14:paraId="75BE50CB" w14:textId="77777777">
            <w:pPr>
              <w:tabs>
                <w:tab w:val="left" w:pos="280"/>
              </w:tabs>
              <w:spacing w:after="0" w:line="264" w:lineRule="auto"/>
              <w:jc w:val="center"/>
              <w:rPr>
                <w:sz w:val="20"/>
                <w:szCs w:val="20"/>
              </w:rPr>
            </w:pPr>
            <w:r w:rsidRPr="003B034D">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AE28FF" w:rsidRPr="00B057EB" w:rsidP="00585B87" w14:paraId="212E6EB0" w14:textId="77777777">
            <w:pPr>
              <w:tabs>
                <w:tab w:val="left" w:pos="280"/>
              </w:tabs>
              <w:spacing w:after="0" w:line="264" w:lineRule="auto"/>
              <w:jc w:val="center"/>
              <w:rPr>
                <w:sz w:val="20"/>
                <w:szCs w:val="20"/>
              </w:rPr>
            </w:pPr>
            <w:r w:rsidRPr="003B034D">
              <w:rPr>
                <w:sz w:val="20"/>
                <w:szCs w:val="20"/>
              </w:rPr>
              <w:t>☐</w:t>
            </w:r>
          </w:p>
        </w:tc>
      </w:tr>
      <w:tr w14:paraId="1791A4CF" w14:textId="77777777" w:rsidTr="00A362DB">
        <w:tblPrEx>
          <w:tblW w:w="10151" w:type="dxa"/>
          <w:jc w:val="center"/>
          <w:tblLook w:val="04A0"/>
        </w:tblPrEx>
        <w:trPr>
          <w:trHeight w:val="20"/>
          <w:jc w:val="center"/>
        </w:trPr>
        <w:tc>
          <w:tcPr>
            <w:tcW w:w="7825" w:type="dxa"/>
            <w:gridSpan w:val="4"/>
            <w:tcMar>
              <w:top w:w="14" w:type="dxa"/>
              <w:left w:w="29" w:type="dxa"/>
              <w:bottom w:w="14" w:type="dxa"/>
              <w:right w:w="29" w:type="dxa"/>
            </w:tcMar>
          </w:tcPr>
          <w:p w:rsidR="00AE28FF" w:rsidP="00250171" w14:paraId="6D0740F5" w14:textId="51339BEA">
            <w:pPr>
              <w:tabs>
                <w:tab w:val="left" w:pos="280"/>
              </w:tabs>
              <w:spacing w:after="120" w:line="264" w:lineRule="auto"/>
              <w:rPr>
                <w:sz w:val="20"/>
                <w:szCs w:val="20"/>
              </w:rPr>
            </w:pPr>
            <w:r>
              <w:rPr>
                <w:sz w:val="20"/>
                <w:szCs w:val="20"/>
              </w:rPr>
              <w:t xml:space="preserve">If any </w:t>
            </w:r>
            <w:r w:rsidRPr="00092338">
              <w:rPr>
                <w:b/>
                <w:bCs/>
                <w:sz w:val="20"/>
                <w:szCs w:val="20"/>
              </w:rPr>
              <w:t>YES to 1</w:t>
            </w:r>
            <w:r>
              <w:rPr>
                <w:b/>
                <w:bCs/>
                <w:sz w:val="20"/>
                <w:szCs w:val="20"/>
              </w:rPr>
              <w:t xml:space="preserve">-5, describe activity </w:t>
            </w:r>
            <w:r w:rsidRPr="00D31A99">
              <w:rPr>
                <w:sz w:val="20"/>
                <w:szCs w:val="20"/>
              </w:rPr>
              <w:t>and</w:t>
            </w:r>
            <w:r>
              <w:rPr>
                <w:b/>
                <w:bCs/>
                <w:sz w:val="20"/>
                <w:szCs w:val="20"/>
              </w:rPr>
              <w:t xml:space="preserve"> </w:t>
            </w:r>
            <w:r>
              <w:rPr>
                <w:sz w:val="20"/>
                <w:szCs w:val="20"/>
              </w:rPr>
              <w:t xml:space="preserve">provide </w:t>
            </w:r>
            <w:r w:rsidRPr="00B057EB">
              <w:rPr>
                <w:sz w:val="20"/>
                <w:szCs w:val="20"/>
              </w:rPr>
              <w:t>name(s</w:t>
            </w:r>
            <w:r>
              <w:rPr>
                <w:sz w:val="20"/>
                <w:szCs w:val="20"/>
              </w:rPr>
              <w:t>) and location(s) where those activities occurred:</w:t>
            </w:r>
          </w:p>
          <w:p w:rsidR="00AE28FF" w:rsidRPr="00B057EB" w:rsidP="00A362DB" w14:paraId="4A53E3CD" w14:textId="77777777">
            <w:pPr>
              <w:tabs>
                <w:tab w:val="left" w:pos="280"/>
                <w:tab w:val="right" w:pos="8964"/>
              </w:tabs>
              <w:spacing w:after="0" w:line="264" w:lineRule="auto"/>
              <w:rPr>
                <w:sz w:val="20"/>
                <w:szCs w:val="20"/>
              </w:rPr>
            </w:pPr>
          </w:p>
        </w:tc>
        <w:tc>
          <w:tcPr>
            <w:tcW w:w="2326" w:type="dxa"/>
            <w:gridSpan w:val="3"/>
            <w:tcMar>
              <w:top w:w="14" w:type="dxa"/>
              <w:left w:w="29" w:type="dxa"/>
              <w:bottom w:w="14" w:type="dxa"/>
              <w:right w:w="29" w:type="dxa"/>
            </w:tcMar>
          </w:tcPr>
          <w:p w:rsidR="00AE28FF" w:rsidRPr="00B057EB" w:rsidP="00A362DB" w14:paraId="0F56FF6D" w14:textId="77777777">
            <w:pPr>
              <w:tabs>
                <w:tab w:val="left" w:pos="280"/>
                <w:tab w:val="right" w:pos="8964"/>
              </w:tabs>
              <w:spacing w:after="0" w:line="264" w:lineRule="auto"/>
              <w:rPr>
                <w:sz w:val="20"/>
                <w:szCs w:val="20"/>
              </w:rPr>
            </w:pPr>
            <w:r>
              <w:rPr>
                <w:sz w:val="20"/>
                <w:szCs w:val="20"/>
              </w:rPr>
              <w:t>Days</w:t>
            </w:r>
            <w:r w:rsidRPr="00B057EB">
              <w:rPr>
                <w:sz w:val="20"/>
                <w:szCs w:val="20"/>
              </w:rPr>
              <w:t xml:space="preserve"> present in HCF:</w:t>
            </w:r>
          </w:p>
        </w:tc>
      </w:tr>
      <w:tr w14:paraId="15C2997B" w14:textId="77777777" w:rsidTr="009B6D96">
        <w:tblPrEx>
          <w:tblW w:w="10151" w:type="dxa"/>
          <w:jc w:val="center"/>
          <w:tblLook w:val="04A0"/>
        </w:tblPrEx>
        <w:trPr>
          <w:trHeight w:val="20"/>
          <w:jc w:val="center"/>
        </w:trPr>
        <w:tc>
          <w:tcPr>
            <w:tcW w:w="9085" w:type="dxa"/>
            <w:gridSpan w:val="5"/>
            <w:tcMar>
              <w:top w:w="14" w:type="dxa"/>
              <w:left w:w="29" w:type="dxa"/>
              <w:bottom w:w="14" w:type="dxa"/>
              <w:right w:w="29" w:type="dxa"/>
            </w:tcMar>
          </w:tcPr>
          <w:p w:rsidR="00250171" w:rsidRPr="00B057EB" w:rsidP="009B6D96" w14:paraId="6280ED3D" w14:textId="7E8BF646">
            <w:pPr>
              <w:tabs>
                <w:tab w:val="left" w:pos="280"/>
                <w:tab w:val="right" w:pos="8964"/>
              </w:tabs>
              <w:spacing w:after="0" w:line="264" w:lineRule="auto"/>
              <w:rPr>
                <w:sz w:val="20"/>
                <w:szCs w:val="20"/>
              </w:rPr>
            </w:pPr>
            <w:r w:rsidRPr="00250171">
              <w:rPr>
                <w:b/>
                <w:bCs/>
                <w:sz w:val="20"/>
                <w:szCs w:val="20"/>
              </w:rPr>
              <w:t xml:space="preserve">6. </w:t>
            </w:r>
            <w:r>
              <w:rPr>
                <w:sz w:val="20"/>
                <w:szCs w:val="20"/>
              </w:rPr>
              <w:t>Visit or work as a traditional healer?</w:t>
            </w:r>
          </w:p>
        </w:tc>
        <w:tc>
          <w:tcPr>
            <w:tcW w:w="540" w:type="dxa"/>
            <w:shd w:val="clear" w:color="auto" w:fill="F2F2F2" w:themeFill="background1" w:themeFillShade="F2"/>
            <w:tcMar>
              <w:top w:w="14" w:type="dxa"/>
              <w:left w:w="29" w:type="dxa"/>
              <w:bottom w:w="14" w:type="dxa"/>
              <w:right w:w="29" w:type="dxa"/>
            </w:tcMar>
            <w:vAlign w:val="center"/>
          </w:tcPr>
          <w:p w:rsidR="00250171" w:rsidRPr="00B057EB" w:rsidP="009B6D96" w14:paraId="071A2BD5" w14:textId="77777777">
            <w:pPr>
              <w:tabs>
                <w:tab w:val="left" w:pos="280"/>
              </w:tabs>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14" w:type="dxa"/>
              <w:left w:w="29" w:type="dxa"/>
              <w:bottom w:w="14" w:type="dxa"/>
              <w:right w:w="29" w:type="dxa"/>
            </w:tcMar>
            <w:vAlign w:val="center"/>
          </w:tcPr>
          <w:p w:rsidR="00250171" w:rsidRPr="00B057EB" w:rsidP="009B6D96" w14:paraId="121048B9" w14:textId="77777777">
            <w:pPr>
              <w:tabs>
                <w:tab w:val="left" w:pos="280"/>
              </w:tabs>
              <w:spacing w:after="0" w:line="264" w:lineRule="auto"/>
              <w:jc w:val="center"/>
              <w:rPr>
                <w:sz w:val="20"/>
                <w:szCs w:val="20"/>
              </w:rPr>
            </w:pPr>
            <w:r w:rsidRPr="00B057EB">
              <w:rPr>
                <w:sz w:val="20"/>
                <w:szCs w:val="20"/>
              </w:rPr>
              <w:t>☐</w:t>
            </w:r>
          </w:p>
        </w:tc>
      </w:tr>
      <w:tr w14:paraId="7DF202B5" w14:textId="77777777" w:rsidTr="009F7A5C">
        <w:tblPrEx>
          <w:tblW w:w="10151" w:type="dxa"/>
          <w:jc w:val="center"/>
          <w:tblLook w:val="04A0"/>
        </w:tblPrEx>
        <w:trPr>
          <w:trHeight w:val="20"/>
          <w:jc w:val="center"/>
        </w:trPr>
        <w:tc>
          <w:tcPr>
            <w:tcW w:w="10151" w:type="dxa"/>
            <w:gridSpan w:val="7"/>
            <w:tcMar>
              <w:top w:w="14" w:type="dxa"/>
              <w:left w:w="29" w:type="dxa"/>
              <w:bottom w:w="14" w:type="dxa"/>
              <w:right w:w="29" w:type="dxa"/>
            </w:tcMar>
          </w:tcPr>
          <w:p w:rsidR="007F6AE7" w:rsidP="009F7A5C" w14:paraId="5348C123" w14:textId="2B97F230">
            <w:pPr>
              <w:tabs>
                <w:tab w:val="left" w:pos="280"/>
              </w:tabs>
              <w:spacing w:before="40" w:after="40" w:line="288" w:lineRule="auto"/>
              <w:rPr>
                <w:sz w:val="20"/>
                <w:szCs w:val="20"/>
              </w:rPr>
            </w:pPr>
            <w:r>
              <w:rPr>
                <w:b/>
                <w:bCs/>
                <w:sz w:val="20"/>
                <w:szCs w:val="20"/>
              </w:rPr>
              <w:t>7</w:t>
            </w:r>
            <w:r w:rsidRPr="00D62F38" w:rsidR="00D62F38">
              <w:rPr>
                <w:b/>
                <w:bCs/>
                <w:sz w:val="20"/>
                <w:szCs w:val="20"/>
              </w:rPr>
              <w:t>.</w:t>
            </w:r>
            <w:r w:rsidR="00D62F38">
              <w:rPr>
                <w:sz w:val="20"/>
                <w:szCs w:val="20"/>
              </w:rPr>
              <w:t xml:space="preserve"> </w:t>
            </w:r>
            <w:r>
              <w:rPr>
                <w:sz w:val="20"/>
                <w:szCs w:val="20"/>
              </w:rPr>
              <w:t>If not providing health care, what specific reasons were you in those locations:</w:t>
            </w:r>
          </w:p>
          <w:p w:rsidR="007F6AE7" w:rsidP="009F7A5C" w14:paraId="292633D5" w14:textId="77777777">
            <w:pPr>
              <w:tabs>
                <w:tab w:val="left" w:pos="280"/>
              </w:tabs>
              <w:spacing w:before="40" w:after="40" w:line="288" w:lineRule="auto"/>
              <w:rPr>
                <w:sz w:val="20"/>
                <w:szCs w:val="20"/>
              </w:rPr>
            </w:pPr>
            <w:r>
              <w:rPr>
                <w:sz w:val="20"/>
                <w:szCs w:val="20"/>
              </w:rPr>
              <w:tab/>
            </w:r>
            <w:r w:rsidRPr="00B057EB">
              <w:rPr>
                <w:sz w:val="20"/>
                <w:szCs w:val="20"/>
              </w:rPr>
              <w:t xml:space="preserve">☐ </w:t>
            </w:r>
            <w:r>
              <w:rPr>
                <w:sz w:val="20"/>
                <w:szCs w:val="20"/>
              </w:rPr>
              <w:t xml:space="preserve">Patient in emergency room, surgery, stayed overnight in hospital   </w:t>
            </w:r>
            <w:r w:rsidRPr="00B057EB">
              <w:rPr>
                <w:sz w:val="20"/>
                <w:szCs w:val="20"/>
              </w:rPr>
              <w:t xml:space="preserve">☐ </w:t>
            </w:r>
            <w:r>
              <w:rPr>
                <w:sz w:val="20"/>
                <w:szCs w:val="20"/>
              </w:rPr>
              <w:t>C</w:t>
            </w:r>
            <w:r w:rsidRPr="00B057EB">
              <w:rPr>
                <w:sz w:val="20"/>
                <w:szCs w:val="20"/>
              </w:rPr>
              <w:t>ompanion/visitor in patient-care areas</w:t>
            </w:r>
            <w:r>
              <w:rPr>
                <w:sz w:val="20"/>
                <w:szCs w:val="20"/>
              </w:rPr>
              <w:tab/>
            </w:r>
            <w:r>
              <w:rPr>
                <w:sz w:val="20"/>
                <w:szCs w:val="20"/>
              </w:rPr>
              <w:tab/>
            </w:r>
          </w:p>
          <w:p w:rsidR="007F6AE7" w:rsidP="009F7A5C" w14:paraId="399F3D3C" w14:textId="77777777">
            <w:pPr>
              <w:tabs>
                <w:tab w:val="left" w:pos="280"/>
              </w:tabs>
              <w:spacing w:before="40" w:after="40" w:line="288" w:lineRule="auto"/>
              <w:rPr>
                <w:sz w:val="20"/>
                <w:szCs w:val="20"/>
              </w:rPr>
            </w:pPr>
            <w:r>
              <w:rPr>
                <w:sz w:val="20"/>
                <w:szCs w:val="20"/>
              </w:rPr>
              <w:tab/>
            </w:r>
            <w:r w:rsidRPr="00B057EB">
              <w:rPr>
                <w:sz w:val="20"/>
                <w:szCs w:val="20"/>
              </w:rPr>
              <w:t>☐ Patient</w:t>
            </w:r>
            <w:r>
              <w:rPr>
                <w:sz w:val="20"/>
                <w:szCs w:val="20"/>
              </w:rPr>
              <w:t xml:space="preserve"> in outpatient clinic, community setting, laboratory, or pharmacy   </w:t>
            </w:r>
            <w:r w:rsidRPr="00B057EB">
              <w:rPr>
                <w:sz w:val="20"/>
                <w:szCs w:val="20"/>
              </w:rPr>
              <w:t xml:space="preserve">☐ </w:t>
            </w:r>
            <w:r>
              <w:rPr>
                <w:sz w:val="20"/>
                <w:szCs w:val="20"/>
              </w:rPr>
              <w:t xml:space="preserve">Visitor in non-patient areas </w:t>
            </w:r>
            <w:r>
              <w:rPr>
                <w:sz w:val="20"/>
                <w:szCs w:val="20"/>
              </w:rPr>
              <w:tab/>
            </w:r>
            <w:r>
              <w:rPr>
                <w:sz w:val="20"/>
                <w:szCs w:val="20"/>
              </w:rPr>
              <w:tab/>
            </w:r>
          </w:p>
          <w:p w:rsidR="007F6AE7" w:rsidRPr="00B057EB" w:rsidP="009F7A5C" w14:paraId="2CFCEBE2" w14:textId="77777777">
            <w:pPr>
              <w:tabs>
                <w:tab w:val="left" w:pos="280"/>
              </w:tabs>
              <w:spacing w:before="40" w:after="40" w:line="288" w:lineRule="auto"/>
              <w:rPr>
                <w:sz w:val="20"/>
                <w:szCs w:val="20"/>
              </w:rPr>
            </w:pPr>
            <w:r>
              <w:rPr>
                <w:sz w:val="20"/>
                <w:szCs w:val="20"/>
              </w:rPr>
              <w:tab/>
            </w:r>
            <w:r w:rsidRPr="248D04E4">
              <w:rPr>
                <w:sz w:val="20"/>
                <w:szCs w:val="20"/>
              </w:rPr>
              <w:t>☐ Nonclinical role (clerical, clergy, social work, meal service, administrative)</w:t>
            </w:r>
            <w:r>
              <w:rPr>
                <w:sz w:val="20"/>
                <w:szCs w:val="20"/>
              </w:rPr>
              <w:tab/>
            </w:r>
            <w:r>
              <w:rPr>
                <w:sz w:val="20"/>
                <w:szCs w:val="20"/>
              </w:rPr>
              <w:tab/>
            </w:r>
            <w:r w:rsidRPr="248D04E4">
              <w:rPr>
                <w:sz w:val="20"/>
                <w:szCs w:val="20"/>
              </w:rPr>
              <w:t xml:space="preserve">☐ </w:t>
            </w:r>
            <w:r>
              <w:rPr>
                <w:sz w:val="20"/>
                <w:szCs w:val="20"/>
              </w:rPr>
              <w:t>Other (describe in Section I):</w:t>
            </w:r>
          </w:p>
        </w:tc>
      </w:tr>
      <w:tr w14:paraId="6D87E7D8" w14:textId="77777777" w:rsidTr="0042717F">
        <w:tblPrEx>
          <w:tblW w:w="10151" w:type="dxa"/>
          <w:jc w:val="center"/>
          <w:tblLook w:val="04A0"/>
        </w:tblPrEx>
        <w:trPr>
          <w:trHeight w:val="20"/>
          <w:jc w:val="center"/>
        </w:trPr>
        <w:tc>
          <w:tcPr>
            <w:tcW w:w="10151" w:type="dxa"/>
            <w:gridSpan w:val="7"/>
            <w:shd w:val="clear" w:color="auto" w:fill="FFFFB3"/>
            <w:tcMar>
              <w:top w:w="14" w:type="dxa"/>
              <w:left w:w="29" w:type="dxa"/>
              <w:bottom w:w="14" w:type="dxa"/>
              <w:right w:w="29" w:type="dxa"/>
            </w:tcMar>
          </w:tcPr>
          <w:p w:rsidR="00BD7245" w:rsidRPr="00450EC2" w:rsidP="00437070" w14:paraId="3CE9B9C1" w14:textId="60564D28">
            <w:pPr>
              <w:tabs>
                <w:tab w:val="left" w:pos="234"/>
                <w:tab w:val="left" w:pos="270"/>
                <w:tab w:val="right" w:pos="8964"/>
              </w:tabs>
              <w:spacing w:before="40" w:after="40" w:line="264" w:lineRule="auto"/>
              <w:jc w:val="center"/>
              <w:rPr>
                <w:b/>
                <w:bCs/>
                <w:i/>
                <w:iCs/>
                <w:szCs w:val="18"/>
              </w:rPr>
            </w:pPr>
            <w:r w:rsidRPr="00B15556">
              <w:rPr>
                <w:i/>
                <w:iCs/>
                <w:szCs w:val="18"/>
              </w:rPr>
              <w:t xml:space="preserve">Describe </w:t>
            </w:r>
            <w:r w:rsidRPr="00B15556" w:rsidR="00FB7F3C">
              <w:rPr>
                <w:i/>
                <w:iCs/>
                <w:szCs w:val="18"/>
              </w:rPr>
              <w:t>additional details for</w:t>
            </w:r>
            <w:r w:rsidR="00FB7F3C">
              <w:rPr>
                <w:b/>
                <w:bCs/>
                <w:i/>
                <w:iCs/>
                <w:szCs w:val="18"/>
              </w:rPr>
              <w:t xml:space="preserve"> Section D </w:t>
            </w:r>
            <w:r w:rsidRPr="00B15556" w:rsidR="00FB7F3C">
              <w:rPr>
                <w:i/>
                <w:iCs/>
                <w:szCs w:val="18"/>
              </w:rPr>
              <w:t>and</w:t>
            </w:r>
            <w:r w:rsidR="00FB7F3C">
              <w:rPr>
                <w:b/>
                <w:bCs/>
                <w:i/>
                <w:iCs/>
                <w:szCs w:val="18"/>
              </w:rPr>
              <w:t xml:space="preserve"> Section E </w:t>
            </w:r>
            <w:r w:rsidRPr="00B15556" w:rsidR="00FB7F3C">
              <w:rPr>
                <w:i/>
                <w:iCs/>
                <w:szCs w:val="18"/>
              </w:rPr>
              <w:t>in Section I</w:t>
            </w:r>
            <w:r w:rsidR="001B58AE">
              <w:rPr>
                <w:i/>
                <w:iCs/>
                <w:szCs w:val="18"/>
              </w:rPr>
              <w:t xml:space="preserve"> as needed</w:t>
            </w:r>
            <w:r w:rsidRPr="00B15556" w:rsidR="00FB7F3C">
              <w:rPr>
                <w:i/>
                <w:iCs/>
                <w:szCs w:val="18"/>
              </w:rPr>
              <w:t>.</w:t>
            </w:r>
          </w:p>
        </w:tc>
      </w:tr>
    </w:tbl>
    <w:p w:rsidR="00480CE6" w:rsidP="008A191B" w14:paraId="6708A820" w14:textId="77777777">
      <w:pPr>
        <w:spacing w:after="0" w:line="264" w:lineRule="auto"/>
      </w:pPr>
      <w:r>
        <w:br w:type="page"/>
      </w:r>
    </w:p>
    <w:tbl>
      <w:tblPr>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1165"/>
        <w:gridCol w:w="7920"/>
        <w:gridCol w:w="540"/>
        <w:gridCol w:w="526"/>
      </w:tblGrid>
      <w:tr w14:paraId="062CFC83" w14:textId="77777777" w:rsidTr="0042717F">
        <w:tblPrEx>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rPr>
          <w:trHeight w:val="20"/>
          <w:jc w:val="center"/>
        </w:trPr>
        <w:tc>
          <w:tcPr>
            <w:tcW w:w="10151" w:type="dxa"/>
            <w:gridSpan w:val="4"/>
            <w:shd w:val="clear" w:color="auto" w:fill="FFFFB3"/>
            <w:tcMar>
              <w:top w:w="29" w:type="dxa"/>
              <w:left w:w="29" w:type="dxa"/>
              <w:bottom w:w="29" w:type="dxa"/>
              <w:right w:w="29" w:type="dxa"/>
            </w:tcMar>
          </w:tcPr>
          <w:p w:rsidR="003329EA" w:rsidRPr="008B389D" w:rsidP="0042717F" w14:paraId="168EFA82" w14:textId="12DBD913">
            <w:pPr>
              <w:tabs>
                <w:tab w:val="left" w:pos="280"/>
                <w:tab w:val="right" w:pos="8610"/>
              </w:tabs>
              <w:spacing w:after="0" w:line="264" w:lineRule="auto"/>
              <w:rPr>
                <w:b/>
                <w:sz w:val="20"/>
                <w:szCs w:val="20"/>
              </w:rPr>
            </w:pPr>
            <w:r w:rsidRPr="008B389D">
              <w:rPr>
                <w:b/>
                <w:sz w:val="20"/>
                <w:szCs w:val="20"/>
              </w:rPr>
              <w:t>L</w:t>
            </w:r>
            <w:r>
              <w:rPr>
                <w:b/>
                <w:sz w:val="20"/>
                <w:szCs w:val="20"/>
              </w:rPr>
              <w:t>ast name</w:t>
            </w:r>
            <w:r w:rsidRPr="008B389D">
              <w:rPr>
                <w:b/>
                <w:sz w:val="20"/>
                <w:szCs w:val="20"/>
              </w:rPr>
              <w:t>:</w:t>
            </w:r>
            <w:r w:rsidR="00A64955">
              <w:rPr>
                <w:b/>
                <w:sz w:val="20"/>
                <w:szCs w:val="20"/>
              </w:rPr>
              <w:tab/>
            </w:r>
            <w:r>
              <w:rPr>
                <w:b/>
                <w:sz w:val="20"/>
                <w:szCs w:val="20"/>
              </w:rPr>
              <w:t xml:space="preserve">Active Surveillance </w:t>
            </w:r>
            <w:r w:rsidRPr="008B389D">
              <w:rPr>
                <w:b/>
                <w:sz w:val="20"/>
                <w:szCs w:val="20"/>
              </w:rPr>
              <w:t>QA</w:t>
            </w:r>
            <w:r>
              <w:rPr>
                <w:b/>
                <w:sz w:val="20"/>
                <w:szCs w:val="20"/>
              </w:rPr>
              <w:t>R</w:t>
            </w:r>
            <w:r w:rsidRPr="008B389D">
              <w:rPr>
                <w:b/>
                <w:sz w:val="20"/>
                <w:szCs w:val="20"/>
              </w:rPr>
              <w:t>S</w:t>
            </w:r>
            <w:r>
              <w:rPr>
                <w:b/>
                <w:sz w:val="20"/>
                <w:szCs w:val="20"/>
              </w:rPr>
              <w:t>#</w:t>
            </w:r>
          </w:p>
        </w:tc>
      </w:tr>
      <w:tr w14:paraId="65740137" w14:textId="77777777" w:rsidTr="0063540C">
        <w:tblPrEx>
          <w:tblW w:w="10151" w:type="dxa"/>
          <w:jc w:val="center"/>
          <w:tblBorders>
            <w:insideV w:val="single" w:sz="4" w:space="0" w:color="888888"/>
          </w:tblBorders>
          <w:tblLook w:val="04A0"/>
        </w:tblPrEx>
        <w:trPr>
          <w:trHeight w:val="107"/>
          <w:jc w:val="center"/>
        </w:trPr>
        <w:tc>
          <w:tcPr>
            <w:tcW w:w="9085" w:type="dxa"/>
            <w:gridSpan w:val="2"/>
            <w:shd w:val="clear" w:color="auto" w:fill="548DD4" w:themeFill="text2" w:themeFillTint="99"/>
            <w:tcMar>
              <w:top w:w="14" w:type="dxa"/>
              <w:left w:w="29" w:type="dxa"/>
              <w:bottom w:w="14" w:type="dxa"/>
              <w:right w:w="29" w:type="dxa"/>
            </w:tcMar>
          </w:tcPr>
          <w:p w:rsidR="00F072D9" w:rsidRPr="0063540C" w:rsidP="006613C6" w14:paraId="142A0A96" w14:textId="463A0D46">
            <w:pPr>
              <w:pStyle w:val="ListParagraph"/>
              <w:numPr>
                <w:ilvl w:val="0"/>
                <w:numId w:val="12"/>
              </w:numPr>
              <w:spacing w:after="0" w:line="264" w:lineRule="auto"/>
              <w:rPr>
                <w:b/>
                <w:bCs/>
                <w:color w:val="FFFFFF" w:themeColor="background1"/>
                <w:sz w:val="20"/>
                <w:szCs w:val="20"/>
              </w:rPr>
            </w:pPr>
            <w:r w:rsidRPr="0063540C">
              <w:rPr>
                <w:b/>
                <w:color w:val="FFFFFF" w:themeColor="background1"/>
                <w:sz w:val="20"/>
                <w:szCs w:val="20"/>
              </w:rPr>
              <w:t>Contact with Dead Body / Funeral / Burial / Mortuary Work</w:t>
            </w:r>
            <w:r w:rsidRPr="0063540C" w:rsidR="006613C6">
              <w:rPr>
                <w:b/>
                <w:color w:val="FFFFFF" w:themeColor="background1"/>
                <w:sz w:val="20"/>
                <w:szCs w:val="20"/>
              </w:rPr>
              <w:t xml:space="preserve"> </w:t>
            </w:r>
            <w:r w:rsidRPr="0063540C" w:rsidR="006613C6">
              <w:rPr>
                <w:rFonts w:ascii="Wingdings" w:eastAsia="Wingdings" w:hAnsi="Wingdings" w:cs="Wingdings"/>
                <w:b/>
                <w:color w:val="FFFFFF" w:themeColor="background1"/>
                <w:sz w:val="16"/>
                <w:szCs w:val="16"/>
              </w:rPr>
              <w:t>à</w:t>
            </w:r>
            <w:r w:rsidRPr="0063540C" w:rsidR="006613C6">
              <w:rPr>
                <w:b/>
                <w:color w:val="FFFFFF" w:themeColor="background1"/>
                <w:sz w:val="20"/>
                <w:szCs w:val="20"/>
              </w:rPr>
              <w:t xml:space="preserve"> </w:t>
            </w:r>
            <w:r w:rsidRPr="0063540C">
              <w:rPr>
                <w:b/>
                <w:bCs/>
                <w:color w:val="FFFFFF" w:themeColor="background1"/>
                <w:sz w:val="20"/>
                <w:szCs w:val="20"/>
              </w:rPr>
              <w:t>IN THE PAST 21 DAYS, DID YOU:</w:t>
            </w:r>
          </w:p>
        </w:tc>
        <w:tc>
          <w:tcPr>
            <w:tcW w:w="540" w:type="dxa"/>
            <w:shd w:val="clear" w:color="auto" w:fill="548DD4" w:themeFill="text2" w:themeFillTint="99"/>
            <w:tcMar>
              <w:top w:w="14" w:type="dxa"/>
              <w:left w:w="29" w:type="dxa"/>
              <w:bottom w:w="14" w:type="dxa"/>
              <w:right w:w="29" w:type="dxa"/>
            </w:tcMar>
          </w:tcPr>
          <w:p w:rsidR="00F072D9" w:rsidRPr="0063540C" w14:paraId="2BE4CE2C" w14:textId="77777777">
            <w:pPr>
              <w:spacing w:after="0" w:line="264" w:lineRule="auto"/>
              <w:jc w:val="center"/>
              <w:rPr>
                <w:b/>
                <w:bCs/>
                <w:color w:val="FFFFFF" w:themeColor="background1"/>
                <w:sz w:val="20"/>
                <w:szCs w:val="20"/>
              </w:rPr>
            </w:pPr>
            <w:r w:rsidRPr="0063540C">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F072D9" w:rsidRPr="0063540C" w14:paraId="03C631E0" w14:textId="77777777">
            <w:pPr>
              <w:spacing w:after="0" w:line="264" w:lineRule="auto"/>
              <w:jc w:val="center"/>
              <w:rPr>
                <w:b/>
                <w:bCs/>
                <w:color w:val="FFFFFF" w:themeColor="background1"/>
                <w:sz w:val="20"/>
                <w:szCs w:val="20"/>
              </w:rPr>
            </w:pPr>
            <w:r w:rsidRPr="0063540C">
              <w:rPr>
                <w:b/>
                <w:bCs/>
                <w:color w:val="FFFFFF" w:themeColor="background1"/>
                <w:sz w:val="20"/>
                <w:szCs w:val="20"/>
              </w:rPr>
              <w:t>NO</w:t>
            </w:r>
          </w:p>
        </w:tc>
      </w:tr>
      <w:tr w14:paraId="798328E2"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7E68EF" w:rsidP="00FF6982" w14:paraId="5393D453" w14:textId="486C12F1">
            <w:pPr>
              <w:tabs>
                <w:tab w:val="right" w:pos="8964"/>
              </w:tabs>
              <w:spacing w:after="0" w:line="264" w:lineRule="auto"/>
              <w:rPr>
                <w:sz w:val="20"/>
                <w:szCs w:val="20"/>
              </w:rPr>
            </w:pPr>
            <w:r w:rsidRPr="00211D2F">
              <w:rPr>
                <w:b/>
                <w:bCs/>
                <w:sz w:val="20"/>
                <w:szCs w:val="20"/>
              </w:rPr>
              <w:t>1</w:t>
            </w:r>
            <w:r w:rsidRPr="00E54042">
              <w:rPr>
                <w:sz w:val="20"/>
                <w:szCs w:val="20"/>
              </w:rPr>
              <w:t xml:space="preserve">. </w:t>
            </w:r>
            <w:r w:rsidR="002F7EDA">
              <w:rPr>
                <w:sz w:val="20"/>
                <w:szCs w:val="20"/>
              </w:rPr>
              <w:t>A</w:t>
            </w:r>
            <w:r w:rsidRPr="00E54042">
              <w:rPr>
                <w:sz w:val="20"/>
                <w:szCs w:val="20"/>
              </w:rPr>
              <w:t xml:space="preserve">ttend a funeral or burial? </w:t>
            </w:r>
            <w:r w:rsidR="000341C6">
              <w:rPr>
                <w:sz w:val="20"/>
                <w:szCs w:val="20"/>
              </w:rPr>
              <w:tab/>
            </w:r>
            <w:r w:rsidRPr="00800797" w:rsidR="000341C6">
              <w:rPr>
                <w:i/>
                <w:iCs/>
                <w:szCs w:val="18"/>
              </w:rPr>
              <w:t xml:space="preserve">If YES, describe in </w:t>
            </w:r>
            <w:r w:rsidRPr="00800797" w:rsidR="00C861E0">
              <w:rPr>
                <w:i/>
                <w:iCs/>
                <w:szCs w:val="18"/>
              </w:rPr>
              <w:t>Section I</w:t>
            </w:r>
            <w:r w:rsidRPr="00800797" w:rsidR="000341C6">
              <w:rPr>
                <w:i/>
                <w:iCs/>
                <w:szCs w:val="18"/>
              </w:rPr>
              <w:t>.</w:t>
            </w:r>
          </w:p>
        </w:tc>
        <w:tc>
          <w:tcPr>
            <w:tcW w:w="540" w:type="dxa"/>
            <w:shd w:val="clear" w:color="auto" w:fill="F2F2F2" w:themeFill="background1" w:themeFillShade="F2"/>
            <w:tcMar>
              <w:top w:w="29" w:type="dxa"/>
              <w:left w:w="29" w:type="dxa"/>
              <w:bottom w:w="29" w:type="dxa"/>
              <w:right w:w="29" w:type="dxa"/>
            </w:tcMar>
          </w:tcPr>
          <w:p w:rsidR="003329EA" w:rsidRPr="00E54042" w:rsidP="003329EA" w14:paraId="694553C2" w14:textId="77777777">
            <w:pPr>
              <w:spacing w:after="0" w:line="264" w:lineRule="auto"/>
              <w:jc w:val="center"/>
              <w:rPr>
                <w:b/>
                <w:bCs/>
                <w:sz w:val="20"/>
                <w:szCs w:val="20"/>
              </w:rPr>
            </w:pPr>
            <w:r w:rsidRPr="00E54042">
              <w:rPr>
                <w:b/>
                <w:bCs/>
                <w:sz w:val="20"/>
                <w:szCs w:val="20"/>
              </w:rPr>
              <w:t>☐</w:t>
            </w:r>
          </w:p>
        </w:tc>
        <w:tc>
          <w:tcPr>
            <w:tcW w:w="526" w:type="dxa"/>
            <w:shd w:val="clear" w:color="auto" w:fill="F2F2F2" w:themeFill="background1" w:themeFillShade="F2"/>
            <w:tcMar>
              <w:top w:w="29" w:type="dxa"/>
              <w:left w:w="29" w:type="dxa"/>
              <w:bottom w:w="29" w:type="dxa"/>
              <w:right w:w="29" w:type="dxa"/>
            </w:tcMar>
          </w:tcPr>
          <w:p w:rsidR="003329EA" w:rsidRPr="00E54042" w:rsidP="003329EA" w14:paraId="23AB30FD" w14:textId="77777777">
            <w:pPr>
              <w:spacing w:after="0" w:line="264" w:lineRule="auto"/>
              <w:jc w:val="center"/>
              <w:rPr>
                <w:b/>
                <w:bCs/>
                <w:sz w:val="20"/>
                <w:szCs w:val="20"/>
              </w:rPr>
            </w:pPr>
            <w:r w:rsidRPr="00E54042">
              <w:rPr>
                <w:b/>
                <w:bCs/>
                <w:sz w:val="20"/>
                <w:szCs w:val="20"/>
              </w:rPr>
              <w:t>☐</w:t>
            </w:r>
          </w:p>
        </w:tc>
      </w:tr>
      <w:tr w14:paraId="23B45424"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3F7CF4" w:rsidP="00FF6982" w14:paraId="016AF48F" w14:textId="5385D894">
            <w:pPr>
              <w:tabs>
                <w:tab w:val="right" w:pos="8964"/>
              </w:tabs>
              <w:spacing w:after="0" w:line="264" w:lineRule="auto"/>
              <w:rPr>
                <w:b/>
                <w:bCs/>
                <w:i/>
                <w:iCs/>
                <w:sz w:val="20"/>
                <w:szCs w:val="20"/>
              </w:rPr>
            </w:pPr>
            <w:r w:rsidRPr="763E451D">
              <w:rPr>
                <w:b/>
                <w:bCs/>
                <w:sz w:val="20"/>
                <w:szCs w:val="20"/>
              </w:rPr>
              <w:t>2</w:t>
            </w:r>
            <w:r w:rsidRPr="763E451D">
              <w:rPr>
                <w:sz w:val="20"/>
                <w:szCs w:val="20"/>
              </w:rPr>
              <w:t xml:space="preserve">. </w:t>
            </w:r>
            <w:r w:rsidR="002F7EDA">
              <w:rPr>
                <w:sz w:val="20"/>
                <w:szCs w:val="20"/>
              </w:rPr>
              <w:t>H</w:t>
            </w:r>
            <w:r w:rsidRPr="763E451D">
              <w:rPr>
                <w:sz w:val="20"/>
                <w:szCs w:val="20"/>
              </w:rPr>
              <w:t xml:space="preserve">ave contact with </w:t>
            </w:r>
            <w:r>
              <w:rPr>
                <w:sz w:val="20"/>
                <w:szCs w:val="20"/>
              </w:rPr>
              <w:t>the body of a dead person or what appeared to be human remains or body fluids from a dead person</w:t>
            </w:r>
            <w:r w:rsidRPr="763E451D">
              <w:rPr>
                <w:sz w:val="20"/>
                <w:szCs w:val="20"/>
              </w:rPr>
              <w:t>?</w:t>
            </w:r>
            <w:r w:rsidR="000341C6">
              <w:rPr>
                <w:sz w:val="20"/>
                <w:szCs w:val="20"/>
              </w:rPr>
              <w:t xml:space="preserve"> </w:t>
            </w:r>
            <w:r w:rsidR="00FF6982">
              <w:rPr>
                <w:sz w:val="20"/>
                <w:szCs w:val="20"/>
              </w:rPr>
              <w:tab/>
            </w:r>
            <w:r w:rsidRPr="00800797" w:rsidR="000341C6">
              <w:rPr>
                <w:i/>
                <w:iCs/>
                <w:szCs w:val="18"/>
              </w:rPr>
              <w:t xml:space="preserve">If YES, describe in </w:t>
            </w:r>
            <w:r w:rsidRPr="00800797" w:rsidR="00C861E0">
              <w:rPr>
                <w:i/>
                <w:iCs/>
                <w:szCs w:val="18"/>
              </w:rPr>
              <w:t>Section I</w:t>
            </w:r>
            <w:r w:rsidRPr="0042717F" w:rsidR="000341C6">
              <w:rPr>
                <w:i/>
                <w:sz w:val="20"/>
                <w:szCs w:val="20"/>
              </w:rPr>
              <w:t>.</w:t>
            </w:r>
          </w:p>
        </w:tc>
        <w:tc>
          <w:tcPr>
            <w:tcW w:w="540" w:type="dxa"/>
            <w:shd w:val="clear" w:color="auto" w:fill="F2F2F2" w:themeFill="background1" w:themeFillShade="F2"/>
            <w:tcMar>
              <w:top w:w="29" w:type="dxa"/>
              <w:left w:w="29" w:type="dxa"/>
              <w:bottom w:w="29" w:type="dxa"/>
              <w:right w:w="29" w:type="dxa"/>
            </w:tcMar>
          </w:tcPr>
          <w:p w:rsidR="003329EA" w:rsidRPr="00E54042" w:rsidP="003329EA" w14:paraId="7F34B0D1" w14:textId="77777777">
            <w:pPr>
              <w:spacing w:after="0" w:line="264" w:lineRule="auto"/>
              <w:jc w:val="center"/>
              <w:rPr>
                <w:b/>
                <w:bCs/>
                <w:sz w:val="20"/>
                <w:szCs w:val="20"/>
              </w:rPr>
            </w:pPr>
            <w:r w:rsidRPr="00E54042">
              <w:rPr>
                <w:b/>
                <w:bCs/>
                <w:sz w:val="20"/>
                <w:szCs w:val="20"/>
              </w:rPr>
              <w:t>☐</w:t>
            </w:r>
          </w:p>
        </w:tc>
        <w:tc>
          <w:tcPr>
            <w:tcW w:w="526" w:type="dxa"/>
            <w:shd w:val="clear" w:color="auto" w:fill="F2F2F2" w:themeFill="background1" w:themeFillShade="F2"/>
            <w:tcMar>
              <w:top w:w="29" w:type="dxa"/>
              <w:left w:w="29" w:type="dxa"/>
              <w:bottom w:w="29" w:type="dxa"/>
              <w:right w:w="29" w:type="dxa"/>
            </w:tcMar>
          </w:tcPr>
          <w:p w:rsidR="003329EA" w:rsidRPr="00E54042" w:rsidP="003329EA" w14:paraId="23703BD6" w14:textId="77777777">
            <w:pPr>
              <w:spacing w:after="0" w:line="264" w:lineRule="auto"/>
              <w:jc w:val="center"/>
              <w:rPr>
                <w:b/>
                <w:bCs/>
                <w:sz w:val="20"/>
                <w:szCs w:val="20"/>
              </w:rPr>
            </w:pPr>
            <w:r w:rsidRPr="00E54042">
              <w:rPr>
                <w:b/>
                <w:bCs/>
                <w:sz w:val="20"/>
                <w:szCs w:val="20"/>
              </w:rPr>
              <w:t>☐</w:t>
            </w:r>
          </w:p>
        </w:tc>
      </w:tr>
      <w:tr w14:paraId="77936801"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7E68EF" w:rsidP="00FF6982" w14:paraId="7F8AEA3D" w14:textId="7E876774">
            <w:pPr>
              <w:tabs>
                <w:tab w:val="right" w:pos="8964"/>
              </w:tabs>
              <w:spacing w:after="0" w:line="264" w:lineRule="auto"/>
              <w:rPr>
                <w:sz w:val="20"/>
                <w:szCs w:val="20"/>
              </w:rPr>
            </w:pPr>
            <w:r w:rsidRPr="007E38F7">
              <w:rPr>
                <w:b/>
                <w:bCs/>
                <w:sz w:val="20"/>
                <w:szCs w:val="20"/>
              </w:rPr>
              <w:t>3</w:t>
            </w:r>
            <w:r w:rsidRPr="00E54042">
              <w:rPr>
                <w:sz w:val="20"/>
                <w:szCs w:val="20"/>
              </w:rPr>
              <w:t xml:space="preserve">. </w:t>
            </w:r>
            <w:r w:rsidR="002F7EDA">
              <w:rPr>
                <w:sz w:val="20"/>
                <w:szCs w:val="20"/>
              </w:rPr>
              <w:t>P</w:t>
            </w:r>
            <w:r>
              <w:rPr>
                <w:sz w:val="20"/>
                <w:szCs w:val="20"/>
              </w:rPr>
              <w:t>erform mortuary work or assist in a burial</w:t>
            </w:r>
            <w:r w:rsidRPr="00E54042">
              <w:rPr>
                <w:sz w:val="20"/>
                <w:szCs w:val="20"/>
              </w:rPr>
              <w:t xml:space="preserve">? </w:t>
            </w:r>
            <w:r>
              <w:rPr>
                <w:sz w:val="20"/>
                <w:szCs w:val="20"/>
              </w:rPr>
              <w:tab/>
            </w:r>
            <w:r w:rsidRPr="00F44D19">
              <w:rPr>
                <w:b/>
                <w:bCs/>
                <w:i/>
                <w:iCs/>
                <w:color w:val="0070C0"/>
                <w:szCs w:val="18"/>
              </w:rPr>
              <w:t xml:space="preserve">If YES, </w:t>
            </w:r>
            <w:r w:rsidR="00B756E1">
              <w:rPr>
                <w:b/>
                <w:bCs/>
                <w:i/>
                <w:iCs/>
                <w:color w:val="0070C0"/>
                <w:szCs w:val="18"/>
              </w:rPr>
              <w:t xml:space="preserve">also </w:t>
            </w:r>
            <w:r w:rsidRPr="00F44D19">
              <w:rPr>
                <w:b/>
                <w:bCs/>
                <w:i/>
                <w:iCs/>
                <w:color w:val="0070C0"/>
                <w:szCs w:val="18"/>
              </w:rPr>
              <w:t xml:space="preserve">complete Section </w:t>
            </w:r>
            <w:r w:rsidR="00381D2C">
              <w:rPr>
                <w:b/>
                <w:bCs/>
                <w:i/>
                <w:iCs/>
                <w:color w:val="0070C0"/>
                <w:szCs w:val="18"/>
              </w:rPr>
              <w:t>G</w:t>
            </w:r>
            <w:r w:rsidRPr="00F44D19">
              <w:rPr>
                <w:b/>
                <w:bCs/>
                <w:i/>
                <w:iCs/>
                <w:color w:val="0070C0"/>
                <w:szCs w:val="18"/>
              </w:rPr>
              <w:t>.</w:t>
            </w:r>
          </w:p>
        </w:tc>
        <w:tc>
          <w:tcPr>
            <w:tcW w:w="540" w:type="dxa"/>
            <w:shd w:val="clear" w:color="auto" w:fill="F2F2F2" w:themeFill="background1" w:themeFillShade="F2"/>
            <w:tcMar>
              <w:top w:w="29" w:type="dxa"/>
              <w:left w:w="29" w:type="dxa"/>
              <w:bottom w:w="29" w:type="dxa"/>
              <w:right w:w="29" w:type="dxa"/>
            </w:tcMar>
          </w:tcPr>
          <w:p w:rsidR="003329EA" w:rsidRPr="00E54042" w:rsidP="003329EA" w14:paraId="0F49192E" w14:textId="77777777">
            <w:pPr>
              <w:spacing w:after="0" w:line="264" w:lineRule="auto"/>
              <w:jc w:val="center"/>
              <w:rPr>
                <w:b/>
                <w:bCs/>
                <w:sz w:val="20"/>
                <w:szCs w:val="20"/>
              </w:rPr>
            </w:pPr>
            <w:r w:rsidRPr="00E54042">
              <w:rPr>
                <w:b/>
                <w:bCs/>
                <w:sz w:val="20"/>
                <w:szCs w:val="20"/>
              </w:rPr>
              <w:t>☐</w:t>
            </w:r>
          </w:p>
        </w:tc>
        <w:tc>
          <w:tcPr>
            <w:tcW w:w="526" w:type="dxa"/>
            <w:shd w:val="clear" w:color="auto" w:fill="F2F2F2" w:themeFill="background1" w:themeFillShade="F2"/>
            <w:tcMar>
              <w:top w:w="29" w:type="dxa"/>
              <w:left w:w="29" w:type="dxa"/>
              <w:bottom w:w="29" w:type="dxa"/>
              <w:right w:w="29" w:type="dxa"/>
            </w:tcMar>
          </w:tcPr>
          <w:p w:rsidR="003329EA" w:rsidRPr="00E54042" w:rsidP="003329EA" w14:paraId="0257A64C" w14:textId="77777777">
            <w:pPr>
              <w:spacing w:after="0" w:line="264" w:lineRule="auto"/>
              <w:jc w:val="center"/>
              <w:rPr>
                <w:b/>
                <w:bCs/>
                <w:sz w:val="20"/>
                <w:szCs w:val="20"/>
              </w:rPr>
            </w:pPr>
            <w:r w:rsidRPr="00E54042">
              <w:rPr>
                <w:b/>
                <w:bCs/>
                <w:sz w:val="20"/>
                <w:szCs w:val="20"/>
              </w:rPr>
              <w:t>☐</w:t>
            </w:r>
          </w:p>
        </w:tc>
      </w:tr>
      <w:tr w14:paraId="71CA82CE"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AC59D6" w:rsidP="00FF6982" w14:paraId="77D31A43" w14:textId="02B1551B">
            <w:pPr>
              <w:tabs>
                <w:tab w:val="right" w:pos="8964"/>
              </w:tabs>
              <w:spacing w:after="0" w:line="264" w:lineRule="auto"/>
              <w:rPr>
                <w:sz w:val="20"/>
                <w:szCs w:val="20"/>
              </w:rPr>
            </w:pPr>
            <w:r>
              <w:rPr>
                <w:b/>
                <w:bCs/>
                <w:sz w:val="20"/>
                <w:szCs w:val="20"/>
              </w:rPr>
              <w:t>4</w:t>
            </w:r>
            <w:r w:rsidRPr="00814554">
              <w:rPr>
                <w:b/>
                <w:bCs/>
                <w:sz w:val="20"/>
                <w:szCs w:val="20"/>
              </w:rPr>
              <w:t xml:space="preserve">. </w:t>
            </w:r>
            <w:r w:rsidRPr="00814554" w:rsidR="00814554">
              <w:rPr>
                <w:b/>
                <w:bCs/>
                <w:sz w:val="20"/>
                <w:szCs w:val="20"/>
              </w:rPr>
              <w:t>(</w:t>
            </w:r>
            <w:r w:rsidRPr="00814554">
              <w:rPr>
                <w:b/>
                <w:bCs/>
                <w:sz w:val="20"/>
                <w:szCs w:val="20"/>
              </w:rPr>
              <w:t>If YES to questions</w:t>
            </w:r>
            <w:r w:rsidRPr="00814554" w:rsidR="00870609">
              <w:rPr>
                <w:b/>
                <w:bCs/>
                <w:sz w:val="20"/>
                <w:szCs w:val="20"/>
              </w:rPr>
              <w:t xml:space="preserve"> F1, F2, or F3</w:t>
            </w:r>
            <w:r w:rsidRPr="00814554" w:rsidR="00814554">
              <w:rPr>
                <w:b/>
                <w:bCs/>
                <w:sz w:val="20"/>
                <w:szCs w:val="20"/>
              </w:rPr>
              <w:t>)</w:t>
            </w:r>
            <w:r w:rsidR="00814554">
              <w:rPr>
                <w:sz w:val="20"/>
                <w:szCs w:val="20"/>
              </w:rPr>
              <w:t xml:space="preserve"> </w:t>
            </w:r>
            <w:r w:rsidR="002F7EDA">
              <w:rPr>
                <w:sz w:val="20"/>
                <w:szCs w:val="20"/>
              </w:rPr>
              <w:t>Did</w:t>
            </w:r>
            <w:r>
              <w:rPr>
                <w:sz w:val="20"/>
                <w:szCs w:val="20"/>
              </w:rPr>
              <w:t xml:space="preserve"> the person ha</w:t>
            </w:r>
            <w:r w:rsidR="002F7EDA">
              <w:rPr>
                <w:sz w:val="20"/>
                <w:szCs w:val="20"/>
              </w:rPr>
              <w:t>ve</w:t>
            </w:r>
            <w:r>
              <w:rPr>
                <w:sz w:val="20"/>
                <w:szCs w:val="20"/>
              </w:rPr>
              <w:t xml:space="preserve"> a fever </w:t>
            </w:r>
            <w:r w:rsidR="004C29E7">
              <w:rPr>
                <w:sz w:val="20"/>
                <w:szCs w:val="20"/>
              </w:rPr>
              <w:t>prior to death</w:t>
            </w:r>
            <w:r>
              <w:rPr>
                <w:sz w:val="20"/>
                <w:szCs w:val="20"/>
              </w:rPr>
              <w:t>?</w:t>
            </w:r>
            <w:r w:rsidR="00182449">
              <w:rPr>
                <w:sz w:val="20"/>
                <w:szCs w:val="20"/>
              </w:rPr>
              <w:t xml:space="preserve"> </w:t>
            </w:r>
            <w:r w:rsidR="00182449">
              <w:rPr>
                <w:sz w:val="20"/>
                <w:szCs w:val="20"/>
              </w:rPr>
              <w:tab/>
            </w:r>
            <w:r w:rsidRPr="00870F7D" w:rsidR="00182449">
              <w:rPr>
                <w:sz w:val="20"/>
                <w:szCs w:val="20"/>
              </w:rPr>
              <w:t>☐ UNSURE</w:t>
            </w:r>
          </w:p>
        </w:tc>
        <w:tc>
          <w:tcPr>
            <w:tcW w:w="540" w:type="dxa"/>
            <w:shd w:val="clear" w:color="auto" w:fill="F2F2F2" w:themeFill="background1" w:themeFillShade="F2"/>
            <w:tcMar>
              <w:top w:w="29" w:type="dxa"/>
              <w:left w:w="29" w:type="dxa"/>
              <w:bottom w:w="29" w:type="dxa"/>
              <w:right w:w="29" w:type="dxa"/>
            </w:tcMar>
            <w:vAlign w:val="center"/>
          </w:tcPr>
          <w:p w:rsidR="003329EA" w:rsidRPr="00E54042" w:rsidP="003329EA" w14:paraId="78A37712" w14:textId="77777777">
            <w:pPr>
              <w:spacing w:after="0" w:line="264" w:lineRule="auto"/>
              <w:jc w:val="center"/>
              <w:rPr>
                <w:b/>
                <w:bCs/>
                <w:sz w:val="20"/>
                <w:szCs w:val="20"/>
              </w:rPr>
            </w:pPr>
            <w:r w:rsidRPr="00E54042">
              <w:rPr>
                <w:b/>
                <w:bCs/>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E54042" w:rsidP="003329EA" w14:paraId="321BDBC2" w14:textId="77777777">
            <w:pPr>
              <w:spacing w:after="0" w:line="264" w:lineRule="auto"/>
              <w:jc w:val="center"/>
              <w:rPr>
                <w:b/>
                <w:bCs/>
                <w:sz w:val="20"/>
                <w:szCs w:val="20"/>
              </w:rPr>
            </w:pPr>
            <w:r w:rsidRPr="00E54042">
              <w:rPr>
                <w:b/>
                <w:bCs/>
                <w:sz w:val="20"/>
                <w:szCs w:val="20"/>
              </w:rPr>
              <w:t>☐</w:t>
            </w:r>
          </w:p>
        </w:tc>
      </w:tr>
      <w:tr w14:paraId="558C4B43" w14:textId="77777777">
        <w:tblPrEx>
          <w:tblW w:w="10151" w:type="dxa"/>
          <w:jc w:val="center"/>
          <w:tblLook w:val="04A0"/>
        </w:tblPrEx>
        <w:trPr>
          <w:trHeight w:val="20"/>
          <w:jc w:val="center"/>
        </w:trPr>
        <w:tc>
          <w:tcPr>
            <w:tcW w:w="10151" w:type="dxa"/>
            <w:gridSpan w:val="4"/>
            <w:tcMar>
              <w:top w:w="29" w:type="dxa"/>
              <w:left w:w="29" w:type="dxa"/>
              <w:bottom w:w="29" w:type="dxa"/>
              <w:right w:w="29" w:type="dxa"/>
            </w:tcMar>
          </w:tcPr>
          <w:p w:rsidR="00091040" w:rsidRPr="00E54042" w:rsidP="001D5BD4" w14:paraId="605FC819" w14:textId="190E1D42">
            <w:pPr>
              <w:tabs>
                <w:tab w:val="right" w:pos="8700"/>
                <w:tab w:val="right" w:pos="10050"/>
                <w:tab w:val="right" w:pos="10095"/>
              </w:tabs>
              <w:spacing w:after="0" w:line="264" w:lineRule="auto"/>
              <w:rPr>
                <w:b/>
                <w:bCs/>
                <w:sz w:val="20"/>
                <w:szCs w:val="20"/>
              </w:rPr>
            </w:pPr>
            <w:r>
              <w:rPr>
                <w:b/>
                <w:bCs/>
                <w:sz w:val="20"/>
                <w:szCs w:val="20"/>
              </w:rPr>
              <w:t xml:space="preserve">5. </w:t>
            </w:r>
            <w:r w:rsidRPr="00814554">
              <w:rPr>
                <w:b/>
                <w:bCs/>
                <w:sz w:val="20"/>
                <w:szCs w:val="20"/>
              </w:rPr>
              <w:t>(If YES to questions F1, F2, or F3)</w:t>
            </w:r>
            <w:r>
              <w:rPr>
                <w:sz w:val="20"/>
                <w:szCs w:val="20"/>
              </w:rPr>
              <w:t xml:space="preserve"> </w:t>
            </w:r>
            <w:r w:rsidR="00C01195">
              <w:rPr>
                <w:sz w:val="20"/>
                <w:szCs w:val="20"/>
              </w:rPr>
              <w:t>W</w:t>
            </w:r>
            <w:r>
              <w:rPr>
                <w:sz w:val="20"/>
                <w:szCs w:val="20"/>
              </w:rPr>
              <w:t>hat was the cause of death</w:t>
            </w:r>
            <w:r w:rsidRPr="00E54042">
              <w:rPr>
                <w:sz w:val="20"/>
                <w:szCs w:val="20"/>
              </w:rPr>
              <w:t>?</w:t>
            </w:r>
            <w:r>
              <w:rPr>
                <w:sz w:val="20"/>
                <w:szCs w:val="20"/>
              </w:rPr>
              <w:t xml:space="preserve"> </w:t>
            </w:r>
            <w:r w:rsidR="001D5BD4">
              <w:rPr>
                <w:sz w:val="20"/>
                <w:szCs w:val="20"/>
              </w:rPr>
              <w:tab/>
            </w:r>
            <w:r w:rsidRPr="001D5BD4">
              <w:rPr>
                <w:i/>
                <w:szCs w:val="18"/>
              </w:rPr>
              <w:t>Specify</w:t>
            </w:r>
            <w:r w:rsidRPr="001D5BD4" w:rsidR="001D5BD4">
              <w:rPr>
                <w:i/>
                <w:iCs/>
                <w:szCs w:val="18"/>
              </w:rPr>
              <w:t xml:space="preserve"> in Section I.</w:t>
            </w:r>
            <w:r w:rsidR="00C01195">
              <w:rPr>
                <w:sz w:val="20"/>
                <w:szCs w:val="20"/>
              </w:rPr>
              <w:tab/>
            </w:r>
            <w:r w:rsidRPr="00870F7D" w:rsidR="00C01195">
              <w:rPr>
                <w:sz w:val="20"/>
                <w:szCs w:val="20"/>
              </w:rPr>
              <w:t>☐ UN</w:t>
            </w:r>
            <w:r w:rsidR="00C01195">
              <w:rPr>
                <w:sz w:val="20"/>
                <w:szCs w:val="20"/>
              </w:rPr>
              <w:t>KNOWN</w:t>
            </w:r>
          </w:p>
        </w:tc>
      </w:tr>
      <w:tr w14:paraId="00BAC80D" w14:textId="77777777" w:rsidTr="00750560">
        <w:tblPrEx>
          <w:tblW w:w="10151" w:type="dxa"/>
          <w:jc w:val="center"/>
          <w:tblBorders>
            <w:insideV w:val="single" w:sz="4" w:space="0" w:color="888888"/>
          </w:tblBorders>
          <w:tblLook w:val="04A0"/>
        </w:tblPrEx>
        <w:trPr>
          <w:trHeight w:val="107"/>
          <w:jc w:val="center"/>
        </w:trPr>
        <w:tc>
          <w:tcPr>
            <w:tcW w:w="9085" w:type="dxa"/>
            <w:gridSpan w:val="2"/>
            <w:shd w:val="clear" w:color="auto" w:fill="548DD4" w:themeFill="text2" w:themeFillTint="99"/>
            <w:tcMar>
              <w:top w:w="14" w:type="dxa"/>
              <w:left w:w="29" w:type="dxa"/>
              <w:bottom w:w="14" w:type="dxa"/>
              <w:right w:w="29" w:type="dxa"/>
            </w:tcMar>
          </w:tcPr>
          <w:p w:rsidR="00F072D9" w:rsidRPr="00750560" w:rsidP="006613C6" w14:paraId="664992BE" w14:textId="2D5F3799">
            <w:pPr>
              <w:pStyle w:val="ListParagraph"/>
              <w:numPr>
                <w:ilvl w:val="0"/>
                <w:numId w:val="12"/>
              </w:numPr>
              <w:spacing w:after="0" w:line="264" w:lineRule="auto"/>
              <w:rPr>
                <w:b/>
                <w:bCs/>
                <w:color w:val="FFFFFF" w:themeColor="background1"/>
                <w:sz w:val="20"/>
                <w:szCs w:val="20"/>
              </w:rPr>
            </w:pPr>
            <w:r w:rsidRPr="00750560">
              <w:rPr>
                <w:b/>
                <w:color w:val="FFFFFF" w:themeColor="background1"/>
                <w:sz w:val="20"/>
                <w:szCs w:val="20"/>
              </w:rPr>
              <w:t>Occupational Exposures / Precautions / Biosafety Incidents</w:t>
            </w:r>
            <w:r w:rsidRPr="00750560" w:rsidR="006613C6">
              <w:rPr>
                <w:b/>
                <w:color w:val="FFFFFF" w:themeColor="background1"/>
                <w:sz w:val="20"/>
                <w:szCs w:val="20"/>
              </w:rPr>
              <w:t xml:space="preserve"> </w:t>
            </w:r>
            <w:r w:rsidRPr="00750560" w:rsidR="006613C6">
              <w:rPr>
                <w:rFonts w:ascii="Wingdings" w:eastAsia="Wingdings" w:hAnsi="Wingdings" w:cs="Wingdings"/>
                <w:b/>
                <w:color w:val="FFFFFF" w:themeColor="background1"/>
                <w:sz w:val="16"/>
                <w:szCs w:val="16"/>
              </w:rPr>
              <w:t>à</w:t>
            </w:r>
            <w:r w:rsidRPr="00750560">
              <w:rPr>
                <w:b/>
                <w:color w:val="FFFFFF" w:themeColor="background1"/>
                <w:sz w:val="20"/>
                <w:szCs w:val="20"/>
              </w:rPr>
              <w:t xml:space="preserve"> </w:t>
            </w:r>
            <w:r w:rsidRPr="00750560">
              <w:rPr>
                <w:b/>
                <w:bCs/>
                <w:color w:val="FFFFFF" w:themeColor="background1"/>
                <w:sz w:val="20"/>
                <w:szCs w:val="20"/>
              </w:rPr>
              <w:t>IN THE PAST 21 DAYS, DID YOU:</w:t>
            </w:r>
          </w:p>
        </w:tc>
        <w:tc>
          <w:tcPr>
            <w:tcW w:w="540" w:type="dxa"/>
            <w:shd w:val="clear" w:color="auto" w:fill="548DD4" w:themeFill="text2" w:themeFillTint="99"/>
            <w:tcMar>
              <w:top w:w="14" w:type="dxa"/>
              <w:left w:w="29" w:type="dxa"/>
              <w:bottom w:w="14" w:type="dxa"/>
              <w:right w:w="29" w:type="dxa"/>
            </w:tcMar>
          </w:tcPr>
          <w:p w:rsidR="00F072D9" w:rsidRPr="00750560" w14:paraId="2F8F73B8" w14:textId="77777777">
            <w:pPr>
              <w:spacing w:after="0" w:line="264" w:lineRule="auto"/>
              <w:jc w:val="center"/>
              <w:rPr>
                <w:b/>
                <w:bCs/>
                <w:color w:val="FFFFFF" w:themeColor="background1"/>
                <w:sz w:val="20"/>
                <w:szCs w:val="20"/>
              </w:rPr>
            </w:pPr>
            <w:r w:rsidRPr="00750560">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F072D9" w:rsidRPr="00750560" w14:paraId="2D571484" w14:textId="77777777">
            <w:pPr>
              <w:spacing w:after="0" w:line="264" w:lineRule="auto"/>
              <w:jc w:val="center"/>
              <w:rPr>
                <w:b/>
                <w:bCs/>
                <w:color w:val="FFFFFF" w:themeColor="background1"/>
                <w:sz w:val="20"/>
                <w:szCs w:val="20"/>
              </w:rPr>
            </w:pPr>
            <w:r w:rsidRPr="00750560">
              <w:rPr>
                <w:b/>
                <w:bCs/>
                <w:color w:val="FFFFFF" w:themeColor="background1"/>
                <w:sz w:val="20"/>
                <w:szCs w:val="20"/>
              </w:rPr>
              <w:t>NO</w:t>
            </w:r>
          </w:p>
        </w:tc>
      </w:tr>
      <w:tr w14:paraId="55910E08"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B057EB" w:rsidP="003329EA" w14:paraId="1A7A3E6B" w14:textId="2618131D">
            <w:pPr>
              <w:spacing w:after="0" w:line="264" w:lineRule="auto"/>
              <w:rPr>
                <w:sz w:val="20"/>
                <w:szCs w:val="20"/>
              </w:rPr>
            </w:pPr>
            <w:r w:rsidRPr="00211D2F">
              <w:rPr>
                <w:b/>
                <w:bCs/>
                <w:sz w:val="20"/>
                <w:szCs w:val="20"/>
              </w:rPr>
              <w:t>1</w:t>
            </w:r>
            <w:r>
              <w:rPr>
                <w:sz w:val="20"/>
                <w:szCs w:val="20"/>
              </w:rPr>
              <w:t xml:space="preserve">. </w:t>
            </w:r>
            <w:r w:rsidR="00442CCA">
              <w:rPr>
                <w:sz w:val="20"/>
                <w:szCs w:val="20"/>
              </w:rPr>
              <w:t>C</w:t>
            </w:r>
            <w:r>
              <w:rPr>
                <w:sz w:val="20"/>
                <w:szCs w:val="20"/>
              </w:rPr>
              <w:t>ome into contact with anyone suspected or confirmed to have VHF/Ebola/BVD in a</w:t>
            </w:r>
            <w:r w:rsidR="00EA09E4">
              <w:rPr>
                <w:sz w:val="20"/>
                <w:szCs w:val="20"/>
              </w:rPr>
              <w:t>n</w:t>
            </w:r>
            <w:r>
              <w:rPr>
                <w:sz w:val="20"/>
                <w:szCs w:val="20"/>
              </w:rPr>
              <w:t xml:space="preserve"> HCF or other work setting mentioned above?</w:t>
            </w:r>
            <w:r w:rsidR="002A66A5">
              <w:rPr>
                <w:sz w:val="20"/>
                <w:szCs w:val="20"/>
              </w:rPr>
              <w:t xml:space="preserve"> Or any acutely ill patients who died?</w:t>
            </w:r>
          </w:p>
        </w:tc>
        <w:tc>
          <w:tcPr>
            <w:tcW w:w="540" w:type="dxa"/>
            <w:shd w:val="clear" w:color="auto" w:fill="F2F2F2" w:themeFill="background1" w:themeFillShade="F2"/>
            <w:tcMar>
              <w:top w:w="29" w:type="dxa"/>
              <w:left w:w="29" w:type="dxa"/>
              <w:bottom w:w="29" w:type="dxa"/>
              <w:right w:w="29" w:type="dxa"/>
            </w:tcMar>
            <w:vAlign w:val="center"/>
          </w:tcPr>
          <w:p w:rsidR="003329EA" w:rsidRPr="00B057EB" w:rsidP="003329EA" w14:paraId="5EB95C32"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B057EB" w:rsidP="003329EA" w14:paraId="0812D564" w14:textId="77777777">
            <w:pPr>
              <w:spacing w:after="0" w:line="264" w:lineRule="auto"/>
              <w:jc w:val="center"/>
              <w:rPr>
                <w:sz w:val="20"/>
                <w:szCs w:val="20"/>
              </w:rPr>
            </w:pPr>
            <w:r w:rsidRPr="00B057EB">
              <w:rPr>
                <w:sz w:val="20"/>
                <w:szCs w:val="20"/>
              </w:rPr>
              <w:t>☐</w:t>
            </w:r>
          </w:p>
        </w:tc>
      </w:tr>
      <w:tr w14:paraId="5BD8E037" w14:textId="77777777" w:rsidTr="00FD0338">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B057EB" w:rsidP="0042717F" w14:paraId="1B20FA76" w14:textId="2CD5290C">
            <w:pPr>
              <w:tabs>
                <w:tab w:val="right" w:pos="8970"/>
              </w:tabs>
              <w:spacing w:after="0" w:line="264" w:lineRule="auto"/>
              <w:rPr>
                <w:sz w:val="20"/>
                <w:szCs w:val="20"/>
              </w:rPr>
            </w:pPr>
            <w:r w:rsidRPr="00211D2F">
              <w:rPr>
                <w:b/>
                <w:bCs/>
                <w:sz w:val="20"/>
                <w:szCs w:val="20"/>
              </w:rPr>
              <w:t>2</w:t>
            </w:r>
            <w:r>
              <w:rPr>
                <w:sz w:val="20"/>
                <w:szCs w:val="20"/>
              </w:rPr>
              <w:t xml:space="preserve">. </w:t>
            </w:r>
            <w:r w:rsidR="00630CAA">
              <w:rPr>
                <w:sz w:val="20"/>
                <w:szCs w:val="20"/>
              </w:rPr>
              <w:t>U</w:t>
            </w:r>
            <w:r>
              <w:rPr>
                <w:sz w:val="20"/>
                <w:szCs w:val="20"/>
              </w:rPr>
              <w:t>se PPE as a routine part of your work?</w:t>
            </w:r>
            <w:r w:rsidRPr="00480E4C" w:rsidR="00B40489">
              <w:rPr>
                <w:b/>
                <w:bCs/>
                <w:sz w:val="20"/>
                <w:szCs w:val="20"/>
              </w:rPr>
              <w:t xml:space="preserve"> </w:t>
            </w:r>
            <w:r w:rsidR="00F210F4">
              <w:rPr>
                <w:b/>
                <w:bCs/>
                <w:sz w:val="20"/>
                <w:szCs w:val="20"/>
              </w:rPr>
              <w:tab/>
            </w:r>
            <w:r w:rsidRPr="0042717F" w:rsidR="00B40489">
              <w:rPr>
                <w:b/>
                <w:i/>
                <w:szCs w:val="18"/>
              </w:rPr>
              <w:t>If NO use of PPE, explain</w:t>
            </w:r>
            <w:r w:rsidR="00F210F4">
              <w:rPr>
                <w:b/>
                <w:bCs/>
                <w:i/>
                <w:iCs/>
                <w:szCs w:val="18"/>
              </w:rPr>
              <w:t xml:space="preserve"> in Section I.</w:t>
            </w:r>
          </w:p>
        </w:tc>
        <w:tc>
          <w:tcPr>
            <w:tcW w:w="540" w:type="dxa"/>
            <w:shd w:val="clear" w:color="auto" w:fill="F2F2F2" w:themeFill="background1" w:themeFillShade="F2"/>
            <w:tcMar>
              <w:top w:w="29" w:type="dxa"/>
              <w:left w:w="29" w:type="dxa"/>
              <w:bottom w:w="29" w:type="dxa"/>
              <w:right w:w="29" w:type="dxa"/>
            </w:tcMar>
          </w:tcPr>
          <w:p w:rsidR="003329EA" w:rsidRPr="00B057EB" w:rsidP="003329EA" w14:paraId="5B354CD8"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tcPr>
          <w:p w:rsidR="003329EA" w:rsidRPr="00B057EB" w:rsidP="003329EA" w14:paraId="26D1DB5A" w14:textId="77777777">
            <w:pPr>
              <w:spacing w:after="0" w:line="264" w:lineRule="auto"/>
              <w:jc w:val="center"/>
              <w:rPr>
                <w:sz w:val="20"/>
                <w:szCs w:val="20"/>
              </w:rPr>
            </w:pPr>
            <w:r w:rsidRPr="00B057EB">
              <w:rPr>
                <w:sz w:val="20"/>
                <w:szCs w:val="20"/>
              </w:rPr>
              <w:t>☐</w:t>
            </w:r>
          </w:p>
        </w:tc>
      </w:tr>
      <w:tr w14:paraId="22449A5D" w14:textId="77777777" w:rsidTr="00C66A8C">
        <w:tblPrEx>
          <w:tblW w:w="10151" w:type="dxa"/>
          <w:jc w:val="center"/>
          <w:tblLook w:val="04A0"/>
        </w:tblPrEx>
        <w:trPr>
          <w:trHeight w:val="20"/>
          <w:jc w:val="center"/>
        </w:trPr>
        <w:tc>
          <w:tcPr>
            <w:tcW w:w="1165" w:type="dxa"/>
            <w:tcMar>
              <w:top w:w="29" w:type="dxa"/>
              <w:left w:w="29" w:type="dxa"/>
              <w:bottom w:w="29" w:type="dxa"/>
              <w:right w:w="29" w:type="dxa"/>
            </w:tcMar>
            <w:vAlign w:val="center"/>
          </w:tcPr>
          <w:p w:rsidR="003329EA" w:rsidRPr="00B057EB" w:rsidP="003329EA" w14:paraId="04F5E01E" w14:textId="3E4E882F">
            <w:pPr>
              <w:spacing w:after="0" w:line="264" w:lineRule="auto"/>
              <w:rPr>
                <w:sz w:val="20"/>
                <w:szCs w:val="20"/>
              </w:rPr>
            </w:pPr>
            <w:r>
              <w:rPr>
                <w:sz w:val="20"/>
                <w:szCs w:val="20"/>
              </w:rPr>
              <w:t>What types of PPE did you use?</w:t>
            </w:r>
          </w:p>
        </w:tc>
        <w:tc>
          <w:tcPr>
            <w:tcW w:w="8986" w:type="dxa"/>
            <w:gridSpan w:val="3"/>
            <w:tcMar>
              <w:top w:w="29" w:type="dxa"/>
              <w:left w:w="29" w:type="dxa"/>
              <w:bottom w:w="29" w:type="dxa"/>
              <w:right w:w="29" w:type="dxa"/>
            </w:tcMar>
          </w:tcPr>
          <w:p w:rsidR="003329EA" w:rsidRPr="00B057EB" w:rsidP="000A5144" w14:paraId="188CD74D" w14:textId="6F5E6ECB">
            <w:pPr>
              <w:spacing w:before="40" w:after="0" w:line="288" w:lineRule="auto"/>
              <w:rPr>
                <w:sz w:val="20"/>
                <w:szCs w:val="20"/>
              </w:rPr>
            </w:pPr>
            <w:r w:rsidRPr="00B057EB">
              <w:rPr>
                <w:sz w:val="20"/>
                <w:szCs w:val="20"/>
              </w:rPr>
              <w:t>Latex/nitrile gloves:</w:t>
            </w:r>
            <w:r>
              <w:rPr>
                <w:sz w:val="20"/>
                <w:szCs w:val="20"/>
              </w:rPr>
              <w:tab/>
            </w:r>
            <w:r w:rsidRPr="00B057EB">
              <w:rPr>
                <w:sz w:val="20"/>
                <w:szCs w:val="20"/>
              </w:rPr>
              <w:t>☐ One pai</w:t>
            </w:r>
            <w:r>
              <w:rPr>
                <w:sz w:val="20"/>
                <w:szCs w:val="20"/>
              </w:rPr>
              <w:t>r</w:t>
            </w:r>
            <w:r>
              <w:rPr>
                <w:sz w:val="20"/>
                <w:szCs w:val="20"/>
              </w:rPr>
              <w:tab/>
            </w:r>
            <w:r w:rsidRPr="00B057EB">
              <w:rPr>
                <w:sz w:val="20"/>
                <w:szCs w:val="20"/>
              </w:rPr>
              <w:t>☐ Two pairs</w:t>
            </w:r>
            <w:r>
              <w:rPr>
                <w:sz w:val="20"/>
                <w:szCs w:val="20"/>
              </w:rPr>
              <w:tab/>
            </w:r>
            <w:r>
              <w:rPr>
                <w:sz w:val="20"/>
                <w:szCs w:val="20"/>
              </w:rPr>
              <w:tab/>
            </w:r>
            <w:r w:rsidR="000A5144">
              <w:rPr>
                <w:sz w:val="20"/>
                <w:szCs w:val="20"/>
              </w:rPr>
              <w:tab/>
            </w:r>
            <w:r w:rsidRPr="00B057EB">
              <w:rPr>
                <w:sz w:val="20"/>
                <w:szCs w:val="20"/>
              </w:rPr>
              <w:t xml:space="preserve">☐ </w:t>
            </w:r>
            <w:r>
              <w:rPr>
                <w:sz w:val="20"/>
                <w:szCs w:val="20"/>
              </w:rPr>
              <w:t>O</w:t>
            </w:r>
            <w:r w:rsidRPr="00B057EB">
              <w:rPr>
                <w:sz w:val="20"/>
                <w:szCs w:val="20"/>
              </w:rPr>
              <w:t xml:space="preserve">uter </w:t>
            </w:r>
            <w:r>
              <w:rPr>
                <w:sz w:val="20"/>
                <w:szCs w:val="20"/>
              </w:rPr>
              <w:t xml:space="preserve">pair </w:t>
            </w:r>
            <w:r w:rsidRPr="00B057EB">
              <w:rPr>
                <w:sz w:val="20"/>
                <w:szCs w:val="20"/>
              </w:rPr>
              <w:t>with extended cuffs</w:t>
            </w:r>
          </w:p>
          <w:p w:rsidR="003329EA" w:rsidP="000A5144" w14:paraId="09EA6D71" w14:textId="2E47FC2D">
            <w:pPr>
              <w:spacing w:after="0" w:line="288" w:lineRule="auto"/>
              <w:rPr>
                <w:sz w:val="20"/>
                <w:szCs w:val="20"/>
              </w:rPr>
            </w:pPr>
            <w:r w:rsidRPr="00B057EB">
              <w:rPr>
                <w:sz w:val="20"/>
                <w:szCs w:val="20"/>
              </w:rPr>
              <w:t>☐ Surgical mask</w:t>
            </w:r>
            <w:r>
              <w:rPr>
                <w:sz w:val="20"/>
                <w:szCs w:val="20"/>
              </w:rPr>
              <w:tab/>
            </w:r>
            <w:r>
              <w:rPr>
                <w:sz w:val="20"/>
                <w:szCs w:val="20"/>
              </w:rPr>
              <w:tab/>
            </w:r>
            <w:r w:rsidRPr="00B057EB">
              <w:rPr>
                <w:sz w:val="20"/>
                <w:szCs w:val="20"/>
              </w:rPr>
              <w:t>☐ Respirator (N95, KN95)</w:t>
            </w:r>
            <w:r>
              <w:rPr>
                <w:sz w:val="20"/>
                <w:szCs w:val="20"/>
              </w:rPr>
              <w:tab/>
            </w:r>
            <w:r>
              <w:rPr>
                <w:sz w:val="20"/>
                <w:szCs w:val="20"/>
              </w:rPr>
              <w:tab/>
            </w:r>
            <w:r w:rsidR="00C436C3">
              <w:rPr>
                <w:sz w:val="20"/>
                <w:szCs w:val="20"/>
              </w:rPr>
              <w:tab/>
            </w:r>
            <w:r w:rsidRPr="00B057EB">
              <w:rPr>
                <w:sz w:val="20"/>
                <w:szCs w:val="20"/>
              </w:rPr>
              <w:t>☐ Goggles</w:t>
            </w:r>
            <w:r>
              <w:rPr>
                <w:sz w:val="20"/>
                <w:szCs w:val="20"/>
              </w:rPr>
              <w:t>/face shield</w:t>
            </w:r>
            <w:r>
              <w:rPr>
                <w:sz w:val="20"/>
                <w:szCs w:val="20"/>
              </w:rPr>
              <w:tab/>
            </w:r>
            <w:r>
              <w:rPr>
                <w:sz w:val="20"/>
                <w:szCs w:val="20"/>
              </w:rPr>
              <w:tab/>
            </w:r>
            <w:r w:rsidRPr="00B057EB">
              <w:rPr>
                <w:sz w:val="20"/>
                <w:szCs w:val="20"/>
              </w:rPr>
              <w:t xml:space="preserve">☐ </w:t>
            </w:r>
            <w:r>
              <w:rPr>
                <w:sz w:val="20"/>
                <w:szCs w:val="20"/>
              </w:rPr>
              <w:t>Shoe</w:t>
            </w:r>
            <w:r w:rsidRPr="00B057EB">
              <w:rPr>
                <w:sz w:val="20"/>
                <w:szCs w:val="20"/>
              </w:rPr>
              <w:t xml:space="preserve"> covers</w:t>
            </w:r>
          </w:p>
          <w:p w:rsidR="003329EA" w:rsidRPr="00B057EB" w:rsidP="000A5144" w14:paraId="25C3A6A8" w14:textId="7D15F544">
            <w:pPr>
              <w:spacing w:after="0" w:line="288" w:lineRule="auto"/>
              <w:rPr>
                <w:sz w:val="20"/>
                <w:szCs w:val="20"/>
              </w:rPr>
            </w:pPr>
            <w:r w:rsidRPr="00B057EB">
              <w:rPr>
                <w:sz w:val="20"/>
                <w:szCs w:val="20"/>
              </w:rPr>
              <w:t>☐ Fluid-resistant or impermeable gown/coverall</w:t>
            </w:r>
            <w:r>
              <w:rPr>
                <w:sz w:val="20"/>
                <w:szCs w:val="20"/>
              </w:rPr>
              <w:t>s</w:t>
            </w:r>
            <w:r>
              <w:rPr>
                <w:sz w:val="20"/>
                <w:szCs w:val="20"/>
              </w:rPr>
              <w:tab/>
            </w:r>
            <w:r>
              <w:rPr>
                <w:sz w:val="20"/>
                <w:szCs w:val="20"/>
              </w:rPr>
              <w:tab/>
            </w:r>
            <w:r w:rsidRPr="00B057EB">
              <w:rPr>
                <w:sz w:val="20"/>
                <w:szCs w:val="20"/>
              </w:rPr>
              <w:t>☐ Disposable apron</w:t>
            </w:r>
            <w:r>
              <w:rPr>
                <w:sz w:val="20"/>
                <w:szCs w:val="20"/>
              </w:rPr>
              <w:tab/>
            </w:r>
            <w:r>
              <w:rPr>
                <w:sz w:val="20"/>
                <w:szCs w:val="20"/>
              </w:rPr>
              <w:tab/>
            </w:r>
            <w:r>
              <w:rPr>
                <w:sz w:val="20"/>
                <w:szCs w:val="20"/>
              </w:rPr>
              <w:tab/>
            </w:r>
            <w:r w:rsidRPr="00B057EB">
              <w:rPr>
                <w:sz w:val="20"/>
                <w:szCs w:val="20"/>
              </w:rPr>
              <w:t xml:space="preserve">☐ Waterproof boots  </w:t>
            </w:r>
          </w:p>
          <w:p w:rsidR="003329EA" w:rsidRPr="00B057EB" w:rsidP="000A5144" w14:paraId="7BE88509" w14:textId="3ECCC75D">
            <w:pPr>
              <w:spacing w:after="120" w:line="288" w:lineRule="auto"/>
              <w:rPr>
                <w:sz w:val="20"/>
                <w:szCs w:val="20"/>
              </w:rPr>
            </w:pPr>
            <w:r w:rsidRPr="00B057EB">
              <w:rPr>
                <w:sz w:val="20"/>
                <w:szCs w:val="20"/>
              </w:rPr>
              <w:t>☐ Surgical hood</w:t>
            </w:r>
            <w:r>
              <w:rPr>
                <w:sz w:val="20"/>
                <w:szCs w:val="20"/>
              </w:rPr>
              <w:tab/>
            </w:r>
            <w:r>
              <w:rPr>
                <w:sz w:val="20"/>
                <w:szCs w:val="20"/>
              </w:rPr>
              <w:tab/>
            </w:r>
            <w:r w:rsidRPr="00B057EB">
              <w:rPr>
                <w:sz w:val="20"/>
                <w:szCs w:val="20"/>
              </w:rPr>
              <w:t xml:space="preserve">☐ PAPR    </w:t>
            </w:r>
            <w:r>
              <w:rPr>
                <w:sz w:val="20"/>
                <w:szCs w:val="20"/>
              </w:rPr>
              <w:tab/>
            </w:r>
            <w:r>
              <w:rPr>
                <w:sz w:val="20"/>
                <w:szCs w:val="20"/>
              </w:rPr>
              <w:tab/>
            </w:r>
            <w:r w:rsidRPr="00B057EB">
              <w:rPr>
                <w:sz w:val="20"/>
                <w:szCs w:val="20"/>
              </w:rPr>
              <w:t>☐ Other</w:t>
            </w:r>
            <w:r>
              <w:rPr>
                <w:sz w:val="20"/>
                <w:szCs w:val="20"/>
              </w:rPr>
              <w:t xml:space="preserve"> precautions (describe</w:t>
            </w:r>
            <w:r w:rsidR="00C436C3">
              <w:rPr>
                <w:sz w:val="20"/>
                <w:szCs w:val="20"/>
              </w:rPr>
              <w:t xml:space="preserve"> here</w:t>
            </w:r>
            <w:r>
              <w:rPr>
                <w:sz w:val="20"/>
                <w:szCs w:val="20"/>
              </w:rPr>
              <w:t>)</w:t>
            </w:r>
            <w:r w:rsidRPr="00B057EB">
              <w:rPr>
                <w:sz w:val="20"/>
                <w:szCs w:val="20"/>
              </w:rPr>
              <w:t>:</w:t>
            </w:r>
          </w:p>
        </w:tc>
      </w:tr>
      <w:tr w14:paraId="38F81F9F" w14:textId="77777777" w:rsidTr="00652D23">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B057EB" w:rsidP="003329EA" w14:paraId="3D27E164" w14:textId="3C48EC98">
            <w:pPr>
              <w:spacing w:after="0" w:line="264" w:lineRule="auto"/>
              <w:rPr>
                <w:sz w:val="20"/>
                <w:szCs w:val="20"/>
              </w:rPr>
            </w:pPr>
            <w:r>
              <w:rPr>
                <w:sz w:val="20"/>
                <w:szCs w:val="20"/>
              </w:rPr>
              <w:tab/>
            </w:r>
            <w:r>
              <w:rPr>
                <w:sz w:val="20"/>
                <w:szCs w:val="20"/>
              </w:rPr>
              <w:t xml:space="preserve">Did you perform hand hygiene </w:t>
            </w:r>
            <w:r w:rsidRPr="00756CC2">
              <w:rPr>
                <w:b/>
                <w:bCs/>
                <w:sz w:val="20"/>
                <w:szCs w:val="20"/>
              </w:rPr>
              <w:t>every time</w:t>
            </w:r>
            <w:r>
              <w:rPr>
                <w:sz w:val="20"/>
                <w:szCs w:val="20"/>
              </w:rPr>
              <w:t xml:space="preserve"> after using PPE and in between patients or clients?</w:t>
            </w:r>
          </w:p>
        </w:tc>
        <w:tc>
          <w:tcPr>
            <w:tcW w:w="540" w:type="dxa"/>
            <w:shd w:val="clear" w:color="auto" w:fill="F2F2F2" w:themeFill="background1" w:themeFillShade="F2"/>
            <w:tcMar>
              <w:top w:w="29" w:type="dxa"/>
              <w:left w:w="29" w:type="dxa"/>
              <w:bottom w:w="29" w:type="dxa"/>
              <w:right w:w="29" w:type="dxa"/>
            </w:tcMar>
          </w:tcPr>
          <w:p w:rsidR="003329EA" w:rsidRPr="00B057EB" w:rsidP="003329EA" w14:paraId="3DFE927E"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tcPr>
          <w:p w:rsidR="003329EA" w:rsidRPr="00B057EB" w:rsidP="003329EA" w14:paraId="6A46CB74" w14:textId="77777777">
            <w:pPr>
              <w:spacing w:after="0" w:line="264" w:lineRule="auto"/>
              <w:jc w:val="center"/>
              <w:rPr>
                <w:sz w:val="20"/>
                <w:szCs w:val="20"/>
              </w:rPr>
            </w:pPr>
            <w:r w:rsidRPr="00B057EB">
              <w:rPr>
                <w:sz w:val="20"/>
                <w:szCs w:val="20"/>
              </w:rPr>
              <w:t>☐</w:t>
            </w:r>
          </w:p>
        </w:tc>
      </w:tr>
      <w:tr w14:paraId="41983DA5" w14:textId="77777777" w:rsidTr="00652D23">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115446" w:rsidP="000C764A" w14:paraId="2B361365" w14:textId="56DC4991">
            <w:pPr>
              <w:tabs>
                <w:tab w:val="left" w:pos="288"/>
                <w:tab w:val="left" w:pos="324"/>
                <w:tab w:val="right" w:pos="9025"/>
              </w:tabs>
              <w:spacing w:after="0" w:line="264" w:lineRule="auto"/>
              <w:rPr>
                <w:sz w:val="20"/>
                <w:szCs w:val="20"/>
              </w:rPr>
            </w:pPr>
            <w:r>
              <w:rPr>
                <w:sz w:val="20"/>
                <w:szCs w:val="20"/>
              </w:rPr>
              <w:tab/>
            </w:r>
            <w:r>
              <w:rPr>
                <w:sz w:val="20"/>
                <w:szCs w:val="20"/>
              </w:rPr>
              <w:t>Did you experience any breaches in PPE?</w:t>
            </w:r>
            <w:r w:rsidR="00CF62C6">
              <w:rPr>
                <w:sz w:val="20"/>
                <w:szCs w:val="20"/>
              </w:rPr>
              <w:tab/>
            </w:r>
            <w:r w:rsidRPr="00325EC9">
              <w:rPr>
                <w:i/>
                <w:iCs/>
                <w:szCs w:val="18"/>
              </w:rPr>
              <w:t xml:space="preserve">If YES, describe </w:t>
            </w:r>
            <w:r w:rsidRPr="00325EC9" w:rsidR="00115446">
              <w:rPr>
                <w:i/>
                <w:iCs/>
                <w:szCs w:val="18"/>
              </w:rPr>
              <w:t xml:space="preserve">in </w:t>
            </w:r>
            <w:r w:rsidR="00C861E0">
              <w:rPr>
                <w:i/>
                <w:iCs/>
                <w:szCs w:val="18"/>
              </w:rPr>
              <w:t>Section I</w:t>
            </w:r>
            <w:r w:rsidRPr="00325EC9" w:rsidR="00115446">
              <w:rPr>
                <w:i/>
                <w:iCs/>
                <w:szCs w:val="18"/>
              </w:rPr>
              <w:t>.</w:t>
            </w:r>
          </w:p>
        </w:tc>
        <w:tc>
          <w:tcPr>
            <w:tcW w:w="540" w:type="dxa"/>
            <w:shd w:val="clear" w:color="auto" w:fill="F2F2F2" w:themeFill="background1" w:themeFillShade="F2"/>
            <w:tcMar>
              <w:top w:w="29" w:type="dxa"/>
              <w:left w:w="29" w:type="dxa"/>
              <w:bottom w:w="29" w:type="dxa"/>
              <w:right w:w="29" w:type="dxa"/>
            </w:tcMar>
            <w:vAlign w:val="center"/>
          </w:tcPr>
          <w:p w:rsidR="003329EA" w:rsidRPr="00B057EB" w:rsidP="003329EA" w14:paraId="5492CB8D"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B057EB" w:rsidP="003329EA" w14:paraId="1E97D377" w14:textId="77777777">
            <w:pPr>
              <w:spacing w:after="0" w:line="264" w:lineRule="auto"/>
              <w:jc w:val="center"/>
              <w:rPr>
                <w:sz w:val="20"/>
                <w:szCs w:val="20"/>
              </w:rPr>
            </w:pPr>
            <w:r w:rsidRPr="00B057EB">
              <w:rPr>
                <w:sz w:val="20"/>
                <w:szCs w:val="20"/>
              </w:rPr>
              <w:t>☐</w:t>
            </w:r>
          </w:p>
        </w:tc>
      </w:tr>
      <w:tr w14:paraId="6A7B38FA" w14:textId="77777777" w:rsidTr="00652D23">
        <w:tblPrEx>
          <w:tblW w:w="10151" w:type="dxa"/>
          <w:jc w:val="center"/>
          <w:tblLook w:val="04A0"/>
        </w:tblPrEx>
        <w:trPr>
          <w:trHeight w:val="20"/>
          <w:jc w:val="center"/>
        </w:trPr>
        <w:tc>
          <w:tcPr>
            <w:tcW w:w="9085" w:type="dxa"/>
            <w:gridSpan w:val="2"/>
            <w:tcMar>
              <w:top w:w="29" w:type="dxa"/>
              <w:left w:w="29" w:type="dxa"/>
              <w:bottom w:w="29" w:type="dxa"/>
              <w:right w:w="29" w:type="dxa"/>
            </w:tcMar>
          </w:tcPr>
          <w:p w:rsidR="00B019D0" w:rsidP="000C764A" w14:paraId="70C7382A" w14:textId="6472C2AE">
            <w:pPr>
              <w:tabs>
                <w:tab w:val="right" w:pos="9025"/>
              </w:tabs>
              <w:spacing w:after="0" w:line="264" w:lineRule="auto"/>
              <w:rPr>
                <w:sz w:val="20"/>
                <w:szCs w:val="20"/>
              </w:rPr>
            </w:pPr>
            <w:r>
              <w:rPr>
                <w:b/>
                <w:bCs/>
                <w:sz w:val="20"/>
                <w:szCs w:val="20"/>
              </w:rPr>
              <w:t>3</w:t>
            </w:r>
            <w:r>
              <w:rPr>
                <w:sz w:val="20"/>
                <w:szCs w:val="20"/>
              </w:rPr>
              <w:t xml:space="preserve">. </w:t>
            </w:r>
            <w:r>
              <w:rPr>
                <w:sz w:val="20"/>
                <w:szCs w:val="20"/>
              </w:rPr>
              <w:t>Have</w:t>
            </w:r>
            <w:r>
              <w:rPr>
                <w:sz w:val="20"/>
                <w:szCs w:val="20"/>
              </w:rPr>
              <w:t xml:space="preserve"> </w:t>
            </w:r>
            <w:r w:rsidR="00ED761D">
              <w:rPr>
                <w:sz w:val="20"/>
                <w:szCs w:val="20"/>
              </w:rPr>
              <w:t xml:space="preserve">a </w:t>
            </w:r>
            <w:r w:rsidR="00311AA1">
              <w:rPr>
                <w:sz w:val="20"/>
                <w:szCs w:val="20"/>
              </w:rPr>
              <w:t>needlestick</w:t>
            </w:r>
            <w:r w:rsidRPr="00B057EB">
              <w:rPr>
                <w:sz w:val="20"/>
                <w:szCs w:val="20"/>
              </w:rPr>
              <w:t>, sharps injury, splash to eye/nose/mouth, or skin contact with blood/body fluids</w:t>
            </w:r>
            <w:r>
              <w:rPr>
                <w:sz w:val="20"/>
                <w:szCs w:val="20"/>
              </w:rPr>
              <w:t>?</w:t>
            </w:r>
          </w:p>
          <w:p w:rsidR="003329EA" w:rsidRPr="00B057EB" w:rsidP="000C764A" w14:paraId="358249DD" w14:textId="65ADA12C">
            <w:pPr>
              <w:tabs>
                <w:tab w:val="right" w:pos="9025"/>
              </w:tabs>
              <w:spacing w:after="0" w:line="264" w:lineRule="auto"/>
              <w:rPr>
                <w:sz w:val="20"/>
                <w:szCs w:val="20"/>
              </w:rPr>
            </w:pPr>
            <w:r>
              <w:rPr>
                <w:sz w:val="20"/>
                <w:szCs w:val="20"/>
              </w:rPr>
              <w:t xml:space="preserve">  </w:t>
            </w:r>
            <w:r w:rsidR="00115446">
              <w:rPr>
                <w:sz w:val="20"/>
                <w:szCs w:val="20"/>
              </w:rPr>
              <w:tab/>
            </w:r>
            <w:r w:rsidRPr="00325EC9">
              <w:rPr>
                <w:i/>
                <w:iCs/>
                <w:szCs w:val="18"/>
              </w:rPr>
              <w:t>If YES, describe</w:t>
            </w:r>
            <w:r w:rsidRPr="00325EC9" w:rsidR="00CE1046">
              <w:rPr>
                <w:i/>
                <w:iCs/>
                <w:szCs w:val="18"/>
              </w:rPr>
              <w:t xml:space="preserve"> in </w:t>
            </w:r>
            <w:r w:rsidR="00C861E0">
              <w:rPr>
                <w:i/>
                <w:iCs/>
                <w:szCs w:val="18"/>
              </w:rPr>
              <w:t>Section I</w:t>
            </w:r>
            <w:r w:rsidRPr="00325EC9" w:rsidR="00CE1046">
              <w:rPr>
                <w:i/>
                <w:iCs/>
                <w:szCs w:val="18"/>
              </w:rPr>
              <w:t>.</w:t>
            </w:r>
          </w:p>
        </w:tc>
        <w:tc>
          <w:tcPr>
            <w:tcW w:w="540" w:type="dxa"/>
            <w:shd w:val="clear" w:color="auto" w:fill="F2F2F2" w:themeFill="background1" w:themeFillShade="F2"/>
            <w:tcMar>
              <w:top w:w="29" w:type="dxa"/>
              <w:left w:w="29" w:type="dxa"/>
              <w:bottom w:w="29" w:type="dxa"/>
              <w:right w:w="29" w:type="dxa"/>
            </w:tcMar>
            <w:vAlign w:val="center"/>
          </w:tcPr>
          <w:p w:rsidR="003329EA" w:rsidRPr="00B057EB" w:rsidP="003329EA" w14:paraId="625877A7"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B057EB" w:rsidP="003329EA" w14:paraId="76F32FBC" w14:textId="77777777">
            <w:pPr>
              <w:spacing w:after="0" w:line="264" w:lineRule="auto"/>
              <w:jc w:val="center"/>
              <w:rPr>
                <w:sz w:val="20"/>
                <w:szCs w:val="20"/>
              </w:rPr>
            </w:pPr>
            <w:r w:rsidRPr="00B057EB">
              <w:rPr>
                <w:sz w:val="20"/>
                <w:szCs w:val="20"/>
              </w:rPr>
              <w:t>☐</w:t>
            </w:r>
          </w:p>
        </w:tc>
      </w:tr>
      <w:tr w14:paraId="00164AD8" w14:textId="77777777" w:rsidTr="00652D23">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642A8A" w:rsidP="000C764A" w14:paraId="543BEB87" w14:textId="7CE47043">
            <w:pPr>
              <w:tabs>
                <w:tab w:val="right" w:pos="9025"/>
              </w:tabs>
              <w:spacing w:after="0" w:line="264" w:lineRule="auto"/>
              <w:rPr>
                <w:sz w:val="20"/>
                <w:szCs w:val="20"/>
              </w:rPr>
            </w:pPr>
            <w:r w:rsidRPr="00FA3CAB">
              <w:rPr>
                <w:b/>
                <w:bCs/>
                <w:sz w:val="20"/>
                <w:szCs w:val="20"/>
              </w:rPr>
              <w:t>4</w:t>
            </w:r>
            <w:r>
              <w:rPr>
                <w:sz w:val="20"/>
                <w:szCs w:val="20"/>
              </w:rPr>
              <w:t xml:space="preserve">. </w:t>
            </w:r>
            <w:r w:rsidR="00442CCA">
              <w:rPr>
                <w:sz w:val="20"/>
                <w:szCs w:val="20"/>
              </w:rPr>
              <w:t>C</w:t>
            </w:r>
            <w:r>
              <w:rPr>
                <w:sz w:val="20"/>
                <w:szCs w:val="20"/>
              </w:rPr>
              <w:t>ome into contact with clothing, laundry, linens, or other material or surfaces that were soiled with blood or body fluids?</w:t>
            </w:r>
            <w:r w:rsidR="00642A8A">
              <w:rPr>
                <w:sz w:val="20"/>
                <w:szCs w:val="20"/>
              </w:rPr>
              <w:t xml:space="preserve">  </w:t>
            </w:r>
            <w:r w:rsidR="00115446">
              <w:rPr>
                <w:sz w:val="20"/>
                <w:szCs w:val="20"/>
              </w:rPr>
              <w:tab/>
            </w:r>
            <w:r w:rsidRPr="00325EC9">
              <w:rPr>
                <w:i/>
                <w:iCs/>
                <w:szCs w:val="18"/>
              </w:rPr>
              <w:t>If YES, describe</w:t>
            </w:r>
            <w:r w:rsidRPr="00325EC9" w:rsidR="00CE1046">
              <w:rPr>
                <w:i/>
                <w:iCs/>
                <w:szCs w:val="18"/>
              </w:rPr>
              <w:t xml:space="preserve"> in </w:t>
            </w:r>
            <w:r w:rsidR="00C861E0">
              <w:rPr>
                <w:i/>
                <w:iCs/>
                <w:szCs w:val="18"/>
              </w:rPr>
              <w:t>Section I</w:t>
            </w:r>
            <w:r w:rsidRPr="00325EC9" w:rsidR="00CE1046">
              <w:rPr>
                <w:i/>
                <w:iCs/>
                <w:szCs w:val="18"/>
              </w:rPr>
              <w:t>.</w:t>
            </w:r>
          </w:p>
        </w:tc>
        <w:tc>
          <w:tcPr>
            <w:tcW w:w="540" w:type="dxa"/>
            <w:shd w:val="clear" w:color="auto" w:fill="F2F2F2" w:themeFill="background1" w:themeFillShade="F2"/>
            <w:tcMar>
              <w:top w:w="29" w:type="dxa"/>
              <w:left w:w="29" w:type="dxa"/>
              <w:bottom w:w="29" w:type="dxa"/>
              <w:right w:w="29" w:type="dxa"/>
            </w:tcMar>
            <w:vAlign w:val="center"/>
          </w:tcPr>
          <w:p w:rsidR="003329EA" w:rsidRPr="00B057EB" w:rsidP="003329EA" w14:paraId="19C7808C"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B057EB" w:rsidP="003329EA" w14:paraId="159B40EC" w14:textId="77777777">
            <w:pPr>
              <w:spacing w:after="0" w:line="264" w:lineRule="auto"/>
              <w:jc w:val="center"/>
              <w:rPr>
                <w:sz w:val="20"/>
                <w:szCs w:val="20"/>
              </w:rPr>
            </w:pPr>
            <w:r w:rsidRPr="00B057EB">
              <w:rPr>
                <w:sz w:val="20"/>
                <w:szCs w:val="20"/>
              </w:rPr>
              <w:t>☐</w:t>
            </w:r>
          </w:p>
        </w:tc>
      </w:tr>
      <w:tr w14:paraId="1379E70F" w14:textId="77777777" w:rsidTr="00972C08">
        <w:tblPrEx>
          <w:tblW w:w="10151" w:type="dxa"/>
          <w:jc w:val="center"/>
          <w:tblBorders>
            <w:insideV w:val="single" w:sz="4" w:space="0" w:color="888888"/>
          </w:tblBorders>
          <w:tblLook w:val="04A0"/>
        </w:tblPrEx>
        <w:trPr>
          <w:trHeight w:val="20"/>
          <w:jc w:val="center"/>
        </w:trPr>
        <w:tc>
          <w:tcPr>
            <w:tcW w:w="10151" w:type="dxa"/>
            <w:gridSpan w:val="4"/>
            <w:shd w:val="clear" w:color="auto" w:fill="FFFFB3"/>
            <w:tcMar>
              <w:top w:w="14" w:type="dxa"/>
              <w:left w:w="29" w:type="dxa"/>
              <w:bottom w:w="14" w:type="dxa"/>
              <w:right w:w="29" w:type="dxa"/>
            </w:tcMar>
          </w:tcPr>
          <w:p w:rsidR="003C17DC" w:rsidRPr="00450EC2" w:rsidP="00972C08" w14:paraId="33AD1E8D" w14:textId="30F74CB1">
            <w:pPr>
              <w:tabs>
                <w:tab w:val="left" w:pos="234"/>
                <w:tab w:val="left" w:pos="270"/>
                <w:tab w:val="right" w:pos="8964"/>
              </w:tabs>
              <w:spacing w:before="40" w:after="40" w:line="264" w:lineRule="auto"/>
              <w:jc w:val="center"/>
              <w:rPr>
                <w:b/>
                <w:bCs/>
                <w:i/>
                <w:iCs/>
                <w:szCs w:val="18"/>
              </w:rPr>
            </w:pPr>
            <w:r w:rsidRPr="00B15556">
              <w:rPr>
                <w:i/>
                <w:iCs/>
                <w:szCs w:val="18"/>
              </w:rPr>
              <w:t>Describe additional details for</w:t>
            </w:r>
            <w:r>
              <w:rPr>
                <w:b/>
                <w:bCs/>
                <w:i/>
                <w:iCs/>
                <w:szCs w:val="18"/>
              </w:rPr>
              <w:t xml:space="preserve"> Section </w:t>
            </w:r>
            <w:r w:rsidR="00BB1486">
              <w:rPr>
                <w:b/>
                <w:bCs/>
                <w:i/>
                <w:iCs/>
                <w:szCs w:val="18"/>
              </w:rPr>
              <w:t>F</w:t>
            </w:r>
            <w:r>
              <w:rPr>
                <w:b/>
                <w:bCs/>
                <w:i/>
                <w:iCs/>
                <w:szCs w:val="18"/>
              </w:rPr>
              <w:t xml:space="preserve"> </w:t>
            </w:r>
            <w:r w:rsidRPr="00B15556">
              <w:rPr>
                <w:i/>
                <w:iCs/>
                <w:szCs w:val="18"/>
              </w:rPr>
              <w:t>and</w:t>
            </w:r>
            <w:r>
              <w:rPr>
                <w:b/>
                <w:bCs/>
                <w:i/>
                <w:iCs/>
                <w:szCs w:val="18"/>
              </w:rPr>
              <w:t xml:space="preserve"> Section </w:t>
            </w:r>
            <w:r w:rsidR="00BB1486">
              <w:rPr>
                <w:b/>
                <w:bCs/>
                <w:i/>
                <w:iCs/>
                <w:szCs w:val="18"/>
              </w:rPr>
              <w:t>G</w:t>
            </w:r>
            <w:r>
              <w:rPr>
                <w:b/>
                <w:bCs/>
                <w:i/>
                <w:iCs/>
                <w:szCs w:val="18"/>
              </w:rPr>
              <w:t xml:space="preserve"> </w:t>
            </w:r>
            <w:r w:rsidRPr="00B15556">
              <w:rPr>
                <w:i/>
                <w:iCs/>
                <w:szCs w:val="18"/>
              </w:rPr>
              <w:t>in Section I</w:t>
            </w:r>
            <w:r w:rsidR="001B58AE">
              <w:rPr>
                <w:i/>
                <w:iCs/>
                <w:szCs w:val="18"/>
              </w:rPr>
              <w:t xml:space="preserve"> as needed</w:t>
            </w:r>
            <w:r w:rsidRPr="00B15556">
              <w:rPr>
                <w:i/>
                <w:iCs/>
                <w:szCs w:val="18"/>
              </w:rPr>
              <w:t>.</w:t>
            </w:r>
          </w:p>
        </w:tc>
      </w:tr>
      <w:tr w14:paraId="440A927C" w14:textId="77777777" w:rsidTr="00750560">
        <w:tblPrEx>
          <w:tblW w:w="10151" w:type="dxa"/>
          <w:jc w:val="center"/>
          <w:tblBorders>
            <w:insideV w:val="single" w:sz="4" w:space="0" w:color="888888"/>
          </w:tblBorders>
          <w:tblLook w:val="04A0"/>
        </w:tblPrEx>
        <w:trPr>
          <w:trHeight w:val="107"/>
          <w:jc w:val="center"/>
        </w:trPr>
        <w:tc>
          <w:tcPr>
            <w:tcW w:w="9085" w:type="dxa"/>
            <w:gridSpan w:val="2"/>
            <w:shd w:val="clear" w:color="auto" w:fill="548DD4" w:themeFill="text2" w:themeFillTint="99"/>
            <w:tcMar>
              <w:top w:w="14" w:type="dxa"/>
              <w:left w:w="29" w:type="dxa"/>
              <w:bottom w:w="14" w:type="dxa"/>
              <w:right w:w="29" w:type="dxa"/>
            </w:tcMar>
          </w:tcPr>
          <w:p w:rsidR="004E3696" w:rsidRPr="00750560" w14:paraId="55E18909" w14:textId="4B30AC8C">
            <w:pPr>
              <w:pStyle w:val="ListParagraph"/>
              <w:numPr>
                <w:ilvl w:val="0"/>
                <w:numId w:val="12"/>
              </w:numPr>
              <w:spacing w:after="0" w:line="264" w:lineRule="auto"/>
              <w:rPr>
                <w:b/>
                <w:bCs/>
                <w:color w:val="FFFFFF" w:themeColor="background1"/>
                <w:sz w:val="20"/>
                <w:szCs w:val="20"/>
              </w:rPr>
            </w:pPr>
            <w:r w:rsidRPr="00750560">
              <w:rPr>
                <w:b/>
                <w:color w:val="FFFFFF" w:themeColor="background1"/>
                <w:sz w:val="20"/>
                <w:szCs w:val="20"/>
              </w:rPr>
              <w:t xml:space="preserve">Certain Animal / Environmental Exposures </w:t>
            </w:r>
            <w:r w:rsidRPr="00750560">
              <w:rPr>
                <w:rFonts w:ascii="Wingdings" w:eastAsia="Wingdings" w:hAnsi="Wingdings" w:cs="Wingdings"/>
                <w:b/>
                <w:color w:val="FFFFFF" w:themeColor="background1"/>
                <w:sz w:val="20"/>
                <w:szCs w:val="20"/>
              </w:rPr>
              <w:t>à</w:t>
            </w:r>
            <w:r w:rsidRPr="00750560">
              <w:rPr>
                <w:b/>
                <w:color w:val="FFFFFF" w:themeColor="background1"/>
                <w:sz w:val="20"/>
                <w:szCs w:val="20"/>
              </w:rPr>
              <w:t xml:space="preserve"> </w:t>
            </w:r>
            <w:r w:rsidRPr="00750560">
              <w:rPr>
                <w:b/>
                <w:bCs/>
                <w:color w:val="FFFFFF" w:themeColor="background1"/>
                <w:sz w:val="20"/>
                <w:szCs w:val="20"/>
              </w:rPr>
              <w:t>IN THE PAST 21 DAYS, DID YOU:</w:t>
            </w:r>
          </w:p>
        </w:tc>
        <w:tc>
          <w:tcPr>
            <w:tcW w:w="540" w:type="dxa"/>
            <w:shd w:val="clear" w:color="auto" w:fill="548DD4" w:themeFill="text2" w:themeFillTint="99"/>
            <w:tcMar>
              <w:top w:w="14" w:type="dxa"/>
              <w:left w:w="29" w:type="dxa"/>
              <w:bottom w:w="14" w:type="dxa"/>
              <w:right w:w="29" w:type="dxa"/>
            </w:tcMar>
          </w:tcPr>
          <w:p w:rsidR="004E3696" w:rsidRPr="00750560" w14:paraId="4852FB1B" w14:textId="77777777">
            <w:pPr>
              <w:spacing w:after="0" w:line="264" w:lineRule="auto"/>
              <w:jc w:val="center"/>
              <w:rPr>
                <w:b/>
                <w:bCs/>
                <w:color w:val="FFFFFF" w:themeColor="background1"/>
                <w:sz w:val="20"/>
                <w:szCs w:val="20"/>
              </w:rPr>
            </w:pPr>
            <w:r w:rsidRPr="00750560">
              <w:rPr>
                <w:b/>
                <w:bCs/>
                <w:color w:val="FFFFFF" w:themeColor="background1"/>
                <w:sz w:val="20"/>
                <w:szCs w:val="20"/>
              </w:rPr>
              <w:t>YES</w:t>
            </w:r>
          </w:p>
        </w:tc>
        <w:tc>
          <w:tcPr>
            <w:tcW w:w="526" w:type="dxa"/>
            <w:shd w:val="clear" w:color="auto" w:fill="548DD4" w:themeFill="text2" w:themeFillTint="99"/>
            <w:tcMar>
              <w:top w:w="14" w:type="dxa"/>
              <w:left w:w="29" w:type="dxa"/>
              <w:bottom w:w="14" w:type="dxa"/>
              <w:right w:w="29" w:type="dxa"/>
            </w:tcMar>
          </w:tcPr>
          <w:p w:rsidR="004E3696" w:rsidRPr="00750560" w14:paraId="327816AC" w14:textId="77777777">
            <w:pPr>
              <w:spacing w:after="0" w:line="264" w:lineRule="auto"/>
              <w:jc w:val="center"/>
              <w:rPr>
                <w:b/>
                <w:bCs/>
                <w:color w:val="FFFFFF" w:themeColor="background1"/>
                <w:sz w:val="20"/>
                <w:szCs w:val="20"/>
              </w:rPr>
            </w:pPr>
            <w:r w:rsidRPr="00750560">
              <w:rPr>
                <w:b/>
                <w:bCs/>
                <w:color w:val="FFFFFF" w:themeColor="background1"/>
                <w:sz w:val="20"/>
                <w:szCs w:val="20"/>
              </w:rPr>
              <w:t>NO</w:t>
            </w:r>
          </w:p>
        </w:tc>
      </w:tr>
      <w:tr w14:paraId="7EE93AAA" w14:textId="77777777" w:rsidTr="00652D23">
        <w:tblPrEx>
          <w:tblW w:w="10151" w:type="dxa"/>
          <w:jc w:val="center"/>
          <w:tblLook w:val="04A0"/>
        </w:tblPrEx>
        <w:trPr>
          <w:trHeight w:val="20"/>
          <w:jc w:val="center"/>
        </w:trPr>
        <w:tc>
          <w:tcPr>
            <w:tcW w:w="9085" w:type="dxa"/>
            <w:gridSpan w:val="2"/>
            <w:tcMar>
              <w:top w:w="29" w:type="dxa"/>
              <w:left w:w="29" w:type="dxa"/>
              <w:bottom w:w="29" w:type="dxa"/>
              <w:right w:w="29" w:type="dxa"/>
            </w:tcMar>
          </w:tcPr>
          <w:p w:rsidR="003329EA" w:rsidRPr="00B057EB" w:rsidP="000C764A" w14:paraId="4C750409" w14:textId="77002225">
            <w:pPr>
              <w:tabs>
                <w:tab w:val="right" w:pos="9025"/>
              </w:tabs>
              <w:spacing w:after="0" w:line="264" w:lineRule="auto"/>
              <w:rPr>
                <w:sz w:val="20"/>
                <w:szCs w:val="20"/>
              </w:rPr>
            </w:pPr>
            <w:r>
              <w:rPr>
                <w:sz w:val="20"/>
                <w:szCs w:val="20"/>
              </w:rPr>
              <w:t>C</w:t>
            </w:r>
            <w:r w:rsidR="00C41EB7">
              <w:rPr>
                <w:sz w:val="20"/>
                <w:szCs w:val="20"/>
              </w:rPr>
              <w:t xml:space="preserve">ome </w:t>
            </w:r>
            <w:r>
              <w:rPr>
                <w:sz w:val="20"/>
                <w:szCs w:val="20"/>
              </w:rPr>
              <w:t>into</w:t>
            </w:r>
            <w:r w:rsidRPr="00B057EB">
              <w:rPr>
                <w:sz w:val="20"/>
                <w:szCs w:val="20"/>
              </w:rPr>
              <w:t xml:space="preserve"> contact with bats, monkeys, or apes (alive</w:t>
            </w:r>
            <w:r w:rsidR="00283834">
              <w:rPr>
                <w:sz w:val="20"/>
                <w:szCs w:val="20"/>
              </w:rPr>
              <w:t xml:space="preserve">, apparently sick, or </w:t>
            </w:r>
            <w:r w:rsidRPr="00B057EB">
              <w:rPr>
                <w:sz w:val="20"/>
                <w:szCs w:val="20"/>
              </w:rPr>
              <w:t xml:space="preserve">dead), </w:t>
            </w:r>
            <w:r w:rsidR="00F441E6">
              <w:rPr>
                <w:sz w:val="20"/>
                <w:szCs w:val="20"/>
              </w:rPr>
              <w:t xml:space="preserve">or </w:t>
            </w:r>
            <w:r w:rsidRPr="00B057EB">
              <w:rPr>
                <w:sz w:val="20"/>
                <w:szCs w:val="20"/>
              </w:rPr>
              <w:t xml:space="preserve">their body fluids, or </w:t>
            </w:r>
            <w:r>
              <w:rPr>
                <w:sz w:val="20"/>
                <w:szCs w:val="20"/>
              </w:rPr>
              <w:t>go</w:t>
            </w:r>
            <w:r w:rsidRPr="00B057EB">
              <w:rPr>
                <w:sz w:val="20"/>
                <w:szCs w:val="20"/>
              </w:rPr>
              <w:t xml:space="preserve"> into a mine or cave</w:t>
            </w:r>
            <w:r w:rsidR="00C41EB7">
              <w:rPr>
                <w:sz w:val="20"/>
                <w:szCs w:val="20"/>
              </w:rPr>
              <w:t>?</w:t>
            </w:r>
            <w:r w:rsidR="0099492D">
              <w:rPr>
                <w:sz w:val="20"/>
                <w:szCs w:val="20"/>
              </w:rPr>
              <w:tab/>
            </w:r>
            <w:r w:rsidRPr="002A38E8" w:rsidR="00C41EB7">
              <w:rPr>
                <w:i/>
                <w:szCs w:val="18"/>
              </w:rPr>
              <w:t>If YES, d</w:t>
            </w:r>
            <w:r w:rsidRPr="000C764A" w:rsidR="00030B18">
              <w:rPr>
                <w:i/>
                <w:iCs/>
                <w:szCs w:val="18"/>
              </w:rPr>
              <w:t>escribe</w:t>
            </w:r>
            <w:r w:rsidR="00537986">
              <w:rPr>
                <w:i/>
                <w:iCs/>
                <w:szCs w:val="18"/>
              </w:rPr>
              <w:t xml:space="preserve"> circumstances and amount of time</w:t>
            </w:r>
            <w:r w:rsidRPr="000C764A" w:rsidR="00030B18">
              <w:rPr>
                <w:i/>
                <w:iCs/>
                <w:szCs w:val="18"/>
              </w:rPr>
              <w:t xml:space="preserve"> in </w:t>
            </w:r>
            <w:r w:rsidRPr="000C764A" w:rsidR="00C861E0">
              <w:rPr>
                <w:i/>
                <w:iCs/>
                <w:szCs w:val="18"/>
              </w:rPr>
              <w:t>Section</w:t>
            </w:r>
            <w:r w:rsidR="00C861E0">
              <w:rPr>
                <w:i/>
                <w:iCs/>
                <w:szCs w:val="18"/>
              </w:rPr>
              <w:t xml:space="preserve"> I</w:t>
            </w:r>
            <w:r w:rsidRPr="00325EC9" w:rsidR="00030B18">
              <w:rPr>
                <w:i/>
                <w:iCs/>
                <w:szCs w:val="18"/>
              </w:rPr>
              <w:t>.</w:t>
            </w:r>
          </w:p>
        </w:tc>
        <w:tc>
          <w:tcPr>
            <w:tcW w:w="540" w:type="dxa"/>
            <w:shd w:val="clear" w:color="auto" w:fill="F2F2F2" w:themeFill="background1" w:themeFillShade="F2"/>
            <w:tcMar>
              <w:top w:w="29" w:type="dxa"/>
              <w:left w:w="29" w:type="dxa"/>
              <w:bottom w:w="29" w:type="dxa"/>
              <w:right w:w="29" w:type="dxa"/>
            </w:tcMar>
            <w:vAlign w:val="center"/>
          </w:tcPr>
          <w:p w:rsidR="003329EA" w:rsidRPr="00B057EB" w:rsidP="003329EA" w14:paraId="4028A3D0" w14:textId="77777777">
            <w:pPr>
              <w:spacing w:after="0" w:line="264" w:lineRule="auto"/>
              <w:jc w:val="center"/>
              <w:rPr>
                <w:sz w:val="20"/>
                <w:szCs w:val="20"/>
              </w:rPr>
            </w:pPr>
            <w:r w:rsidRPr="00B057EB">
              <w:rPr>
                <w:sz w:val="20"/>
                <w:szCs w:val="20"/>
              </w:rPr>
              <w:t>☐</w:t>
            </w:r>
          </w:p>
        </w:tc>
        <w:tc>
          <w:tcPr>
            <w:tcW w:w="526" w:type="dxa"/>
            <w:shd w:val="clear" w:color="auto" w:fill="F2F2F2" w:themeFill="background1" w:themeFillShade="F2"/>
            <w:tcMar>
              <w:top w:w="29" w:type="dxa"/>
              <w:left w:w="29" w:type="dxa"/>
              <w:bottom w:w="29" w:type="dxa"/>
              <w:right w:w="29" w:type="dxa"/>
            </w:tcMar>
            <w:vAlign w:val="center"/>
          </w:tcPr>
          <w:p w:rsidR="003329EA" w:rsidRPr="00B057EB" w:rsidP="003329EA" w14:paraId="72213488" w14:textId="77777777">
            <w:pPr>
              <w:spacing w:after="0" w:line="264" w:lineRule="auto"/>
              <w:jc w:val="center"/>
              <w:rPr>
                <w:sz w:val="20"/>
                <w:szCs w:val="20"/>
              </w:rPr>
            </w:pPr>
            <w:r w:rsidRPr="00B057EB">
              <w:rPr>
                <w:sz w:val="20"/>
                <w:szCs w:val="20"/>
              </w:rPr>
              <w:t>☐</w:t>
            </w:r>
          </w:p>
        </w:tc>
      </w:tr>
      <w:tr w14:paraId="3FBD7E26" w14:textId="77777777" w:rsidTr="00750560">
        <w:tblPrEx>
          <w:tblW w:w="10151" w:type="dxa"/>
          <w:jc w:val="center"/>
          <w:tblLook w:val="04A0"/>
        </w:tblPrEx>
        <w:trPr>
          <w:trHeight w:val="20"/>
          <w:jc w:val="center"/>
        </w:trPr>
        <w:tc>
          <w:tcPr>
            <w:tcW w:w="10151" w:type="dxa"/>
            <w:gridSpan w:val="4"/>
            <w:shd w:val="clear" w:color="auto" w:fill="548DD4" w:themeFill="text2" w:themeFillTint="99"/>
            <w:tcMar>
              <w:top w:w="29" w:type="dxa"/>
              <w:left w:w="29" w:type="dxa"/>
              <w:bottom w:w="29" w:type="dxa"/>
              <w:right w:w="29" w:type="dxa"/>
            </w:tcMar>
          </w:tcPr>
          <w:p w:rsidR="003329EA" w:rsidRPr="00750560" w:rsidP="00C861E0" w14:paraId="3692FB3F" w14:textId="296A08B6">
            <w:pPr>
              <w:pStyle w:val="Heading2"/>
              <w:rPr>
                <w:color w:val="FFFFFF" w:themeColor="background1"/>
              </w:rPr>
            </w:pPr>
            <w:r w:rsidRPr="00750560">
              <w:rPr>
                <w:color w:val="FFFFFF" w:themeColor="background1"/>
              </w:rPr>
              <w:t xml:space="preserve">Additional </w:t>
            </w:r>
            <w:r w:rsidRPr="00750560" w:rsidR="007C2793">
              <w:rPr>
                <w:color w:val="FFFFFF" w:themeColor="background1"/>
              </w:rPr>
              <w:t>I</w:t>
            </w:r>
            <w:r w:rsidRPr="00750560">
              <w:rPr>
                <w:color w:val="FFFFFF" w:themeColor="background1"/>
              </w:rPr>
              <w:t>nformation</w:t>
            </w:r>
            <w:r w:rsidRPr="00750560" w:rsidR="00E66526">
              <w:rPr>
                <w:color w:val="FFFFFF" w:themeColor="background1"/>
              </w:rPr>
              <w:t xml:space="preserve"> Related to Other Responses</w:t>
            </w:r>
          </w:p>
        </w:tc>
      </w:tr>
      <w:tr w14:paraId="7DBD418F" w14:textId="77777777" w:rsidTr="0042717F">
        <w:tblPrEx>
          <w:tblW w:w="10151" w:type="dxa"/>
          <w:jc w:val="center"/>
          <w:tblLook w:val="04A0"/>
        </w:tblPrEx>
        <w:trPr>
          <w:trHeight w:val="20"/>
          <w:jc w:val="center"/>
        </w:trPr>
        <w:tc>
          <w:tcPr>
            <w:tcW w:w="10151" w:type="dxa"/>
            <w:gridSpan w:val="4"/>
            <w:tcMar>
              <w:top w:w="29" w:type="dxa"/>
              <w:left w:w="29" w:type="dxa"/>
              <w:bottom w:w="29" w:type="dxa"/>
              <w:right w:w="29" w:type="dxa"/>
            </w:tcMar>
          </w:tcPr>
          <w:p w:rsidR="00E66526" w:rsidP="00750560" w14:paraId="62DAB7EE" w14:textId="77777777">
            <w:pPr>
              <w:pStyle w:val="Heading2"/>
              <w:numPr>
                <w:ilvl w:val="0"/>
                <w:numId w:val="0"/>
              </w:numPr>
              <w:ind w:left="237" w:hanging="237"/>
            </w:pPr>
          </w:p>
          <w:p w:rsidR="00A40256" w:rsidP="00750560" w14:paraId="2E0B3D45" w14:textId="77777777">
            <w:pPr>
              <w:spacing w:after="0"/>
            </w:pPr>
          </w:p>
          <w:p w:rsidR="00A40256" w:rsidP="00750560" w14:paraId="3E25CCE6" w14:textId="77777777">
            <w:pPr>
              <w:spacing w:after="0"/>
            </w:pPr>
          </w:p>
          <w:p w:rsidR="00750560" w:rsidP="00750560" w14:paraId="30BA571C" w14:textId="77777777">
            <w:pPr>
              <w:spacing w:after="0"/>
            </w:pPr>
          </w:p>
          <w:p w:rsidR="00750560" w:rsidP="00750560" w14:paraId="34B85976" w14:textId="77777777">
            <w:pPr>
              <w:spacing w:after="0"/>
            </w:pPr>
          </w:p>
          <w:p w:rsidR="00750560" w:rsidP="00750560" w14:paraId="63273752" w14:textId="77777777">
            <w:pPr>
              <w:spacing w:after="0"/>
            </w:pPr>
          </w:p>
          <w:p w:rsidR="00750560" w:rsidP="00750560" w14:paraId="39F26754" w14:textId="77777777">
            <w:pPr>
              <w:spacing w:after="120"/>
            </w:pPr>
          </w:p>
          <w:p w:rsidR="00A40256" w:rsidP="00750560" w14:paraId="68B0FE79" w14:textId="77777777">
            <w:pPr>
              <w:spacing w:after="0"/>
            </w:pPr>
          </w:p>
          <w:p w:rsidR="00750560" w:rsidRPr="00A40256" w:rsidP="00750560" w14:paraId="7E6EDA65" w14:textId="77777777">
            <w:pPr>
              <w:spacing w:after="0"/>
            </w:pPr>
          </w:p>
        </w:tc>
      </w:tr>
      <w:tr w14:paraId="4D12E5E3" w14:textId="77777777" w:rsidTr="00750560">
        <w:tblPrEx>
          <w:tblW w:w="10151" w:type="dxa"/>
          <w:jc w:val="center"/>
          <w:tblLook w:val="04A0"/>
        </w:tblPrEx>
        <w:trPr>
          <w:trHeight w:val="20"/>
          <w:jc w:val="center"/>
        </w:trPr>
        <w:tc>
          <w:tcPr>
            <w:tcW w:w="10151" w:type="dxa"/>
            <w:gridSpan w:val="4"/>
            <w:shd w:val="clear" w:color="auto" w:fill="548DD4" w:themeFill="text2" w:themeFillTint="99"/>
            <w:tcMar>
              <w:top w:w="29" w:type="dxa"/>
              <w:left w:w="29" w:type="dxa"/>
              <w:bottom w:w="29" w:type="dxa"/>
              <w:right w:w="29" w:type="dxa"/>
            </w:tcMar>
          </w:tcPr>
          <w:p w:rsidR="00E66526" w:rsidRPr="00750560" w14:paraId="4C50A691" w14:textId="1E81264B">
            <w:pPr>
              <w:pStyle w:val="Heading2"/>
              <w:rPr>
                <w:bCs w:val="0"/>
                <w:color w:val="FFFFFF" w:themeColor="background1"/>
              </w:rPr>
            </w:pPr>
            <w:r w:rsidRPr="00750560">
              <w:rPr>
                <w:color w:val="FFFFFF" w:themeColor="background1"/>
              </w:rPr>
              <w:t xml:space="preserve">Open Question </w:t>
            </w:r>
            <w:r w:rsidRPr="00750560" w:rsidR="00001A27">
              <w:rPr>
                <w:bCs w:val="0"/>
                <w:color w:val="FFFFFF" w:themeColor="background1"/>
              </w:rPr>
              <w:t>f</w:t>
            </w:r>
            <w:r w:rsidRPr="00750560">
              <w:rPr>
                <w:color w:val="FFFFFF" w:themeColor="background1"/>
              </w:rPr>
              <w:t>or All Travelers</w:t>
            </w:r>
          </w:p>
        </w:tc>
      </w:tr>
      <w:tr w14:paraId="2277D977" w14:textId="77777777" w:rsidTr="0042717F">
        <w:tblPrEx>
          <w:tblW w:w="10151" w:type="dxa"/>
          <w:jc w:val="center"/>
          <w:tblLook w:val="04A0"/>
        </w:tblPrEx>
        <w:trPr>
          <w:trHeight w:val="20"/>
          <w:jc w:val="center"/>
        </w:trPr>
        <w:tc>
          <w:tcPr>
            <w:tcW w:w="10151" w:type="dxa"/>
            <w:gridSpan w:val="4"/>
            <w:tcMar>
              <w:top w:w="29" w:type="dxa"/>
              <w:left w:w="29" w:type="dxa"/>
              <w:bottom w:w="29" w:type="dxa"/>
              <w:right w:w="29" w:type="dxa"/>
            </w:tcMar>
          </w:tcPr>
          <w:p w:rsidR="001B2911" w:rsidP="00B1039D" w14:paraId="2179CAF8" w14:textId="0EE6C23A">
            <w:pPr>
              <w:spacing w:after="0" w:line="264" w:lineRule="auto"/>
              <w:rPr>
                <w:sz w:val="20"/>
                <w:szCs w:val="20"/>
              </w:rPr>
            </w:pPr>
            <w:r>
              <w:rPr>
                <w:sz w:val="20"/>
                <w:szCs w:val="20"/>
              </w:rPr>
              <w:t>Are there any</w:t>
            </w:r>
            <w:r w:rsidRPr="00B057EB">
              <w:rPr>
                <w:sz w:val="20"/>
                <w:szCs w:val="20"/>
              </w:rPr>
              <w:t xml:space="preserve"> other </w:t>
            </w:r>
            <w:r>
              <w:rPr>
                <w:sz w:val="20"/>
                <w:szCs w:val="20"/>
              </w:rPr>
              <w:t xml:space="preserve">health </w:t>
            </w:r>
            <w:r w:rsidRPr="00B057EB">
              <w:rPr>
                <w:sz w:val="20"/>
                <w:szCs w:val="20"/>
              </w:rPr>
              <w:t>concern</w:t>
            </w:r>
            <w:r>
              <w:rPr>
                <w:sz w:val="20"/>
                <w:szCs w:val="20"/>
              </w:rPr>
              <w:t>s</w:t>
            </w:r>
            <w:r w:rsidRPr="00B057EB">
              <w:rPr>
                <w:sz w:val="20"/>
                <w:szCs w:val="20"/>
              </w:rPr>
              <w:t xml:space="preserve"> </w:t>
            </w:r>
            <w:r>
              <w:rPr>
                <w:sz w:val="20"/>
                <w:szCs w:val="20"/>
              </w:rPr>
              <w:t>related to being in one of the affected countries in the last 21 days</w:t>
            </w:r>
            <w:r w:rsidR="00A40256">
              <w:rPr>
                <w:sz w:val="20"/>
                <w:szCs w:val="20"/>
              </w:rPr>
              <w:t>?</w:t>
            </w:r>
          </w:p>
          <w:p w:rsidR="00B1039D" w:rsidRPr="00B057EB" w:rsidP="00B1039D" w14:paraId="639D3E9C" w14:textId="3512F73B">
            <w:pPr>
              <w:spacing w:after="120" w:line="264" w:lineRule="auto"/>
              <w:rPr>
                <w:sz w:val="20"/>
                <w:szCs w:val="20"/>
              </w:rPr>
            </w:pPr>
          </w:p>
        </w:tc>
      </w:tr>
    </w:tbl>
    <w:p w:rsidR="00D80FCA" w:rsidP="008A191B" w14:paraId="7E08DCFE" w14:textId="77777777">
      <w:pPr>
        <w:spacing w:after="0" w:line="264" w:lineRule="auto"/>
      </w:pPr>
      <w:r>
        <w:br w:type="page"/>
      </w:r>
    </w:p>
    <w:tbl>
      <w:tblPr>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
      <w:tblGrid>
        <w:gridCol w:w="2425"/>
        <w:gridCol w:w="5670"/>
        <w:gridCol w:w="2056"/>
      </w:tblGrid>
      <w:tr w14:paraId="79BD177F" w14:textId="77777777" w:rsidTr="0042717F">
        <w:tblPrEx>
          <w:tblW w:w="10151"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tblPrEx>
        <w:trPr>
          <w:trHeight w:val="20"/>
          <w:jc w:val="center"/>
        </w:trPr>
        <w:tc>
          <w:tcPr>
            <w:tcW w:w="10151" w:type="dxa"/>
            <w:gridSpan w:val="3"/>
            <w:shd w:val="clear" w:color="auto" w:fill="FFFFB3"/>
            <w:tcMar>
              <w:top w:w="29" w:type="dxa"/>
              <w:left w:w="29" w:type="dxa"/>
              <w:bottom w:w="29" w:type="dxa"/>
              <w:right w:w="29" w:type="dxa"/>
            </w:tcMar>
          </w:tcPr>
          <w:p w:rsidR="00DB032E" w:rsidRPr="008B389D" w:rsidP="0042717F" w14:paraId="2469610E" w14:textId="45B5F061">
            <w:pPr>
              <w:tabs>
                <w:tab w:val="left" w:pos="280"/>
                <w:tab w:val="right" w:pos="8610"/>
              </w:tabs>
              <w:spacing w:after="0" w:line="264" w:lineRule="auto"/>
              <w:rPr>
                <w:b/>
                <w:sz w:val="20"/>
                <w:szCs w:val="20"/>
              </w:rPr>
            </w:pPr>
            <w:r w:rsidRPr="008B389D">
              <w:rPr>
                <w:b/>
                <w:sz w:val="20"/>
                <w:szCs w:val="20"/>
              </w:rPr>
              <w:t>L</w:t>
            </w:r>
            <w:r>
              <w:rPr>
                <w:b/>
                <w:sz w:val="20"/>
                <w:szCs w:val="20"/>
              </w:rPr>
              <w:t>ast name</w:t>
            </w:r>
            <w:r w:rsidRPr="008B389D">
              <w:rPr>
                <w:b/>
                <w:sz w:val="20"/>
                <w:szCs w:val="20"/>
              </w:rPr>
              <w:t>:</w:t>
            </w:r>
            <w:r>
              <w:rPr>
                <w:b/>
                <w:sz w:val="20"/>
                <w:szCs w:val="20"/>
              </w:rPr>
              <w:tab/>
            </w:r>
            <w:r>
              <w:rPr>
                <w:b/>
                <w:sz w:val="20"/>
                <w:szCs w:val="20"/>
              </w:rPr>
              <w:t xml:space="preserve">Active Surveillance </w:t>
            </w:r>
            <w:r w:rsidRPr="008B389D">
              <w:rPr>
                <w:b/>
                <w:sz w:val="20"/>
                <w:szCs w:val="20"/>
              </w:rPr>
              <w:t>QA</w:t>
            </w:r>
            <w:r>
              <w:rPr>
                <w:b/>
                <w:sz w:val="20"/>
                <w:szCs w:val="20"/>
              </w:rPr>
              <w:t>R</w:t>
            </w:r>
            <w:r w:rsidRPr="008B389D">
              <w:rPr>
                <w:b/>
                <w:sz w:val="20"/>
                <w:szCs w:val="20"/>
              </w:rPr>
              <w:t>S</w:t>
            </w:r>
            <w:r>
              <w:rPr>
                <w:b/>
                <w:sz w:val="20"/>
                <w:szCs w:val="20"/>
              </w:rPr>
              <w:t>#</w:t>
            </w:r>
          </w:p>
        </w:tc>
      </w:tr>
      <w:tr w14:paraId="71502851" w14:textId="77777777" w:rsidTr="00750560">
        <w:tblPrEx>
          <w:tblW w:w="10151" w:type="dxa"/>
          <w:jc w:val="center"/>
          <w:tblLook w:val="04A0"/>
        </w:tblPrEx>
        <w:trPr>
          <w:trHeight w:val="20"/>
          <w:jc w:val="center"/>
        </w:trPr>
        <w:tc>
          <w:tcPr>
            <w:tcW w:w="10151" w:type="dxa"/>
            <w:gridSpan w:val="3"/>
            <w:shd w:val="clear" w:color="auto" w:fill="548DD4" w:themeFill="text2" w:themeFillTint="99"/>
            <w:tcMar>
              <w:top w:w="29" w:type="dxa"/>
              <w:left w:w="29" w:type="dxa"/>
              <w:bottom w:w="29" w:type="dxa"/>
              <w:right w:w="29" w:type="dxa"/>
            </w:tcMar>
          </w:tcPr>
          <w:p w:rsidR="00F6340F" w:rsidRPr="00750560" w:rsidP="0042717F" w14:paraId="6ADE6832" w14:textId="00B1CB1A">
            <w:pPr>
              <w:pStyle w:val="Heading2"/>
              <w:ind w:left="237" w:hanging="237"/>
              <w:rPr>
                <w:color w:val="FFFFFF" w:themeColor="background1"/>
              </w:rPr>
            </w:pPr>
            <w:r w:rsidRPr="00750560">
              <w:rPr>
                <w:bCs w:val="0"/>
                <w:color w:val="FFFFFF" w:themeColor="background1"/>
              </w:rPr>
              <w:t>Summary</w:t>
            </w:r>
            <w:r w:rsidRPr="00750560">
              <w:rPr>
                <w:color w:val="FFFFFF" w:themeColor="background1"/>
              </w:rPr>
              <w:t xml:space="preserve"> Risk </w:t>
            </w:r>
            <w:r w:rsidRPr="00750560" w:rsidR="004F7EC6">
              <w:rPr>
                <w:color w:val="FFFFFF" w:themeColor="background1"/>
              </w:rPr>
              <w:t xml:space="preserve">Categories </w:t>
            </w:r>
            <w:r w:rsidRPr="00750560" w:rsidR="00C31966">
              <w:rPr>
                <w:color w:val="FFFFFF" w:themeColor="background1"/>
              </w:rPr>
              <w:t xml:space="preserve">/ </w:t>
            </w:r>
            <w:r w:rsidRPr="00750560" w:rsidR="004F7EC6">
              <w:rPr>
                <w:color w:val="FFFFFF" w:themeColor="background1"/>
              </w:rPr>
              <w:t xml:space="preserve">Risk Assessment / </w:t>
            </w:r>
            <w:r w:rsidRPr="00750560" w:rsidR="0051264C">
              <w:rPr>
                <w:color w:val="FFFFFF" w:themeColor="background1"/>
              </w:rPr>
              <w:t>Disposition</w:t>
            </w:r>
          </w:p>
        </w:tc>
      </w:tr>
      <w:tr w14:paraId="55AB80AD" w14:textId="77777777" w:rsidTr="0042717F">
        <w:tblPrEx>
          <w:tblW w:w="10151" w:type="dxa"/>
          <w:jc w:val="center"/>
          <w:tblLook w:val="04A0"/>
        </w:tblPrEx>
        <w:trPr>
          <w:trHeight w:val="20"/>
          <w:jc w:val="center"/>
        </w:trPr>
        <w:tc>
          <w:tcPr>
            <w:tcW w:w="10151" w:type="dxa"/>
            <w:gridSpan w:val="3"/>
            <w:shd w:val="clear" w:color="auto" w:fill="FFFFB3"/>
            <w:tcMar>
              <w:top w:w="29" w:type="dxa"/>
              <w:left w:w="29" w:type="dxa"/>
              <w:bottom w:w="29" w:type="dxa"/>
              <w:right w:w="29" w:type="dxa"/>
            </w:tcMar>
          </w:tcPr>
          <w:p w:rsidR="00757B58" w:rsidRPr="003723A0" w14:paraId="68A88B8C" w14:textId="77777777">
            <w:pPr>
              <w:pStyle w:val="ListParagraph"/>
              <w:spacing w:after="0" w:line="264" w:lineRule="auto"/>
              <w:ind w:left="0"/>
              <w:contextualSpacing w:val="0"/>
              <w:jc w:val="center"/>
              <w:rPr>
                <w:b/>
                <w:bCs/>
                <w:iCs/>
                <w:color w:val="663300"/>
                <w:szCs w:val="18"/>
              </w:rPr>
            </w:pPr>
            <w:r>
              <w:rPr>
                <w:b/>
                <w:bCs/>
                <w:iCs/>
                <w:color w:val="663300"/>
                <w:szCs w:val="18"/>
              </w:rPr>
              <w:t xml:space="preserve">SUSPECTED </w:t>
            </w:r>
            <w:r w:rsidRPr="003723A0">
              <w:rPr>
                <w:b/>
                <w:bCs/>
                <w:iCs/>
                <w:color w:val="663300"/>
                <w:szCs w:val="18"/>
              </w:rPr>
              <w:t xml:space="preserve">HIGH-RISK EXPOSURE OR </w:t>
            </w:r>
            <w:r>
              <w:rPr>
                <w:b/>
                <w:bCs/>
                <w:iCs/>
                <w:color w:val="663300"/>
                <w:szCs w:val="18"/>
              </w:rPr>
              <w:t>SYMPTOMS CONSISTENT WITH</w:t>
            </w:r>
            <w:r w:rsidRPr="003723A0">
              <w:rPr>
                <w:b/>
                <w:bCs/>
                <w:iCs/>
                <w:color w:val="663300"/>
                <w:szCs w:val="18"/>
              </w:rPr>
              <w:t xml:space="preserve"> VHF/</w:t>
            </w:r>
            <w:r>
              <w:rPr>
                <w:b/>
                <w:bCs/>
                <w:iCs/>
                <w:color w:val="663300"/>
                <w:szCs w:val="18"/>
              </w:rPr>
              <w:t>EBOLA</w:t>
            </w:r>
            <w:r w:rsidRPr="003723A0">
              <w:rPr>
                <w:b/>
                <w:bCs/>
                <w:iCs/>
                <w:color w:val="663300"/>
                <w:szCs w:val="18"/>
              </w:rPr>
              <w:t>/BVD</w:t>
            </w:r>
          </w:p>
          <w:p w:rsidR="00757B58" w:rsidRPr="003723A0" w14:paraId="24FE636F" w14:textId="0B19A414">
            <w:pPr>
              <w:pStyle w:val="ListParagraph"/>
              <w:numPr>
                <w:ilvl w:val="0"/>
                <w:numId w:val="10"/>
              </w:numPr>
              <w:spacing w:after="0" w:line="264" w:lineRule="auto"/>
              <w:ind w:left="144" w:hanging="144"/>
              <w:contextualSpacing w:val="0"/>
              <w:rPr>
                <w:iCs/>
                <w:color w:val="663300"/>
                <w:szCs w:val="18"/>
              </w:rPr>
            </w:pPr>
            <w:r>
              <w:rPr>
                <w:iCs/>
                <w:color w:val="663300"/>
                <w:szCs w:val="18"/>
              </w:rPr>
              <w:t>Move</w:t>
            </w:r>
            <w:r w:rsidRPr="003723A0">
              <w:rPr>
                <w:iCs/>
                <w:color w:val="663300"/>
                <w:szCs w:val="18"/>
              </w:rPr>
              <w:t xml:space="preserve"> the individual </w:t>
            </w:r>
            <w:r>
              <w:rPr>
                <w:iCs/>
                <w:color w:val="663300"/>
                <w:szCs w:val="18"/>
              </w:rPr>
              <w:t>to</w:t>
            </w:r>
            <w:r w:rsidRPr="003723A0">
              <w:rPr>
                <w:iCs/>
                <w:color w:val="663300"/>
                <w:szCs w:val="18"/>
              </w:rPr>
              <w:t xml:space="preserve"> </w:t>
            </w:r>
            <w:r>
              <w:rPr>
                <w:iCs/>
                <w:color w:val="663300"/>
                <w:szCs w:val="18"/>
              </w:rPr>
              <w:t>the designated,</w:t>
            </w:r>
            <w:r w:rsidRPr="003723A0">
              <w:rPr>
                <w:iCs/>
                <w:color w:val="663300"/>
                <w:szCs w:val="18"/>
              </w:rPr>
              <w:t xml:space="preserve"> </w:t>
            </w:r>
            <w:r>
              <w:rPr>
                <w:iCs/>
                <w:color w:val="663300"/>
                <w:szCs w:val="18"/>
              </w:rPr>
              <w:t>isolated</w:t>
            </w:r>
            <w:r w:rsidRPr="003723A0">
              <w:rPr>
                <w:iCs/>
                <w:color w:val="663300"/>
                <w:szCs w:val="18"/>
              </w:rPr>
              <w:t xml:space="preserve"> location </w:t>
            </w:r>
            <w:r>
              <w:rPr>
                <w:iCs/>
                <w:color w:val="663300"/>
                <w:szCs w:val="18"/>
              </w:rPr>
              <w:t>and ensure they are supervised using proper PPE</w:t>
            </w:r>
            <w:r w:rsidRPr="003723A0">
              <w:rPr>
                <w:iCs/>
                <w:color w:val="663300"/>
                <w:szCs w:val="18"/>
              </w:rPr>
              <w:t>.</w:t>
            </w:r>
          </w:p>
          <w:p w:rsidR="00757B58" w:rsidRPr="003723A0" w14:paraId="4E39708A" w14:textId="0B7C011A">
            <w:pPr>
              <w:pStyle w:val="ListParagraph"/>
              <w:numPr>
                <w:ilvl w:val="0"/>
                <w:numId w:val="10"/>
              </w:numPr>
              <w:spacing w:after="0" w:line="264" w:lineRule="auto"/>
              <w:ind w:left="144" w:hanging="144"/>
              <w:contextualSpacing w:val="0"/>
              <w:rPr>
                <w:iCs/>
                <w:color w:val="663300"/>
                <w:szCs w:val="18"/>
              </w:rPr>
            </w:pPr>
            <w:r w:rsidRPr="003723A0">
              <w:rPr>
                <w:iCs/>
                <w:color w:val="663300"/>
                <w:szCs w:val="18"/>
              </w:rPr>
              <w:t xml:space="preserve">Notify </w:t>
            </w:r>
            <w:r>
              <w:rPr>
                <w:iCs/>
                <w:color w:val="663300"/>
                <w:szCs w:val="18"/>
              </w:rPr>
              <w:t xml:space="preserve">the station </w:t>
            </w:r>
            <w:r w:rsidRPr="003723A0">
              <w:rPr>
                <w:iCs/>
                <w:color w:val="663300"/>
                <w:szCs w:val="18"/>
              </w:rPr>
              <w:t>Officer-in-Charge</w:t>
            </w:r>
            <w:r>
              <w:rPr>
                <w:iCs/>
                <w:color w:val="663300"/>
                <w:szCs w:val="18"/>
              </w:rPr>
              <w:t xml:space="preserve"> (OIC)</w:t>
            </w:r>
            <w:r w:rsidRPr="003723A0">
              <w:rPr>
                <w:iCs/>
                <w:color w:val="663300"/>
                <w:szCs w:val="18"/>
              </w:rPr>
              <w:t xml:space="preserve"> and </w:t>
            </w:r>
            <w:r w:rsidR="00DF3A75">
              <w:rPr>
                <w:iCs/>
                <w:color w:val="663300"/>
                <w:szCs w:val="18"/>
              </w:rPr>
              <w:t>Senior</w:t>
            </w:r>
            <w:r w:rsidRPr="003723A0">
              <w:rPr>
                <w:iCs/>
                <w:color w:val="663300"/>
                <w:szCs w:val="18"/>
              </w:rPr>
              <w:t xml:space="preserve"> Medical Officer</w:t>
            </w:r>
          </w:p>
          <w:p w:rsidR="00757B58" w:rsidRPr="003723A0" w14:paraId="0C9F4876" w14:textId="13036B0E">
            <w:pPr>
              <w:pStyle w:val="ListParagraph"/>
              <w:numPr>
                <w:ilvl w:val="0"/>
                <w:numId w:val="10"/>
              </w:numPr>
              <w:spacing w:after="0" w:line="264" w:lineRule="auto"/>
              <w:ind w:left="144" w:hanging="144"/>
              <w:contextualSpacing w:val="0"/>
              <w:rPr>
                <w:iCs/>
                <w:color w:val="663300"/>
                <w:szCs w:val="18"/>
              </w:rPr>
            </w:pPr>
            <w:r w:rsidRPr="003723A0">
              <w:rPr>
                <w:b/>
                <w:bCs/>
                <w:iCs/>
                <w:color w:val="663300"/>
                <w:szCs w:val="18"/>
              </w:rPr>
              <w:t>CALL CDC EOC (770)488-7100</w:t>
            </w:r>
            <w:r w:rsidRPr="003723A0">
              <w:rPr>
                <w:iCs/>
                <w:color w:val="663300"/>
                <w:szCs w:val="18"/>
              </w:rPr>
              <w:t xml:space="preserve">, ask to speak with Ebola Domestic Task Force </w:t>
            </w:r>
            <w:r w:rsidRPr="003723A0" w:rsidR="00E579CB">
              <w:rPr>
                <w:iCs/>
                <w:color w:val="663300"/>
                <w:szCs w:val="18"/>
              </w:rPr>
              <w:t xml:space="preserve">on-call clinical </w:t>
            </w:r>
            <w:r>
              <w:rPr>
                <w:iCs/>
                <w:color w:val="663300"/>
                <w:szCs w:val="18"/>
              </w:rPr>
              <w:t>SMEs</w:t>
            </w:r>
          </w:p>
        </w:tc>
      </w:tr>
      <w:tr w14:paraId="6D6C0C4F" w14:textId="77777777" w:rsidTr="00750560">
        <w:tblPrEx>
          <w:tblW w:w="10151" w:type="dxa"/>
          <w:jc w:val="center"/>
          <w:tblLook w:val="04A0"/>
        </w:tblPrEx>
        <w:trPr>
          <w:trHeight w:val="20"/>
          <w:jc w:val="center"/>
        </w:trPr>
        <w:tc>
          <w:tcPr>
            <w:tcW w:w="10151" w:type="dxa"/>
            <w:gridSpan w:val="3"/>
            <w:shd w:val="clear" w:color="auto" w:fill="548DD4" w:themeFill="text2" w:themeFillTint="99"/>
            <w:tcMar>
              <w:top w:w="29" w:type="dxa"/>
              <w:left w:w="29" w:type="dxa"/>
              <w:bottom w:w="29" w:type="dxa"/>
              <w:right w:w="29" w:type="dxa"/>
            </w:tcMar>
          </w:tcPr>
          <w:p w:rsidR="00F6340F" w:rsidRPr="00750560" w:rsidP="0042717F" w14:paraId="73CBD30A" w14:textId="606A52E7">
            <w:pPr>
              <w:pStyle w:val="Heading2"/>
              <w:ind w:left="237" w:hanging="237"/>
              <w:rPr>
                <w:color w:val="FFFFFF" w:themeColor="background1"/>
                <w:sz w:val="18"/>
                <w:szCs w:val="18"/>
              </w:rPr>
            </w:pPr>
            <w:r w:rsidRPr="00750560">
              <w:rPr>
                <w:color w:val="FFFFFF" w:themeColor="background1"/>
                <w:sz w:val="18"/>
                <w:szCs w:val="18"/>
              </w:rPr>
              <w:t>Consultation Notes</w:t>
            </w:r>
          </w:p>
        </w:tc>
      </w:tr>
      <w:tr w14:paraId="779DD493" w14:textId="77777777" w:rsidTr="00BE4778">
        <w:tblPrEx>
          <w:tblW w:w="10151" w:type="dxa"/>
          <w:jc w:val="center"/>
          <w:tblLook w:val="04A0"/>
        </w:tblPrEx>
        <w:trPr>
          <w:trHeight w:val="1475"/>
          <w:jc w:val="center"/>
        </w:trPr>
        <w:tc>
          <w:tcPr>
            <w:tcW w:w="10151" w:type="dxa"/>
            <w:gridSpan w:val="3"/>
            <w:tcMar>
              <w:top w:w="0" w:type="dxa"/>
              <w:left w:w="29" w:type="dxa"/>
              <w:bottom w:w="0" w:type="dxa"/>
              <w:right w:w="29" w:type="dxa"/>
            </w:tcMar>
          </w:tcPr>
          <w:p w:rsidR="00BC1FD9" w:rsidRPr="00DB159B" w:rsidP="00BE4778" w14:paraId="2017846A" w14:textId="77777777">
            <w:pPr>
              <w:tabs>
                <w:tab w:val="left" w:pos="1073"/>
              </w:tabs>
              <w:spacing w:after="0" w:line="264" w:lineRule="auto"/>
              <w:rPr>
                <w:szCs w:val="18"/>
              </w:rPr>
            </w:pPr>
            <w:r w:rsidRPr="00DB159B">
              <w:rPr>
                <w:szCs w:val="18"/>
              </w:rPr>
              <w:t>Brief findings and clinical summary (including coordination with health department as needed):</w:t>
            </w:r>
          </w:p>
          <w:p w:rsidR="00BC1FD9" w:rsidRPr="00DB159B" w:rsidP="00BE4778" w14:paraId="413F9ACE" w14:textId="77777777">
            <w:pPr>
              <w:tabs>
                <w:tab w:val="left" w:pos="1073"/>
              </w:tabs>
              <w:spacing w:after="0" w:line="264" w:lineRule="auto"/>
              <w:rPr>
                <w:szCs w:val="18"/>
              </w:rPr>
            </w:pPr>
          </w:p>
          <w:p w:rsidR="00BC1FD9" w:rsidRPr="00DB159B" w:rsidP="00BE4778" w14:paraId="4022962F" w14:textId="77777777">
            <w:pPr>
              <w:spacing w:after="0" w:line="264" w:lineRule="auto"/>
              <w:rPr>
                <w:szCs w:val="18"/>
              </w:rPr>
            </w:pPr>
          </w:p>
          <w:p w:rsidR="00BC1FD9" w:rsidRPr="00DB159B" w:rsidP="00BE4778" w14:paraId="09E853DB" w14:textId="77777777">
            <w:pPr>
              <w:spacing w:after="0" w:line="264" w:lineRule="auto"/>
              <w:rPr>
                <w:szCs w:val="18"/>
              </w:rPr>
            </w:pPr>
          </w:p>
          <w:p w:rsidR="00BC1FD9" w:rsidRPr="00DB159B" w:rsidP="00A15C43" w14:paraId="30E5B6AD" w14:textId="77777777">
            <w:pPr>
              <w:spacing w:after="0" w:line="264" w:lineRule="auto"/>
              <w:rPr>
                <w:szCs w:val="18"/>
              </w:rPr>
            </w:pPr>
          </w:p>
        </w:tc>
      </w:tr>
      <w:tr w14:paraId="6861F670" w14:textId="77777777" w:rsidTr="003631A1">
        <w:tblPrEx>
          <w:tblW w:w="10151" w:type="dxa"/>
          <w:jc w:val="center"/>
          <w:tblLook w:val="04A0"/>
        </w:tblPrEx>
        <w:trPr>
          <w:trHeight w:val="20"/>
          <w:jc w:val="center"/>
        </w:trPr>
        <w:tc>
          <w:tcPr>
            <w:tcW w:w="2425" w:type="dxa"/>
            <w:tcMar>
              <w:top w:w="0" w:type="dxa"/>
              <w:left w:w="29" w:type="dxa"/>
              <w:bottom w:w="0" w:type="dxa"/>
              <w:right w:w="29" w:type="dxa"/>
            </w:tcMar>
          </w:tcPr>
          <w:p w:rsidR="00A15C43" w:rsidRPr="00DB159B" w:rsidP="00A15C43" w14:paraId="30D42BC9" w14:textId="15E38277">
            <w:pPr>
              <w:spacing w:after="0" w:line="264" w:lineRule="auto"/>
              <w:rPr>
                <w:szCs w:val="18"/>
              </w:rPr>
            </w:pPr>
            <w:r w:rsidRPr="00DB159B">
              <w:rPr>
                <w:szCs w:val="18"/>
              </w:rPr>
              <w:t>PHMO review (if needed):</w:t>
            </w:r>
          </w:p>
        </w:tc>
        <w:tc>
          <w:tcPr>
            <w:tcW w:w="5670" w:type="dxa"/>
            <w:tcMar>
              <w:top w:w="0" w:type="dxa"/>
              <w:left w:w="29" w:type="dxa"/>
              <w:bottom w:w="0" w:type="dxa"/>
              <w:right w:w="29" w:type="dxa"/>
            </w:tcMar>
          </w:tcPr>
          <w:p w:rsidR="003631A1" w:rsidRPr="00DB159B" w:rsidP="00466002" w14:paraId="1CE276DF" w14:textId="77777777">
            <w:pPr>
              <w:spacing w:after="0" w:line="264" w:lineRule="auto"/>
              <w:rPr>
                <w:szCs w:val="18"/>
              </w:rPr>
            </w:pPr>
            <w:r w:rsidRPr="00DB159B">
              <w:rPr>
                <w:szCs w:val="18"/>
              </w:rPr>
              <w:t xml:space="preserve">Names of CDC SME(s) consulted (if applicable): </w:t>
            </w:r>
          </w:p>
        </w:tc>
        <w:tc>
          <w:tcPr>
            <w:tcW w:w="2056" w:type="dxa"/>
          </w:tcPr>
          <w:p w:rsidR="003631A1" w:rsidRPr="00DB159B" w:rsidP="008A191B" w14:paraId="002A1D20" w14:textId="77777777">
            <w:pPr>
              <w:spacing w:after="0" w:line="264" w:lineRule="auto"/>
              <w:rPr>
                <w:szCs w:val="18"/>
              </w:rPr>
            </w:pPr>
            <w:r w:rsidRPr="00DB159B">
              <w:rPr>
                <w:szCs w:val="18"/>
              </w:rPr>
              <w:t>FPHA end date/time:</w:t>
            </w:r>
          </w:p>
          <w:p w:rsidR="003631A1" w:rsidRPr="00DB159B" w:rsidP="008A191B" w14:paraId="56A08D84" w14:textId="54B4D6FA">
            <w:pPr>
              <w:spacing w:after="0" w:line="264" w:lineRule="auto"/>
              <w:rPr>
                <w:szCs w:val="18"/>
              </w:rPr>
            </w:pPr>
          </w:p>
        </w:tc>
      </w:tr>
    </w:tbl>
    <w:p w:rsidR="00537059" w:rsidRPr="00CF5FE4" w:rsidP="008A191B" w14:paraId="4C38F336" w14:textId="1F59D066">
      <w:pPr>
        <w:spacing w:after="0" w:line="264" w:lineRule="auto"/>
        <w:jc w:val="center"/>
        <w:rPr>
          <w:b/>
          <w:sz w:val="20"/>
          <w:szCs w:val="20"/>
        </w:rPr>
      </w:pPr>
    </w:p>
    <w:sectPr w:rsidSect="00092720">
      <w:headerReference w:type="even" r:id="rId8"/>
      <w:headerReference w:type="default" r:id="rId9"/>
      <w:footerReference w:type="even" r:id="rId10"/>
      <w:footerReference w:type="default" r:id="rId11"/>
      <w:headerReference w:type="first" r:id="rId12"/>
      <w:pgSz w:w="12240" w:h="15840" w:orient="portrait"/>
      <w:pgMar w:top="720" w:right="1080" w:bottom="720" w:left="1080"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altName w:val="Courier New"/>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0E9A" w14:paraId="3AAD2DD8" w14:textId="77777777">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01F1F" w:rsidRPr="00E473E9" w:rsidP="00E473E9" w14:paraId="20295302" w14:textId="6A32A64A">
    <w:pPr>
      <w:pStyle w:val="Footer"/>
      <w:jc w:val="center"/>
      <w:rPr>
        <w:b/>
        <w:bCs/>
      </w:rPr>
    </w:pPr>
    <w:r w:rsidRPr="00E473E9">
      <w:rPr>
        <w:b/>
        <w:bCs/>
      </w:rPr>
      <w:t xml:space="preserve">Page </w:t>
    </w:r>
    <w:r w:rsidRPr="00E473E9">
      <w:rPr>
        <w:b/>
        <w:bCs/>
      </w:rPr>
      <w:fldChar w:fldCharType="begin"/>
    </w:r>
    <w:r w:rsidRPr="00E473E9">
      <w:rPr>
        <w:b/>
        <w:bCs/>
      </w:rPr>
      <w:instrText xml:space="preserve"> PAGE  \* Arabic  \* MERGEFORMAT </w:instrText>
    </w:r>
    <w:r w:rsidRPr="00E473E9">
      <w:rPr>
        <w:b/>
        <w:bCs/>
      </w:rPr>
      <w:fldChar w:fldCharType="separate"/>
    </w:r>
    <w:r w:rsidRPr="00E473E9">
      <w:rPr>
        <w:b/>
        <w:bCs/>
        <w:noProof/>
      </w:rPr>
      <w:t>1</w:t>
    </w:r>
    <w:r w:rsidRPr="00E473E9">
      <w:rPr>
        <w:b/>
        <w:bCs/>
      </w:rPr>
      <w:fldChar w:fldCharType="end"/>
    </w:r>
    <w:r w:rsidRPr="00E473E9">
      <w:rPr>
        <w:b/>
        <w:bCs/>
      </w:rPr>
      <w:t xml:space="preserve"> of </w:t>
    </w:r>
    <w:r w:rsidRPr="00E473E9">
      <w:rPr>
        <w:b/>
        <w:bCs/>
      </w:rPr>
      <w:fldChar w:fldCharType="begin"/>
    </w:r>
    <w:r w:rsidRPr="00E473E9">
      <w:rPr>
        <w:b/>
        <w:bCs/>
      </w:rPr>
      <w:instrText xml:space="preserve"> NUMPAGES  \* Arabic  \* MERGEFORMAT </w:instrText>
    </w:r>
    <w:r w:rsidRPr="00E473E9">
      <w:rPr>
        <w:b/>
        <w:bCs/>
      </w:rPr>
      <w:fldChar w:fldCharType="separate"/>
    </w:r>
    <w:r w:rsidRPr="00E473E9">
      <w:rPr>
        <w:b/>
        <w:bCs/>
        <w:noProof/>
      </w:rPr>
      <w:t>2</w:t>
    </w:r>
    <w:r w:rsidRPr="00E473E9">
      <w:rPr>
        <w:b/>
        <w:bCs/>
      </w:rPr>
      <w:fldChar w:fldCharType="end"/>
    </w:r>
  </w:p>
  <w:p w:rsidR="002B4761" w:rsidRPr="002B4761" w:rsidP="002B4761" w14:paraId="45BD154C" w14:textId="771C9FBF">
    <w:pPr>
      <w:pStyle w:val="Footer"/>
    </w:pPr>
    <w:r w:rsidRPr="002B4761">
      <w:t>Public reporting burden of this collection of information is estimated to average 20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Pr="007771C9" w:rsidR="007771C9">
      <w:t>1469</w:t>
    </w:r>
    <w:r w:rsidRPr="002B4761">
      <w: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0E9A" w14:paraId="54EAA196" w14:textId="51297D9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1194E" w:rsidRPr="00891948" w:rsidP="00752F96" w14:paraId="67293B01" w14:textId="64573005">
    <w:pPr>
      <w:pStyle w:val="Header"/>
      <w:tabs>
        <w:tab w:val="clear" w:pos="9360"/>
        <w:tab w:val="right" w:pos="10080"/>
      </w:tabs>
    </w:pPr>
    <w:r w:rsidR="4A2620E8">
      <w:t>Department of Health and Human Services </w:t>
    </w:r>
    <w:r>
      <w:tab/>
    </w:r>
    <w:r>
      <w:tab/>
    </w:r>
    <w:r w:rsidR="4A2620E8">
      <w:t xml:space="preserve"> </w:t>
    </w:r>
    <w:r w:rsidR="4A2620E8">
      <w:t xml:space="preserve">                                                                                      </w:t>
    </w:r>
    <w:r w:rsidR="4A2620E8">
      <w:t xml:space="preserve"> Version</w:t>
    </w:r>
    <w:r w:rsidR="4A2620E8">
      <w:t xml:space="preserve"> </w:t>
    </w:r>
    <w:r w:rsidR="4A2620E8">
      <w:t>8/19</w:t>
    </w:r>
    <w:r w:rsidR="4A2620E8">
      <w:t>/2026</w:t>
    </w:r>
    <w:r w:rsidR="4A2620E8">
      <w:t xml:space="preserve"> </w:t>
    </w:r>
    <w:r w:rsidR="4A2620E8">
      <w:t>12</w:t>
    </w:r>
    <w:r w:rsidR="4A2620E8">
      <w:t>:00</w:t>
    </w:r>
    <w:r>
      <w:br/>
    </w:r>
    <w:r w:rsidR="4A2620E8">
      <w:t>Centers for Disease Control and Prevention  </w:t>
    </w:r>
    <w:r>
      <w:tab/>
    </w:r>
    <w:r w:rsidR="4A2620E8">
      <w:t xml:space="preserve">                                                                                                                  </w:t>
    </w:r>
    <w:r>
      <w:tab/>
    </w:r>
    <w:r w:rsidR="4A2620E8">
      <w:t xml:space="preserve"> OMB Control No: </w:t>
    </w:r>
    <w:r w:rsidR="4A2620E8">
      <w:t>0920-1469</w:t>
    </w:r>
  </w:p>
  <w:p w:rsidR="00E1194E" w:rsidRPr="004D1F8F" w:rsidP="00752F96" w14:paraId="33C9908C" w14:textId="3C15F3A9">
    <w:pPr>
      <w:pStyle w:val="Header"/>
      <w:tabs>
        <w:tab w:val="clear" w:pos="9360"/>
        <w:tab w:val="right" w:pos="10080"/>
      </w:tabs>
    </w:pPr>
    <w:r w:rsidR="4A2620E8">
      <w:t>Form Approved</w:t>
    </w:r>
    <w:r>
      <w:tab/>
    </w:r>
    <w:r w:rsidR="4A2620E8">
      <w:t xml:space="preserve">                                                                                                                                                                                         </w:t>
    </w:r>
    <w:r>
      <w:tab/>
    </w:r>
    <w:r w:rsidR="4A2620E8">
      <w:t xml:space="preserve">Exp. Date: </w:t>
    </w:r>
    <w:r w:rsidR="4A2620E8">
      <w:t>10</w:t>
    </w:r>
    <w:r w:rsidR="4A2620E8">
      <w:t>/31/2026</w:t>
    </w:r>
  </w:p>
  <w:p w:rsidR="00E1194E" w14:paraId="44CA3E9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0E9A" w14:paraId="2DBCEFC1" w14:textId="173B188C">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17874E0F"/>
    <w:multiLevelType w:val="hybridMultilevel"/>
    <w:tmpl w:val="A9F22E04"/>
    <w:lvl w:ilvl="0">
      <w:start w:val="6"/>
      <w:numFmt w:val="bullet"/>
      <w:lvlText w:val=""/>
      <w:lvlJc w:val="left"/>
      <w:pPr>
        <w:ind w:left="720" w:hanging="360"/>
      </w:pPr>
      <w:rPr>
        <w:rFonts w:ascii="Symbol" w:eastAsia="Aptos" w:hAnsi="Symbol" w:cstheme="minorBidi" w:hint="default"/>
        <w:i w:val="0"/>
        <w:iCs w:val="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1C220D56"/>
    <w:multiLevelType w:val="hybridMultilevel"/>
    <w:tmpl w:val="DA34BE1E"/>
    <w:lvl w:ilvl="0">
      <w:start w:val="1"/>
      <w:numFmt w:val="upperLetter"/>
      <w:lvlText w:val="%1."/>
      <w:lvlJc w:val="left"/>
      <w:pPr>
        <w:ind w:left="416" w:hanging="360"/>
      </w:pPr>
      <w:rPr>
        <w:rFonts w:hint="default"/>
      </w:rPr>
    </w:lvl>
    <w:lvl w:ilvl="1" w:tentative="1">
      <w:start w:val="1"/>
      <w:numFmt w:val="lowerLetter"/>
      <w:lvlText w:val="%2."/>
      <w:lvlJc w:val="left"/>
      <w:pPr>
        <w:ind w:left="1136" w:hanging="360"/>
      </w:pPr>
    </w:lvl>
    <w:lvl w:ilvl="2" w:tentative="1">
      <w:start w:val="1"/>
      <w:numFmt w:val="lowerRoman"/>
      <w:lvlText w:val="%3."/>
      <w:lvlJc w:val="right"/>
      <w:pPr>
        <w:ind w:left="1856" w:hanging="180"/>
      </w:pPr>
    </w:lvl>
    <w:lvl w:ilvl="3" w:tentative="1">
      <w:start w:val="1"/>
      <w:numFmt w:val="decimal"/>
      <w:lvlText w:val="%4."/>
      <w:lvlJc w:val="left"/>
      <w:pPr>
        <w:ind w:left="2576" w:hanging="360"/>
      </w:pPr>
    </w:lvl>
    <w:lvl w:ilvl="4" w:tentative="1">
      <w:start w:val="1"/>
      <w:numFmt w:val="lowerLetter"/>
      <w:lvlText w:val="%5."/>
      <w:lvlJc w:val="left"/>
      <w:pPr>
        <w:ind w:left="3296" w:hanging="360"/>
      </w:pPr>
    </w:lvl>
    <w:lvl w:ilvl="5" w:tentative="1">
      <w:start w:val="1"/>
      <w:numFmt w:val="lowerRoman"/>
      <w:lvlText w:val="%6."/>
      <w:lvlJc w:val="right"/>
      <w:pPr>
        <w:ind w:left="4016" w:hanging="180"/>
      </w:pPr>
    </w:lvl>
    <w:lvl w:ilvl="6" w:tentative="1">
      <w:start w:val="1"/>
      <w:numFmt w:val="decimal"/>
      <w:lvlText w:val="%7."/>
      <w:lvlJc w:val="left"/>
      <w:pPr>
        <w:ind w:left="4736" w:hanging="360"/>
      </w:pPr>
    </w:lvl>
    <w:lvl w:ilvl="7" w:tentative="1">
      <w:start w:val="1"/>
      <w:numFmt w:val="lowerLetter"/>
      <w:lvlText w:val="%8."/>
      <w:lvlJc w:val="left"/>
      <w:pPr>
        <w:ind w:left="5456" w:hanging="360"/>
      </w:pPr>
    </w:lvl>
    <w:lvl w:ilvl="8" w:tentative="1">
      <w:start w:val="1"/>
      <w:numFmt w:val="lowerRoman"/>
      <w:lvlText w:val="%9."/>
      <w:lvlJc w:val="right"/>
      <w:pPr>
        <w:ind w:left="6176" w:hanging="180"/>
      </w:pPr>
    </w:lvl>
  </w:abstractNum>
  <w:abstractNum w:abstractNumId="11">
    <w:nsid w:val="1CFA55F8"/>
    <w:multiLevelType w:val="multilevel"/>
    <w:tmpl w:val="561850C4"/>
    <w:lvl w:ilvl="0">
      <w:start w:val="1"/>
      <w:numFmt w:val="upperLetter"/>
      <w:pStyle w:val="Heading2"/>
      <w:lvlText w:val="%1."/>
      <w:lvlJc w:val="left"/>
      <w:pPr>
        <w:tabs>
          <w:tab w:val="num" w:pos="288"/>
        </w:tabs>
        <w:ind w:left="288" w:hanging="288"/>
      </w:pPr>
      <w:rPr>
        <w:rFonts w:hint="default"/>
        <w:b/>
        <w:bCs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640837673">
    <w:abstractNumId w:val="8"/>
  </w:num>
  <w:num w:numId="2" w16cid:durableId="29770640">
    <w:abstractNumId w:val="6"/>
  </w:num>
  <w:num w:numId="3" w16cid:durableId="334113861">
    <w:abstractNumId w:val="5"/>
  </w:num>
  <w:num w:numId="4" w16cid:durableId="1422989679">
    <w:abstractNumId w:val="4"/>
  </w:num>
  <w:num w:numId="5" w16cid:durableId="400912068">
    <w:abstractNumId w:val="7"/>
  </w:num>
  <w:num w:numId="6" w16cid:durableId="1473476940">
    <w:abstractNumId w:val="3"/>
  </w:num>
  <w:num w:numId="7" w16cid:durableId="1383600420">
    <w:abstractNumId w:val="2"/>
  </w:num>
  <w:num w:numId="8" w16cid:durableId="2064132504">
    <w:abstractNumId w:val="1"/>
  </w:num>
  <w:num w:numId="9" w16cid:durableId="62336016">
    <w:abstractNumId w:val="0"/>
  </w:num>
  <w:num w:numId="10" w16cid:durableId="2047095117">
    <w:abstractNumId w:val="9"/>
  </w:num>
  <w:num w:numId="11" w16cid:durableId="659433491">
    <w:abstractNumId w:val="10"/>
  </w:num>
  <w:num w:numId="12" w16cid:durableId="801773746">
    <w:abstractNumId w:val="11"/>
  </w:num>
  <w:num w:numId="13" w16cid:durableId="1580402710">
    <w:abstractNumId w:val="11"/>
  </w:num>
  <w:num w:numId="14" w16cid:durableId="8691431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28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17"/>
    <w:rsid w:val="000006EA"/>
    <w:rsid w:val="00001361"/>
    <w:rsid w:val="00001A27"/>
    <w:rsid w:val="00002677"/>
    <w:rsid w:val="00004897"/>
    <w:rsid w:val="00004914"/>
    <w:rsid w:val="000051C8"/>
    <w:rsid w:val="000052DB"/>
    <w:rsid w:val="00005BCE"/>
    <w:rsid w:val="00006608"/>
    <w:rsid w:val="00006EE4"/>
    <w:rsid w:val="00007531"/>
    <w:rsid w:val="00010633"/>
    <w:rsid w:val="0001103E"/>
    <w:rsid w:val="000112A6"/>
    <w:rsid w:val="000112EF"/>
    <w:rsid w:val="00011440"/>
    <w:rsid w:val="00011CF6"/>
    <w:rsid w:val="00012D3E"/>
    <w:rsid w:val="000130FC"/>
    <w:rsid w:val="00013252"/>
    <w:rsid w:val="0001363A"/>
    <w:rsid w:val="00013F66"/>
    <w:rsid w:val="00014EB6"/>
    <w:rsid w:val="000150BA"/>
    <w:rsid w:val="00015934"/>
    <w:rsid w:val="00016D18"/>
    <w:rsid w:val="00017C2A"/>
    <w:rsid w:val="00020F49"/>
    <w:rsid w:val="000210F2"/>
    <w:rsid w:val="000211BD"/>
    <w:rsid w:val="0002174E"/>
    <w:rsid w:val="00021808"/>
    <w:rsid w:val="00021DFE"/>
    <w:rsid w:val="000221A1"/>
    <w:rsid w:val="000227D1"/>
    <w:rsid w:val="000236A1"/>
    <w:rsid w:val="00023855"/>
    <w:rsid w:val="00023E7B"/>
    <w:rsid w:val="00026685"/>
    <w:rsid w:val="00026A6D"/>
    <w:rsid w:val="00026A7F"/>
    <w:rsid w:val="0002701E"/>
    <w:rsid w:val="00027633"/>
    <w:rsid w:val="00027C87"/>
    <w:rsid w:val="00027F22"/>
    <w:rsid w:val="000301CF"/>
    <w:rsid w:val="0003097C"/>
    <w:rsid w:val="000309A0"/>
    <w:rsid w:val="00030B18"/>
    <w:rsid w:val="00031E47"/>
    <w:rsid w:val="00033182"/>
    <w:rsid w:val="000341C6"/>
    <w:rsid w:val="0003427A"/>
    <w:rsid w:val="00034616"/>
    <w:rsid w:val="0003595E"/>
    <w:rsid w:val="00035B36"/>
    <w:rsid w:val="0003609D"/>
    <w:rsid w:val="0003633E"/>
    <w:rsid w:val="00036905"/>
    <w:rsid w:val="00036D17"/>
    <w:rsid w:val="00040D08"/>
    <w:rsid w:val="00041132"/>
    <w:rsid w:val="00041456"/>
    <w:rsid w:val="00041783"/>
    <w:rsid w:val="00042BCD"/>
    <w:rsid w:val="00042E5B"/>
    <w:rsid w:val="00042EDF"/>
    <w:rsid w:val="0004303E"/>
    <w:rsid w:val="000437E5"/>
    <w:rsid w:val="00044277"/>
    <w:rsid w:val="00044642"/>
    <w:rsid w:val="00046170"/>
    <w:rsid w:val="0004627C"/>
    <w:rsid w:val="00046388"/>
    <w:rsid w:val="00046610"/>
    <w:rsid w:val="00046F4E"/>
    <w:rsid w:val="0004783F"/>
    <w:rsid w:val="00050506"/>
    <w:rsid w:val="00051530"/>
    <w:rsid w:val="00051693"/>
    <w:rsid w:val="00051966"/>
    <w:rsid w:val="0005213B"/>
    <w:rsid w:val="000527E6"/>
    <w:rsid w:val="0005289E"/>
    <w:rsid w:val="00053196"/>
    <w:rsid w:val="00053C17"/>
    <w:rsid w:val="0005406C"/>
    <w:rsid w:val="00054A1A"/>
    <w:rsid w:val="00054EB8"/>
    <w:rsid w:val="000551B3"/>
    <w:rsid w:val="00055F7F"/>
    <w:rsid w:val="00056097"/>
    <w:rsid w:val="00056185"/>
    <w:rsid w:val="000567FE"/>
    <w:rsid w:val="00056C83"/>
    <w:rsid w:val="00056DE5"/>
    <w:rsid w:val="00057224"/>
    <w:rsid w:val="00057D5B"/>
    <w:rsid w:val="000601A0"/>
    <w:rsid w:val="00060579"/>
    <w:rsid w:val="0006063C"/>
    <w:rsid w:val="00060F66"/>
    <w:rsid w:val="000618C4"/>
    <w:rsid w:val="00062326"/>
    <w:rsid w:val="0006247F"/>
    <w:rsid w:val="00062B0B"/>
    <w:rsid w:val="00063985"/>
    <w:rsid w:val="00063B29"/>
    <w:rsid w:val="00063F2C"/>
    <w:rsid w:val="00063FAA"/>
    <w:rsid w:val="00064AFC"/>
    <w:rsid w:val="00065642"/>
    <w:rsid w:val="00065BB6"/>
    <w:rsid w:val="00065C44"/>
    <w:rsid w:val="00066A25"/>
    <w:rsid w:val="00066EB4"/>
    <w:rsid w:val="000672A9"/>
    <w:rsid w:val="000677AA"/>
    <w:rsid w:val="0006796E"/>
    <w:rsid w:val="00070739"/>
    <w:rsid w:val="00070743"/>
    <w:rsid w:val="0007075C"/>
    <w:rsid w:val="00071460"/>
    <w:rsid w:val="00071817"/>
    <w:rsid w:val="00071A35"/>
    <w:rsid w:val="00071B97"/>
    <w:rsid w:val="000722E1"/>
    <w:rsid w:val="00072883"/>
    <w:rsid w:val="00072BE1"/>
    <w:rsid w:val="0007391F"/>
    <w:rsid w:val="00073EA8"/>
    <w:rsid w:val="000740DF"/>
    <w:rsid w:val="000751E9"/>
    <w:rsid w:val="000752AE"/>
    <w:rsid w:val="0007589B"/>
    <w:rsid w:val="00075A0D"/>
    <w:rsid w:val="00075C00"/>
    <w:rsid w:val="00075D43"/>
    <w:rsid w:val="00076193"/>
    <w:rsid w:val="00077069"/>
    <w:rsid w:val="00077402"/>
    <w:rsid w:val="00080356"/>
    <w:rsid w:val="00080A62"/>
    <w:rsid w:val="00080EBA"/>
    <w:rsid w:val="000826D5"/>
    <w:rsid w:val="000829DB"/>
    <w:rsid w:val="00082B8F"/>
    <w:rsid w:val="00083F20"/>
    <w:rsid w:val="00085195"/>
    <w:rsid w:val="00085218"/>
    <w:rsid w:val="00085ABA"/>
    <w:rsid w:val="00085BEB"/>
    <w:rsid w:val="00085F93"/>
    <w:rsid w:val="000863D9"/>
    <w:rsid w:val="00086A69"/>
    <w:rsid w:val="00086D68"/>
    <w:rsid w:val="00086F6E"/>
    <w:rsid w:val="000873B0"/>
    <w:rsid w:val="00087753"/>
    <w:rsid w:val="00091040"/>
    <w:rsid w:val="000916CC"/>
    <w:rsid w:val="000918FA"/>
    <w:rsid w:val="00091A57"/>
    <w:rsid w:val="00091D13"/>
    <w:rsid w:val="000922EC"/>
    <w:rsid w:val="00092338"/>
    <w:rsid w:val="00092720"/>
    <w:rsid w:val="00092AE5"/>
    <w:rsid w:val="00093412"/>
    <w:rsid w:val="00093E0B"/>
    <w:rsid w:val="000952A9"/>
    <w:rsid w:val="0009534B"/>
    <w:rsid w:val="0009555D"/>
    <w:rsid w:val="0009555E"/>
    <w:rsid w:val="00097261"/>
    <w:rsid w:val="00097285"/>
    <w:rsid w:val="0009755F"/>
    <w:rsid w:val="000A0CF7"/>
    <w:rsid w:val="000A0FBF"/>
    <w:rsid w:val="000A237B"/>
    <w:rsid w:val="000A24E7"/>
    <w:rsid w:val="000A2592"/>
    <w:rsid w:val="000A322F"/>
    <w:rsid w:val="000A3300"/>
    <w:rsid w:val="000A3343"/>
    <w:rsid w:val="000A4180"/>
    <w:rsid w:val="000A5144"/>
    <w:rsid w:val="000A5467"/>
    <w:rsid w:val="000A59FA"/>
    <w:rsid w:val="000A62A3"/>
    <w:rsid w:val="000A686C"/>
    <w:rsid w:val="000A706A"/>
    <w:rsid w:val="000B0F80"/>
    <w:rsid w:val="000B1144"/>
    <w:rsid w:val="000B15E7"/>
    <w:rsid w:val="000B1942"/>
    <w:rsid w:val="000B1FCA"/>
    <w:rsid w:val="000B21A6"/>
    <w:rsid w:val="000B273B"/>
    <w:rsid w:val="000B2CC2"/>
    <w:rsid w:val="000B5090"/>
    <w:rsid w:val="000B547F"/>
    <w:rsid w:val="000B599B"/>
    <w:rsid w:val="000B615D"/>
    <w:rsid w:val="000B64F3"/>
    <w:rsid w:val="000B71D6"/>
    <w:rsid w:val="000B73A4"/>
    <w:rsid w:val="000B7632"/>
    <w:rsid w:val="000B78D9"/>
    <w:rsid w:val="000C0341"/>
    <w:rsid w:val="000C17A9"/>
    <w:rsid w:val="000C26C7"/>
    <w:rsid w:val="000C2B48"/>
    <w:rsid w:val="000C4E00"/>
    <w:rsid w:val="000C5ECB"/>
    <w:rsid w:val="000C69A6"/>
    <w:rsid w:val="000C741C"/>
    <w:rsid w:val="000C764A"/>
    <w:rsid w:val="000C7A1A"/>
    <w:rsid w:val="000C7E48"/>
    <w:rsid w:val="000D0079"/>
    <w:rsid w:val="000D00F2"/>
    <w:rsid w:val="000D0E2E"/>
    <w:rsid w:val="000D2209"/>
    <w:rsid w:val="000D2221"/>
    <w:rsid w:val="000D31C9"/>
    <w:rsid w:val="000D4688"/>
    <w:rsid w:val="000D50A5"/>
    <w:rsid w:val="000D639A"/>
    <w:rsid w:val="000D6AB3"/>
    <w:rsid w:val="000E0471"/>
    <w:rsid w:val="000E19AF"/>
    <w:rsid w:val="000E1B2B"/>
    <w:rsid w:val="000E2A21"/>
    <w:rsid w:val="000E2C88"/>
    <w:rsid w:val="000E2EF3"/>
    <w:rsid w:val="000E39B1"/>
    <w:rsid w:val="000E3EB3"/>
    <w:rsid w:val="000E6D02"/>
    <w:rsid w:val="000E73C2"/>
    <w:rsid w:val="000F01F2"/>
    <w:rsid w:val="000F0399"/>
    <w:rsid w:val="000F048F"/>
    <w:rsid w:val="000F106D"/>
    <w:rsid w:val="000F142C"/>
    <w:rsid w:val="000F14B0"/>
    <w:rsid w:val="000F2348"/>
    <w:rsid w:val="000F2738"/>
    <w:rsid w:val="000F2979"/>
    <w:rsid w:val="000F2EEA"/>
    <w:rsid w:val="000F38C6"/>
    <w:rsid w:val="000F449F"/>
    <w:rsid w:val="000F526B"/>
    <w:rsid w:val="000F54DE"/>
    <w:rsid w:val="000F5D47"/>
    <w:rsid w:val="000F617C"/>
    <w:rsid w:val="000F6806"/>
    <w:rsid w:val="000F6ADE"/>
    <w:rsid w:val="000F73DE"/>
    <w:rsid w:val="000F7810"/>
    <w:rsid w:val="000F7B29"/>
    <w:rsid w:val="000F7F35"/>
    <w:rsid w:val="0010078B"/>
    <w:rsid w:val="00100A1D"/>
    <w:rsid w:val="00100A46"/>
    <w:rsid w:val="001013D5"/>
    <w:rsid w:val="00101A0A"/>
    <w:rsid w:val="00102CA1"/>
    <w:rsid w:val="00104405"/>
    <w:rsid w:val="0010599E"/>
    <w:rsid w:val="001059BE"/>
    <w:rsid w:val="00105BCD"/>
    <w:rsid w:val="0010623E"/>
    <w:rsid w:val="00106947"/>
    <w:rsid w:val="001069AF"/>
    <w:rsid w:val="001078B3"/>
    <w:rsid w:val="00107F35"/>
    <w:rsid w:val="00111E63"/>
    <w:rsid w:val="00112545"/>
    <w:rsid w:val="00113101"/>
    <w:rsid w:val="00113C4B"/>
    <w:rsid w:val="00114D23"/>
    <w:rsid w:val="00115446"/>
    <w:rsid w:val="0011745B"/>
    <w:rsid w:val="00117F47"/>
    <w:rsid w:val="00120876"/>
    <w:rsid w:val="00121016"/>
    <w:rsid w:val="00122DAF"/>
    <w:rsid w:val="00122F30"/>
    <w:rsid w:val="0012424F"/>
    <w:rsid w:val="001243BC"/>
    <w:rsid w:val="00124C22"/>
    <w:rsid w:val="00125097"/>
    <w:rsid w:val="0012516B"/>
    <w:rsid w:val="001262D6"/>
    <w:rsid w:val="00126AE9"/>
    <w:rsid w:val="00126ECB"/>
    <w:rsid w:val="001273CE"/>
    <w:rsid w:val="001278C1"/>
    <w:rsid w:val="00127E05"/>
    <w:rsid w:val="00130E5A"/>
    <w:rsid w:val="00130FBC"/>
    <w:rsid w:val="00131DAA"/>
    <w:rsid w:val="001332A4"/>
    <w:rsid w:val="00133732"/>
    <w:rsid w:val="00135063"/>
    <w:rsid w:val="00135399"/>
    <w:rsid w:val="00135B46"/>
    <w:rsid w:val="00135EC7"/>
    <w:rsid w:val="001367A1"/>
    <w:rsid w:val="00137702"/>
    <w:rsid w:val="00137B00"/>
    <w:rsid w:val="00137DB1"/>
    <w:rsid w:val="00137FBD"/>
    <w:rsid w:val="00140C32"/>
    <w:rsid w:val="001413CE"/>
    <w:rsid w:val="00141554"/>
    <w:rsid w:val="00141A30"/>
    <w:rsid w:val="0014288B"/>
    <w:rsid w:val="00142F4C"/>
    <w:rsid w:val="001441D4"/>
    <w:rsid w:val="00144BF5"/>
    <w:rsid w:val="00144C11"/>
    <w:rsid w:val="001451DB"/>
    <w:rsid w:val="00145599"/>
    <w:rsid w:val="001455E3"/>
    <w:rsid w:val="0014626F"/>
    <w:rsid w:val="00146573"/>
    <w:rsid w:val="00146D30"/>
    <w:rsid w:val="00147C0E"/>
    <w:rsid w:val="0015074B"/>
    <w:rsid w:val="00152BD3"/>
    <w:rsid w:val="0015370C"/>
    <w:rsid w:val="00153806"/>
    <w:rsid w:val="001539CD"/>
    <w:rsid w:val="00153A25"/>
    <w:rsid w:val="00154563"/>
    <w:rsid w:val="00154A13"/>
    <w:rsid w:val="00154B67"/>
    <w:rsid w:val="00154B93"/>
    <w:rsid w:val="00155566"/>
    <w:rsid w:val="00155CDF"/>
    <w:rsid w:val="00155E3E"/>
    <w:rsid w:val="0015692A"/>
    <w:rsid w:val="001578E3"/>
    <w:rsid w:val="001578FF"/>
    <w:rsid w:val="00157CCF"/>
    <w:rsid w:val="0016067D"/>
    <w:rsid w:val="0016102E"/>
    <w:rsid w:val="0016296F"/>
    <w:rsid w:val="00164DD7"/>
    <w:rsid w:val="001654D4"/>
    <w:rsid w:val="001656FD"/>
    <w:rsid w:val="00166002"/>
    <w:rsid w:val="00167346"/>
    <w:rsid w:val="001677B3"/>
    <w:rsid w:val="00167D7A"/>
    <w:rsid w:val="00170F41"/>
    <w:rsid w:val="00171B74"/>
    <w:rsid w:val="0017220E"/>
    <w:rsid w:val="0017222D"/>
    <w:rsid w:val="00172CB7"/>
    <w:rsid w:val="00173794"/>
    <w:rsid w:val="00173941"/>
    <w:rsid w:val="0017450B"/>
    <w:rsid w:val="001746E8"/>
    <w:rsid w:val="0017610A"/>
    <w:rsid w:val="00176F4E"/>
    <w:rsid w:val="00177F8F"/>
    <w:rsid w:val="001803C5"/>
    <w:rsid w:val="0018051B"/>
    <w:rsid w:val="0018208B"/>
    <w:rsid w:val="00182449"/>
    <w:rsid w:val="00182D8E"/>
    <w:rsid w:val="001830B7"/>
    <w:rsid w:val="00183A40"/>
    <w:rsid w:val="00183AAC"/>
    <w:rsid w:val="00183C01"/>
    <w:rsid w:val="00184CC2"/>
    <w:rsid w:val="001851D8"/>
    <w:rsid w:val="001863B4"/>
    <w:rsid w:val="00186902"/>
    <w:rsid w:val="001873B0"/>
    <w:rsid w:val="00191817"/>
    <w:rsid w:val="00191BA4"/>
    <w:rsid w:val="00192E75"/>
    <w:rsid w:val="00193B03"/>
    <w:rsid w:val="00194179"/>
    <w:rsid w:val="00195729"/>
    <w:rsid w:val="00195F18"/>
    <w:rsid w:val="00196075"/>
    <w:rsid w:val="00196144"/>
    <w:rsid w:val="0019659F"/>
    <w:rsid w:val="00196C2F"/>
    <w:rsid w:val="00197730"/>
    <w:rsid w:val="001978F2"/>
    <w:rsid w:val="00197CF8"/>
    <w:rsid w:val="001A0BCA"/>
    <w:rsid w:val="001A0D6C"/>
    <w:rsid w:val="001A0EF6"/>
    <w:rsid w:val="001A14BB"/>
    <w:rsid w:val="001A17A9"/>
    <w:rsid w:val="001A1C76"/>
    <w:rsid w:val="001A22DF"/>
    <w:rsid w:val="001A2660"/>
    <w:rsid w:val="001A2C56"/>
    <w:rsid w:val="001A2F28"/>
    <w:rsid w:val="001A325B"/>
    <w:rsid w:val="001A3E7E"/>
    <w:rsid w:val="001A3F06"/>
    <w:rsid w:val="001A4CB8"/>
    <w:rsid w:val="001A51A0"/>
    <w:rsid w:val="001A53FF"/>
    <w:rsid w:val="001A5850"/>
    <w:rsid w:val="001A5AEB"/>
    <w:rsid w:val="001A6DA7"/>
    <w:rsid w:val="001A774A"/>
    <w:rsid w:val="001B143B"/>
    <w:rsid w:val="001B1E1C"/>
    <w:rsid w:val="001B1FDC"/>
    <w:rsid w:val="001B2911"/>
    <w:rsid w:val="001B3439"/>
    <w:rsid w:val="001B3E52"/>
    <w:rsid w:val="001B4291"/>
    <w:rsid w:val="001B4B70"/>
    <w:rsid w:val="001B529D"/>
    <w:rsid w:val="001B5438"/>
    <w:rsid w:val="001B58AE"/>
    <w:rsid w:val="001B5C8B"/>
    <w:rsid w:val="001B60ED"/>
    <w:rsid w:val="001B6C0F"/>
    <w:rsid w:val="001B7B7F"/>
    <w:rsid w:val="001C0290"/>
    <w:rsid w:val="001C06C4"/>
    <w:rsid w:val="001C2378"/>
    <w:rsid w:val="001C3103"/>
    <w:rsid w:val="001C3470"/>
    <w:rsid w:val="001C3B06"/>
    <w:rsid w:val="001C4A31"/>
    <w:rsid w:val="001C4FE0"/>
    <w:rsid w:val="001C52C1"/>
    <w:rsid w:val="001C579C"/>
    <w:rsid w:val="001C6F7B"/>
    <w:rsid w:val="001D0202"/>
    <w:rsid w:val="001D1871"/>
    <w:rsid w:val="001D1AA2"/>
    <w:rsid w:val="001D24F3"/>
    <w:rsid w:val="001D3643"/>
    <w:rsid w:val="001D3F21"/>
    <w:rsid w:val="001D4709"/>
    <w:rsid w:val="001D5219"/>
    <w:rsid w:val="001D589F"/>
    <w:rsid w:val="001D5BD4"/>
    <w:rsid w:val="001E0017"/>
    <w:rsid w:val="001E05B7"/>
    <w:rsid w:val="001E07C1"/>
    <w:rsid w:val="001E1B17"/>
    <w:rsid w:val="001E24F6"/>
    <w:rsid w:val="001E3359"/>
    <w:rsid w:val="001E3429"/>
    <w:rsid w:val="001E4DFD"/>
    <w:rsid w:val="001E5E79"/>
    <w:rsid w:val="001E6136"/>
    <w:rsid w:val="001E6B5E"/>
    <w:rsid w:val="001E6C50"/>
    <w:rsid w:val="001E7E77"/>
    <w:rsid w:val="001F1580"/>
    <w:rsid w:val="001F1A89"/>
    <w:rsid w:val="001F31CC"/>
    <w:rsid w:val="001F3A66"/>
    <w:rsid w:val="001F3D2D"/>
    <w:rsid w:val="001F4AAB"/>
    <w:rsid w:val="001F4E05"/>
    <w:rsid w:val="001F69F9"/>
    <w:rsid w:val="001F6D80"/>
    <w:rsid w:val="001F780D"/>
    <w:rsid w:val="002001B4"/>
    <w:rsid w:val="00200E52"/>
    <w:rsid w:val="002014BE"/>
    <w:rsid w:val="00201F1F"/>
    <w:rsid w:val="00202ACB"/>
    <w:rsid w:val="0020399B"/>
    <w:rsid w:val="00203F12"/>
    <w:rsid w:val="0020410A"/>
    <w:rsid w:val="00204F96"/>
    <w:rsid w:val="00205776"/>
    <w:rsid w:val="0020610E"/>
    <w:rsid w:val="0020697B"/>
    <w:rsid w:val="00206BD5"/>
    <w:rsid w:val="00207CAC"/>
    <w:rsid w:val="00207EE1"/>
    <w:rsid w:val="002103EE"/>
    <w:rsid w:val="002107F7"/>
    <w:rsid w:val="00211431"/>
    <w:rsid w:val="00211D2F"/>
    <w:rsid w:val="0021355A"/>
    <w:rsid w:val="0021368E"/>
    <w:rsid w:val="002147DF"/>
    <w:rsid w:val="00215D7C"/>
    <w:rsid w:val="00220486"/>
    <w:rsid w:val="002204C5"/>
    <w:rsid w:val="00221C3D"/>
    <w:rsid w:val="002224A0"/>
    <w:rsid w:val="002225FB"/>
    <w:rsid w:val="00222686"/>
    <w:rsid w:val="00223A2D"/>
    <w:rsid w:val="00223C78"/>
    <w:rsid w:val="0022427D"/>
    <w:rsid w:val="002244EA"/>
    <w:rsid w:val="002252D9"/>
    <w:rsid w:val="00226C8E"/>
    <w:rsid w:val="0022700F"/>
    <w:rsid w:val="002272B3"/>
    <w:rsid w:val="00227402"/>
    <w:rsid w:val="00227CBD"/>
    <w:rsid w:val="00227D3C"/>
    <w:rsid w:val="00227DD4"/>
    <w:rsid w:val="0023060E"/>
    <w:rsid w:val="002311D1"/>
    <w:rsid w:val="00231C8C"/>
    <w:rsid w:val="00231DDD"/>
    <w:rsid w:val="002328C1"/>
    <w:rsid w:val="00232941"/>
    <w:rsid w:val="0023454A"/>
    <w:rsid w:val="00236547"/>
    <w:rsid w:val="002379B1"/>
    <w:rsid w:val="00240977"/>
    <w:rsid w:val="002427C3"/>
    <w:rsid w:val="00242993"/>
    <w:rsid w:val="00242F11"/>
    <w:rsid w:val="002432D8"/>
    <w:rsid w:val="00243505"/>
    <w:rsid w:val="0024381D"/>
    <w:rsid w:val="0024594D"/>
    <w:rsid w:val="002460A1"/>
    <w:rsid w:val="0024635A"/>
    <w:rsid w:val="00247736"/>
    <w:rsid w:val="0025003C"/>
    <w:rsid w:val="00250070"/>
    <w:rsid w:val="00250171"/>
    <w:rsid w:val="00250FC6"/>
    <w:rsid w:val="00251145"/>
    <w:rsid w:val="002515C3"/>
    <w:rsid w:val="002532EF"/>
    <w:rsid w:val="00254B09"/>
    <w:rsid w:val="00254CC3"/>
    <w:rsid w:val="00254F18"/>
    <w:rsid w:val="00255FC6"/>
    <w:rsid w:val="002560C5"/>
    <w:rsid w:val="002563C9"/>
    <w:rsid w:val="002572CA"/>
    <w:rsid w:val="00260E4A"/>
    <w:rsid w:val="00261D2F"/>
    <w:rsid w:val="00262420"/>
    <w:rsid w:val="00262A8C"/>
    <w:rsid w:val="00262CDD"/>
    <w:rsid w:val="00262D03"/>
    <w:rsid w:val="00264018"/>
    <w:rsid w:val="00265E7A"/>
    <w:rsid w:val="00265F8F"/>
    <w:rsid w:val="00266D07"/>
    <w:rsid w:val="00266E7F"/>
    <w:rsid w:val="002674DD"/>
    <w:rsid w:val="002678B0"/>
    <w:rsid w:val="002678D8"/>
    <w:rsid w:val="0027034F"/>
    <w:rsid w:val="0027062B"/>
    <w:rsid w:val="00270E9A"/>
    <w:rsid w:val="002722F6"/>
    <w:rsid w:val="00274783"/>
    <w:rsid w:val="00274F1A"/>
    <w:rsid w:val="00275F4B"/>
    <w:rsid w:val="002762F1"/>
    <w:rsid w:val="0027777D"/>
    <w:rsid w:val="00277AC6"/>
    <w:rsid w:val="00281828"/>
    <w:rsid w:val="00281BD5"/>
    <w:rsid w:val="00281E5E"/>
    <w:rsid w:val="0028252C"/>
    <w:rsid w:val="00282CEB"/>
    <w:rsid w:val="00282E65"/>
    <w:rsid w:val="0028367C"/>
    <w:rsid w:val="0028373A"/>
    <w:rsid w:val="00283834"/>
    <w:rsid w:val="002840BE"/>
    <w:rsid w:val="002848CF"/>
    <w:rsid w:val="00284A21"/>
    <w:rsid w:val="00284AEB"/>
    <w:rsid w:val="00284F33"/>
    <w:rsid w:val="00285E08"/>
    <w:rsid w:val="002868F8"/>
    <w:rsid w:val="002906D1"/>
    <w:rsid w:val="00290E82"/>
    <w:rsid w:val="00291687"/>
    <w:rsid w:val="00291848"/>
    <w:rsid w:val="00292C27"/>
    <w:rsid w:val="00293304"/>
    <w:rsid w:val="00293C8B"/>
    <w:rsid w:val="0029639D"/>
    <w:rsid w:val="00296BCF"/>
    <w:rsid w:val="0029710F"/>
    <w:rsid w:val="00297835"/>
    <w:rsid w:val="002979CF"/>
    <w:rsid w:val="002A0AFC"/>
    <w:rsid w:val="002A1018"/>
    <w:rsid w:val="002A1370"/>
    <w:rsid w:val="002A18F9"/>
    <w:rsid w:val="002A266F"/>
    <w:rsid w:val="002A38E8"/>
    <w:rsid w:val="002A4AEE"/>
    <w:rsid w:val="002A4EFF"/>
    <w:rsid w:val="002A5D82"/>
    <w:rsid w:val="002A66A5"/>
    <w:rsid w:val="002A6BCB"/>
    <w:rsid w:val="002A6FD7"/>
    <w:rsid w:val="002A76E0"/>
    <w:rsid w:val="002B010A"/>
    <w:rsid w:val="002B0128"/>
    <w:rsid w:val="002B038B"/>
    <w:rsid w:val="002B1989"/>
    <w:rsid w:val="002B2028"/>
    <w:rsid w:val="002B2238"/>
    <w:rsid w:val="002B236C"/>
    <w:rsid w:val="002B2F35"/>
    <w:rsid w:val="002B3175"/>
    <w:rsid w:val="002B3E53"/>
    <w:rsid w:val="002B4761"/>
    <w:rsid w:val="002B5CAF"/>
    <w:rsid w:val="002B640F"/>
    <w:rsid w:val="002B6462"/>
    <w:rsid w:val="002B732C"/>
    <w:rsid w:val="002B768C"/>
    <w:rsid w:val="002C015A"/>
    <w:rsid w:val="002C0765"/>
    <w:rsid w:val="002C18D2"/>
    <w:rsid w:val="002C2B53"/>
    <w:rsid w:val="002C6431"/>
    <w:rsid w:val="002C6669"/>
    <w:rsid w:val="002C6849"/>
    <w:rsid w:val="002C6DEE"/>
    <w:rsid w:val="002C7577"/>
    <w:rsid w:val="002C7B78"/>
    <w:rsid w:val="002D05E4"/>
    <w:rsid w:val="002D1373"/>
    <w:rsid w:val="002D175D"/>
    <w:rsid w:val="002D273E"/>
    <w:rsid w:val="002D35AB"/>
    <w:rsid w:val="002D4178"/>
    <w:rsid w:val="002D4528"/>
    <w:rsid w:val="002D5262"/>
    <w:rsid w:val="002D55E4"/>
    <w:rsid w:val="002D63D0"/>
    <w:rsid w:val="002D688A"/>
    <w:rsid w:val="002D68C8"/>
    <w:rsid w:val="002E1FEC"/>
    <w:rsid w:val="002E39F8"/>
    <w:rsid w:val="002E4E8C"/>
    <w:rsid w:val="002E5C5D"/>
    <w:rsid w:val="002E6103"/>
    <w:rsid w:val="002E617D"/>
    <w:rsid w:val="002E6A07"/>
    <w:rsid w:val="002E6A60"/>
    <w:rsid w:val="002E6CA2"/>
    <w:rsid w:val="002F0AC6"/>
    <w:rsid w:val="002F2C96"/>
    <w:rsid w:val="002F2F65"/>
    <w:rsid w:val="002F2FF8"/>
    <w:rsid w:val="002F4113"/>
    <w:rsid w:val="002F59BC"/>
    <w:rsid w:val="002F5F0F"/>
    <w:rsid w:val="002F66E6"/>
    <w:rsid w:val="002F6C25"/>
    <w:rsid w:val="002F70BA"/>
    <w:rsid w:val="002F7101"/>
    <w:rsid w:val="002F728B"/>
    <w:rsid w:val="002F77FE"/>
    <w:rsid w:val="002F7EDA"/>
    <w:rsid w:val="002F7F93"/>
    <w:rsid w:val="0030073B"/>
    <w:rsid w:val="00300AD4"/>
    <w:rsid w:val="00300E57"/>
    <w:rsid w:val="003016FA"/>
    <w:rsid w:val="00301FB9"/>
    <w:rsid w:val="00302101"/>
    <w:rsid w:val="0030216C"/>
    <w:rsid w:val="00304DEE"/>
    <w:rsid w:val="00304F10"/>
    <w:rsid w:val="00305722"/>
    <w:rsid w:val="00305795"/>
    <w:rsid w:val="00305D32"/>
    <w:rsid w:val="003061E7"/>
    <w:rsid w:val="003107D5"/>
    <w:rsid w:val="00311803"/>
    <w:rsid w:val="003119A4"/>
    <w:rsid w:val="00311AA1"/>
    <w:rsid w:val="0031218E"/>
    <w:rsid w:val="003129D3"/>
    <w:rsid w:val="00312C1F"/>
    <w:rsid w:val="00312C95"/>
    <w:rsid w:val="003131BA"/>
    <w:rsid w:val="00314616"/>
    <w:rsid w:val="003147DF"/>
    <w:rsid w:val="003147E1"/>
    <w:rsid w:val="00314AB7"/>
    <w:rsid w:val="00315A2D"/>
    <w:rsid w:val="00316237"/>
    <w:rsid w:val="003166D3"/>
    <w:rsid w:val="003169A6"/>
    <w:rsid w:val="00316A2D"/>
    <w:rsid w:val="00316A95"/>
    <w:rsid w:val="00317E18"/>
    <w:rsid w:val="00317E57"/>
    <w:rsid w:val="00317FF4"/>
    <w:rsid w:val="0032016D"/>
    <w:rsid w:val="003207E1"/>
    <w:rsid w:val="00321DAF"/>
    <w:rsid w:val="00322D3E"/>
    <w:rsid w:val="00322FC7"/>
    <w:rsid w:val="00323475"/>
    <w:rsid w:val="00323B5A"/>
    <w:rsid w:val="003246C4"/>
    <w:rsid w:val="0032508D"/>
    <w:rsid w:val="003255FF"/>
    <w:rsid w:val="00325EC9"/>
    <w:rsid w:val="003266A7"/>
    <w:rsid w:val="00326F90"/>
    <w:rsid w:val="003312F1"/>
    <w:rsid w:val="00332674"/>
    <w:rsid w:val="003329EA"/>
    <w:rsid w:val="00332C73"/>
    <w:rsid w:val="00332D8F"/>
    <w:rsid w:val="0033316B"/>
    <w:rsid w:val="00334369"/>
    <w:rsid w:val="003358D3"/>
    <w:rsid w:val="00336820"/>
    <w:rsid w:val="0033732C"/>
    <w:rsid w:val="003377D4"/>
    <w:rsid w:val="003403CB"/>
    <w:rsid w:val="003408F1"/>
    <w:rsid w:val="00340CD5"/>
    <w:rsid w:val="003412C2"/>
    <w:rsid w:val="003416C7"/>
    <w:rsid w:val="00341790"/>
    <w:rsid w:val="00341E46"/>
    <w:rsid w:val="00341F0F"/>
    <w:rsid w:val="00342B7A"/>
    <w:rsid w:val="003441A5"/>
    <w:rsid w:val="0034489D"/>
    <w:rsid w:val="00344D2A"/>
    <w:rsid w:val="003458B1"/>
    <w:rsid w:val="00345A31"/>
    <w:rsid w:val="00345ABA"/>
    <w:rsid w:val="00346384"/>
    <w:rsid w:val="00346F7F"/>
    <w:rsid w:val="00347658"/>
    <w:rsid w:val="00347B59"/>
    <w:rsid w:val="0035061F"/>
    <w:rsid w:val="00350A44"/>
    <w:rsid w:val="00352765"/>
    <w:rsid w:val="00352931"/>
    <w:rsid w:val="00352C5A"/>
    <w:rsid w:val="00352C6D"/>
    <w:rsid w:val="00352EBD"/>
    <w:rsid w:val="00354B22"/>
    <w:rsid w:val="003550E8"/>
    <w:rsid w:val="003553E9"/>
    <w:rsid w:val="0035581C"/>
    <w:rsid w:val="00356411"/>
    <w:rsid w:val="003572E7"/>
    <w:rsid w:val="0035774C"/>
    <w:rsid w:val="0036012F"/>
    <w:rsid w:val="0036097E"/>
    <w:rsid w:val="00360A3C"/>
    <w:rsid w:val="00360D3B"/>
    <w:rsid w:val="00361069"/>
    <w:rsid w:val="0036128B"/>
    <w:rsid w:val="00361E34"/>
    <w:rsid w:val="00362DEB"/>
    <w:rsid w:val="003631A1"/>
    <w:rsid w:val="00363FBE"/>
    <w:rsid w:val="003650EF"/>
    <w:rsid w:val="0036543C"/>
    <w:rsid w:val="00365A36"/>
    <w:rsid w:val="003668F5"/>
    <w:rsid w:val="00366CC2"/>
    <w:rsid w:val="00367376"/>
    <w:rsid w:val="00367FA3"/>
    <w:rsid w:val="003723A0"/>
    <w:rsid w:val="00373BAA"/>
    <w:rsid w:val="00373D22"/>
    <w:rsid w:val="00373F8E"/>
    <w:rsid w:val="003746AB"/>
    <w:rsid w:val="0037504E"/>
    <w:rsid w:val="00375E3E"/>
    <w:rsid w:val="003766EA"/>
    <w:rsid w:val="00376932"/>
    <w:rsid w:val="00377306"/>
    <w:rsid w:val="003779FD"/>
    <w:rsid w:val="0038011E"/>
    <w:rsid w:val="00380B7F"/>
    <w:rsid w:val="0038119C"/>
    <w:rsid w:val="00381D2C"/>
    <w:rsid w:val="00383BE7"/>
    <w:rsid w:val="003843C7"/>
    <w:rsid w:val="00384529"/>
    <w:rsid w:val="00384DFD"/>
    <w:rsid w:val="00387758"/>
    <w:rsid w:val="0039046B"/>
    <w:rsid w:val="00390F9E"/>
    <w:rsid w:val="00391374"/>
    <w:rsid w:val="0039191C"/>
    <w:rsid w:val="00391B7F"/>
    <w:rsid w:val="00392ABB"/>
    <w:rsid w:val="003954E2"/>
    <w:rsid w:val="00396C92"/>
    <w:rsid w:val="00396E55"/>
    <w:rsid w:val="00397E12"/>
    <w:rsid w:val="003A1C0C"/>
    <w:rsid w:val="003A20F8"/>
    <w:rsid w:val="003A2961"/>
    <w:rsid w:val="003A2D28"/>
    <w:rsid w:val="003A348A"/>
    <w:rsid w:val="003A37F2"/>
    <w:rsid w:val="003A3C96"/>
    <w:rsid w:val="003A43AF"/>
    <w:rsid w:val="003A4706"/>
    <w:rsid w:val="003A4734"/>
    <w:rsid w:val="003A5F3C"/>
    <w:rsid w:val="003A6713"/>
    <w:rsid w:val="003A6C13"/>
    <w:rsid w:val="003A6C91"/>
    <w:rsid w:val="003B034D"/>
    <w:rsid w:val="003B045C"/>
    <w:rsid w:val="003B05B4"/>
    <w:rsid w:val="003B0A3D"/>
    <w:rsid w:val="003B0D02"/>
    <w:rsid w:val="003B239B"/>
    <w:rsid w:val="003B31B1"/>
    <w:rsid w:val="003B31FD"/>
    <w:rsid w:val="003B3927"/>
    <w:rsid w:val="003B3D48"/>
    <w:rsid w:val="003B41C5"/>
    <w:rsid w:val="003B438F"/>
    <w:rsid w:val="003B4829"/>
    <w:rsid w:val="003B562E"/>
    <w:rsid w:val="003B57E1"/>
    <w:rsid w:val="003B5885"/>
    <w:rsid w:val="003B5D9C"/>
    <w:rsid w:val="003B6A47"/>
    <w:rsid w:val="003B6C69"/>
    <w:rsid w:val="003C0AF9"/>
    <w:rsid w:val="003C0DB8"/>
    <w:rsid w:val="003C172B"/>
    <w:rsid w:val="003C1779"/>
    <w:rsid w:val="003C17DC"/>
    <w:rsid w:val="003C3069"/>
    <w:rsid w:val="003C3B2F"/>
    <w:rsid w:val="003C407D"/>
    <w:rsid w:val="003C50CD"/>
    <w:rsid w:val="003C52E5"/>
    <w:rsid w:val="003C5819"/>
    <w:rsid w:val="003C5E63"/>
    <w:rsid w:val="003C5FE2"/>
    <w:rsid w:val="003C62D9"/>
    <w:rsid w:val="003C6BE9"/>
    <w:rsid w:val="003C70E6"/>
    <w:rsid w:val="003C7372"/>
    <w:rsid w:val="003C740C"/>
    <w:rsid w:val="003C7B13"/>
    <w:rsid w:val="003C7D52"/>
    <w:rsid w:val="003C9924"/>
    <w:rsid w:val="003D2976"/>
    <w:rsid w:val="003D2FA1"/>
    <w:rsid w:val="003D3B57"/>
    <w:rsid w:val="003D47BB"/>
    <w:rsid w:val="003D4A23"/>
    <w:rsid w:val="003D4AB1"/>
    <w:rsid w:val="003D5503"/>
    <w:rsid w:val="003D5D81"/>
    <w:rsid w:val="003D5F38"/>
    <w:rsid w:val="003D67C5"/>
    <w:rsid w:val="003D69EE"/>
    <w:rsid w:val="003D6E8F"/>
    <w:rsid w:val="003D7063"/>
    <w:rsid w:val="003D7190"/>
    <w:rsid w:val="003D7F99"/>
    <w:rsid w:val="003E043D"/>
    <w:rsid w:val="003E094A"/>
    <w:rsid w:val="003E112D"/>
    <w:rsid w:val="003E1685"/>
    <w:rsid w:val="003E18D5"/>
    <w:rsid w:val="003E2FF8"/>
    <w:rsid w:val="003E3AD8"/>
    <w:rsid w:val="003E6079"/>
    <w:rsid w:val="003E676A"/>
    <w:rsid w:val="003E6794"/>
    <w:rsid w:val="003F00C9"/>
    <w:rsid w:val="003F0B53"/>
    <w:rsid w:val="003F0C25"/>
    <w:rsid w:val="003F106E"/>
    <w:rsid w:val="003F1329"/>
    <w:rsid w:val="003F19E4"/>
    <w:rsid w:val="003F246B"/>
    <w:rsid w:val="003F28DE"/>
    <w:rsid w:val="003F2DC7"/>
    <w:rsid w:val="003F3591"/>
    <w:rsid w:val="003F4B86"/>
    <w:rsid w:val="003F4E24"/>
    <w:rsid w:val="003F4FE5"/>
    <w:rsid w:val="003F5A43"/>
    <w:rsid w:val="003F5D3E"/>
    <w:rsid w:val="003F72CF"/>
    <w:rsid w:val="003F75AF"/>
    <w:rsid w:val="003F7681"/>
    <w:rsid w:val="003F7CF4"/>
    <w:rsid w:val="00401009"/>
    <w:rsid w:val="00401E2E"/>
    <w:rsid w:val="0040288E"/>
    <w:rsid w:val="004029D1"/>
    <w:rsid w:val="00402B90"/>
    <w:rsid w:val="004037F5"/>
    <w:rsid w:val="00403870"/>
    <w:rsid w:val="00403901"/>
    <w:rsid w:val="004045B4"/>
    <w:rsid w:val="00404F62"/>
    <w:rsid w:val="0040584F"/>
    <w:rsid w:val="00405CC5"/>
    <w:rsid w:val="00407BB3"/>
    <w:rsid w:val="0041033D"/>
    <w:rsid w:val="00410F5A"/>
    <w:rsid w:val="0041108D"/>
    <w:rsid w:val="00411AB4"/>
    <w:rsid w:val="00411F13"/>
    <w:rsid w:val="00412035"/>
    <w:rsid w:val="004120B5"/>
    <w:rsid w:val="00412ECA"/>
    <w:rsid w:val="0041320D"/>
    <w:rsid w:val="00413986"/>
    <w:rsid w:val="00413F05"/>
    <w:rsid w:val="00415C24"/>
    <w:rsid w:val="004174A2"/>
    <w:rsid w:val="004202C1"/>
    <w:rsid w:val="00420D87"/>
    <w:rsid w:val="00421FC9"/>
    <w:rsid w:val="00422F6B"/>
    <w:rsid w:val="00423C5A"/>
    <w:rsid w:val="00423E62"/>
    <w:rsid w:val="00424E33"/>
    <w:rsid w:val="00426368"/>
    <w:rsid w:val="00426F80"/>
    <w:rsid w:val="0042717F"/>
    <w:rsid w:val="004278A7"/>
    <w:rsid w:val="004278B7"/>
    <w:rsid w:val="00427930"/>
    <w:rsid w:val="0042796A"/>
    <w:rsid w:val="00427CB3"/>
    <w:rsid w:val="00430003"/>
    <w:rsid w:val="0043053D"/>
    <w:rsid w:val="00430B5A"/>
    <w:rsid w:val="00430DA1"/>
    <w:rsid w:val="0043203B"/>
    <w:rsid w:val="004344C7"/>
    <w:rsid w:val="00436450"/>
    <w:rsid w:val="00437070"/>
    <w:rsid w:val="004421F6"/>
    <w:rsid w:val="00442715"/>
    <w:rsid w:val="00442CCA"/>
    <w:rsid w:val="00442FB4"/>
    <w:rsid w:val="00443947"/>
    <w:rsid w:val="00443DCF"/>
    <w:rsid w:val="0044418C"/>
    <w:rsid w:val="004444FA"/>
    <w:rsid w:val="0044569E"/>
    <w:rsid w:val="004467AA"/>
    <w:rsid w:val="00446A52"/>
    <w:rsid w:val="004474D1"/>
    <w:rsid w:val="00447574"/>
    <w:rsid w:val="00447812"/>
    <w:rsid w:val="00450EC2"/>
    <w:rsid w:val="0045118D"/>
    <w:rsid w:val="004511BB"/>
    <w:rsid w:val="0045126C"/>
    <w:rsid w:val="00452859"/>
    <w:rsid w:val="0045305E"/>
    <w:rsid w:val="00453274"/>
    <w:rsid w:val="00453935"/>
    <w:rsid w:val="00453A92"/>
    <w:rsid w:val="00454909"/>
    <w:rsid w:val="00454F53"/>
    <w:rsid w:val="00455230"/>
    <w:rsid w:val="00455980"/>
    <w:rsid w:val="00455E0E"/>
    <w:rsid w:val="00456060"/>
    <w:rsid w:val="0045682F"/>
    <w:rsid w:val="00456C53"/>
    <w:rsid w:val="00457CF1"/>
    <w:rsid w:val="00460049"/>
    <w:rsid w:val="00460909"/>
    <w:rsid w:val="00460A71"/>
    <w:rsid w:val="00460B9E"/>
    <w:rsid w:val="00460CD8"/>
    <w:rsid w:val="004619E1"/>
    <w:rsid w:val="00461CD3"/>
    <w:rsid w:val="004621EA"/>
    <w:rsid w:val="004626CB"/>
    <w:rsid w:val="00462E0B"/>
    <w:rsid w:val="004631DB"/>
    <w:rsid w:val="0046351A"/>
    <w:rsid w:val="00464EA2"/>
    <w:rsid w:val="00465687"/>
    <w:rsid w:val="004656F0"/>
    <w:rsid w:val="00466002"/>
    <w:rsid w:val="004662BD"/>
    <w:rsid w:val="00466684"/>
    <w:rsid w:val="004674EA"/>
    <w:rsid w:val="00467972"/>
    <w:rsid w:val="00470622"/>
    <w:rsid w:val="00471A79"/>
    <w:rsid w:val="004728A5"/>
    <w:rsid w:val="00474BE2"/>
    <w:rsid w:val="00476326"/>
    <w:rsid w:val="004769C6"/>
    <w:rsid w:val="00476A69"/>
    <w:rsid w:val="00477464"/>
    <w:rsid w:val="00477DAE"/>
    <w:rsid w:val="00480CE6"/>
    <w:rsid w:val="00480E4C"/>
    <w:rsid w:val="0048151C"/>
    <w:rsid w:val="00482866"/>
    <w:rsid w:val="00482C08"/>
    <w:rsid w:val="00483CFD"/>
    <w:rsid w:val="00483FBF"/>
    <w:rsid w:val="004841AF"/>
    <w:rsid w:val="0048515C"/>
    <w:rsid w:val="00485B68"/>
    <w:rsid w:val="0048604B"/>
    <w:rsid w:val="00487C26"/>
    <w:rsid w:val="00487CFE"/>
    <w:rsid w:val="00490236"/>
    <w:rsid w:val="004908DE"/>
    <w:rsid w:val="00490C4A"/>
    <w:rsid w:val="004915C6"/>
    <w:rsid w:val="004918BF"/>
    <w:rsid w:val="0049211E"/>
    <w:rsid w:val="0049276E"/>
    <w:rsid w:val="00492C15"/>
    <w:rsid w:val="00493DD2"/>
    <w:rsid w:val="004945E2"/>
    <w:rsid w:val="0049486D"/>
    <w:rsid w:val="00494E8B"/>
    <w:rsid w:val="004967F3"/>
    <w:rsid w:val="0049687B"/>
    <w:rsid w:val="00497198"/>
    <w:rsid w:val="0049730A"/>
    <w:rsid w:val="0049734A"/>
    <w:rsid w:val="004A06C5"/>
    <w:rsid w:val="004A086D"/>
    <w:rsid w:val="004A0E39"/>
    <w:rsid w:val="004A0E91"/>
    <w:rsid w:val="004A0EBE"/>
    <w:rsid w:val="004A2B20"/>
    <w:rsid w:val="004A2B3E"/>
    <w:rsid w:val="004A2CCC"/>
    <w:rsid w:val="004A2DAD"/>
    <w:rsid w:val="004A30C0"/>
    <w:rsid w:val="004A52B0"/>
    <w:rsid w:val="004A5914"/>
    <w:rsid w:val="004A62B3"/>
    <w:rsid w:val="004A66FC"/>
    <w:rsid w:val="004A6B88"/>
    <w:rsid w:val="004A6D88"/>
    <w:rsid w:val="004A7AE5"/>
    <w:rsid w:val="004A7FBC"/>
    <w:rsid w:val="004B02C4"/>
    <w:rsid w:val="004B1372"/>
    <w:rsid w:val="004B2B85"/>
    <w:rsid w:val="004B35AD"/>
    <w:rsid w:val="004B48EC"/>
    <w:rsid w:val="004B5F5B"/>
    <w:rsid w:val="004B6078"/>
    <w:rsid w:val="004B638B"/>
    <w:rsid w:val="004B640F"/>
    <w:rsid w:val="004B6E08"/>
    <w:rsid w:val="004B7E16"/>
    <w:rsid w:val="004B7F2C"/>
    <w:rsid w:val="004C09E8"/>
    <w:rsid w:val="004C09FB"/>
    <w:rsid w:val="004C1A53"/>
    <w:rsid w:val="004C21DA"/>
    <w:rsid w:val="004C236A"/>
    <w:rsid w:val="004C2582"/>
    <w:rsid w:val="004C2668"/>
    <w:rsid w:val="004C29E7"/>
    <w:rsid w:val="004C2A3F"/>
    <w:rsid w:val="004C2F91"/>
    <w:rsid w:val="004C3BEC"/>
    <w:rsid w:val="004C45C4"/>
    <w:rsid w:val="004C4CBD"/>
    <w:rsid w:val="004C5367"/>
    <w:rsid w:val="004C59BB"/>
    <w:rsid w:val="004C73A8"/>
    <w:rsid w:val="004C7D15"/>
    <w:rsid w:val="004D0916"/>
    <w:rsid w:val="004D1150"/>
    <w:rsid w:val="004D1813"/>
    <w:rsid w:val="004D1A0E"/>
    <w:rsid w:val="004D1DBA"/>
    <w:rsid w:val="004D1F02"/>
    <w:rsid w:val="004D1F8F"/>
    <w:rsid w:val="004D214B"/>
    <w:rsid w:val="004D2ED8"/>
    <w:rsid w:val="004D4DBF"/>
    <w:rsid w:val="004D5442"/>
    <w:rsid w:val="004D5D05"/>
    <w:rsid w:val="004D5D55"/>
    <w:rsid w:val="004D648A"/>
    <w:rsid w:val="004D6734"/>
    <w:rsid w:val="004D68ED"/>
    <w:rsid w:val="004D7179"/>
    <w:rsid w:val="004E0950"/>
    <w:rsid w:val="004E1E46"/>
    <w:rsid w:val="004E28F1"/>
    <w:rsid w:val="004E29CC"/>
    <w:rsid w:val="004E30A8"/>
    <w:rsid w:val="004E35E9"/>
    <w:rsid w:val="004E3696"/>
    <w:rsid w:val="004E3919"/>
    <w:rsid w:val="004E44D5"/>
    <w:rsid w:val="004E4508"/>
    <w:rsid w:val="004E45BC"/>
    <w:rsid w:val="004E51C1"/>
    <w:rsid w:val="004E5505"/>
    <w:rsid w:val="004E5A40"/>
    <w:rsid w:val="004E71F5"/>
    <w:rsid w:val="004E74FD"/>
    <w:rsid w:val="004E7513"/>
    <w:rsid w:val="004E7BE8"/>
    <w:rsid w:val="004E7E36"/>
    <w:rsid w:val="004F0A2A"/>
    <w:rsid w:val="004F1248"/>
    <w:rsid w:val="004F2402"/>
    <w:rsid w:val="004F2609"/>
    <w:rsid w:val="004F2C5B"/>
    <w:rsid w:val="004F2F7A"/>
    <w:rsid w:val="004F3298"/>
    <w:rsid w:val="004F3679"/>
    <w:rsid w:val="004F3C11"/>
    <w:rsid w:val="004F4001"/>
    <w:rsid w:val="004F41AA"/>
    <w:rsid w:val="004F42AF"/>
    <w:rsid w:val="004F45F1"/>
    <w:rsid w:val="004F5269"/>
    <w:rsid w:val="004F66C2"/>
    <w:rsid w:val="004F69F3"/>
    <w:rsid w:val="004F6D19"/>
    <w:rsid w:val="004F6EC8"/>
    <w:rsid w:val="004F7DFE"/>
    <w:rsid w:val="004F7EC6"/>
    <w:rsid w:val="005001AA"/>
    <w:rsid w:val="005009BF"/>
    <w:rsid w:val="00501929"/>
    <w:rsid w:val="00501B02"/>
    <w:rsid w:val="00501FA0"/>
    <w:rsid w:val="00502D04"/>
    <w:rsid w:val="005037EC"/>
    <w:rsid w:val="00504100"/>
    <w:rsid w:val="0050476B"/>
    <w:rsid w:val="00506A47"/>
    <w:rsid w:val="005075A2"/>
    <w:rsid w:val="00507A7D"/>
    <w:rsid w:val="005101DA"/>
    <w:rsid w:val="0051132C"/>
    <w:rsid w:val="00511F12"/>
    <w:rsid w:val="0051264C"/>
    <w:rsid w:val="0051293C"/>
    <w:rsid w:val="005137EF"/>
    <w:rsid w:val="00514086"/>
    <w:rsid w:val="005140DA"/>
    <w:rsid w:val="00514A9A"/>
    <w:rsid w:val="00514DFA"/>
    <w:rsid w:val="00514F1E"/>
    <w:rsid w:val="00515623"/>
    <w:rsid w:val="00515CF5"/>
    <w:rsid w:val="00515FF2"/>
    <w:rsid w:val="00516221"/>
    <w:rsid w:val="00516E01"/>
    <w:rsid w:val="00517901"/>
    <w:rsid w:val="0052012C"/>
    <w:rsid w:val="00520578"/>
    <w:rsid w:val="0052071F"/>
    <w:rsid w:val="005222E9"/>
    <w:rsid w:val="00523F21"/>
    <w:rsid w:val="005241F0"/>
    <w:rsid w:val="00524DA8"/>
    <w:rsid w:val="00525181"/>
    <w:rsid w:val="005256B6"/>
    <w:rsid w:val="00526BF3"/>
    <w:rsid w:val="0053068C"/>
    <w:rsid w:val="005319D2"/>
    <w:rsid w:val="00531F21"/>
    <w:rsid w:val="0053284F"/>
    <w:rsid w:val="00532B91"/>
    <w:rsid w:val="00532CA6"/>
    <w:rsid w:val="005339E5"/>
    <w:rsid w:val="00533A55"/>
    <w:rsid w:val="00533B7F"/>
    <w:rsid w:val="005347A5"/>
    <w:rsid w:val="005362A2"/>
    <w:rsid w:val="00536DD1"/>
    <w:rsid w:val="00537059"/>
    <w:rsid w:val="00537273"/>
    <w:rsid w:val="00537325"/>
    <w:rsid w:val="00537986"/>
    <w:rsid w:val="00540451"/>
    <w:rsid w:val="005405C3"/>
    <w:rsid w:val="0054111F"/>
    <w:rsid w:val="00541453"/>
    <w:rsid w:val="0054244F"/>
    <w:rsid w:val="00543523"/>
    <w:rsid w:val="005436C7"/>
    <w:rsid w:val="0054374A"/>
    <w:rsid w:val="00544C0F"/>
    <w:rsid w:val="00544C89"/>
    <w:rsid w:val="00544D55"/>
    <w:rsid w:val="00544E1D"/>
    <w:rsid w:val="00544E64"/>
    <w:rsid w:val="005457EB"/>
    <w:rsid w:val="00545CDC"/>
    <w:rsid w:val="00546744"/>
    <w:rsid w:val="00546A2B"/>
    <w:rsid w:val="00546AC3"/>
    <w:rsid w:val="0055074E"/>
    <w:rsid w:val="005508BF"/>
    <w:rsid w:val="00550E0B"/>
    <w:rsid w:val="005510D4"/>
    <w:rsid w:val="00551E41"/>
    <w:rsid w:val="00552721"/>
    <w:rsid w:val="005532CA"/>
    <w:rsid w:val="005532F7"/>
    <w:rsid w:val="00553E6E"/>
    <w:rsid w:val="005547C0"/>
    <w:rsid w:val="0055535B"/>
    <w:rsid w:val="005553FB"/>
    <w:rsid w:val="00555676"/>
    <w:rsid w:val="005564A8"/>
    <w:rsid w:val="00556742"/>
    <w:rsid w:val="00556922"/>
    <w:rsid w:val="00556B4C"/>
    <w:rsid w:val="00556C8B"/>
    <w:rsid w:val="0055744B"/>
    <w:rsid w:val="00557879"/>
    <w:rsid w:val="00557FA5"/>
    <w:rsid w:val="005604DB"/>
    <w:rsid w:val="00560512"/>
    <w:rsid w:val="0056051A"/>
    <w:rsid w:val="005606EC"/>
    <w:rsid w:val="00560E4A"/>
    <w:rsid w:val="00561E80"/>
    <w:rsid w:val="00561EEB"/>
    <w:rsid w:val="00562E04"/>
    <w:rsid w:val="00563C72"/>
    <w:rsid w:val="00563D94"/>
    <w:rsid w:val="00564D02"/>
    <w:rsid w:val="00565566"/>
    <w:rsid w:val="0056692B"/>
    <w:rsid w:val="00566CF5"/>
    <w:rsid w:val="00567684"/>
    <w:rsid w:val="00567B7A"/>
    <w:rsid w:val="00571639"/>
    <w:rsid w:val="00571670"/>
    <w:rsid w:val="005727FE"/>
    <w:rsid w:val="00576273"/>
    <w:rsid w:val="00576497"/>
    <w:rsid w:val="005770B2"/>
    <w:rsid w:val="00577A22"/>
    <w:rsid w:val="00577C8F"/>
    <w:rsid w:val="00577FC9"/>
    <w:rsid w:val="0058027D"/>
    <w:rsid w:val="0058080C"/>
    <w:rsid w:val="00582B11"/>
    <w:rsid w:val="005833DC"/>
    <w:rsid w:val="00583D50"/>
    <w:rsid w:val="005841D5"/>
    <w:rsid w:val="00584CB9"/>
    <w:rsid w:val="00585B87"/>
    <w:rsid w:val="00586B43"/>
    <w:rsid w:val="005874A4"/>
    <w:rsid w:val="00587681"/>
    <w:rsid w:val="005879A6"/>
    <w:rsid w:val="005908DB"/>
    <w:rsid w:val="005912BB"/>
    <w:rsid w:val="00591867"/>
    <w:rsid w:val="00591D91"/>
    <w:rsid w:val="00593084"/>
    <w:rsid w:val="00593C17"/>
    <w:rsid w:val="0059402D"/>
    <w:rsid w:val="005944DF"/>
    <w:rsid w:val="00594879"/>
    <w:rsid w:val="00594CB1"/>
    <w:rsid w:val="00594FEB"/>
    <w:rsid w:val="00595454"/>
    <w:rsid w:val="00596177"/>
    <w:rsid w:val="00596C32"/>
    <w:rsid w:val="005971CE"/>
    <w:rsid w:val="005974F0"/>
    <w:rsid w:val="00597AC0"/>
    <w:rsid w:val="005A01F0"/>
    <w:rsid w:val="005A0D38"/>
    <w:rsid w:val="005A1037"/>
    <w:rsid w:val="005A190D"/>
    <w:rsid w:val="005A1B0F"/>
    <w:rsid w:val="005A1DC9"/>
    <w:rsid w:val="005A2680"/>
    <w:rsid w:val="005A3254"/>
    <w:rsid w:val="005A3864"/>
    <w:rsid w:val="005A3ECF"/>
    <w:rsid w:val="005A4045"/>
    <w:rsid w:val="005A4E5D"/>
    <w:rsid w:val="005A5759"/>
    <w:rsid w:val="005A75AA"/>
    <w:rsid w:val="005A75B1"/>
    <w:rsid w:val="005B127F"/>
    <w:rsid w:val="005B1B0C"/>
    <w:rsid w:val="005B1CDF"/>
    <w:rsid w:val="005B2865"/>
    <w:rsid w:val="005B2BB1"/>
    <w:rsid w:val="005B4817"/>
    <w:rsid w:val="005B561A"/>
    <w:rsid w:val="005B6899"/>
    <w:rsid w:val="005B69F2"/>
    <w:rsid w:val="005B6ADF"/>
    <w:rsid w:val="005B7E2D"/>
    <w:rsid w:val="005C17EB"/>
    <w:rsid w:val="005C29C1"/>
    <w:rsid w:val="005C2F53"/>
    <w:rsid w:val="005C3367"/>
    <w:rsid w:val="005C3DAA"/>
    <w:rsid w:val="005C4266"/>
    <w:rsid w:val="005C641B"/>
    <w:rsid w:val="005C6B36"/>
    <w:rsid w:val="005C6CAA"/>
    <w:rsid w:val="005C77FC"/>
    <w:rsid w:val="005C7915"/>
    <w:rsid w:val="005D1CC1"/>
    <w:rsid w:val="005D21AB"/>
    <w:rsid w:val="005D2763"/>
    <w:rsid w:val="005D2CF6"/>
    <w:rsid w:val="005D2D2F"/>
    <w:rsid w:val="005D35AB"/>
    <w:rsid w:val="005D3C5C"/>
    <w:rsid w:val="005D49B4"/>
    <w:rsid w:val="005D6512"/>
    <w:rsid w:val="005D6770"/>
    <w:rsid w:val="005D79C2"/>
    <w:rsid w:val="005E106F"/>
    <w:rsid w:val="005E162A"/>
    <w:rsid w:val="005E1B74"/>
    <w:rsid w:val="005E242C"/>
    <w:rsid w:val="005E3B79"/>
    <w:rsid w:val="005E3F07"/>
    <w:rsid w:val="005E42D3"/>
    <w:rsid w:val="005E43D8"/>
    <w:rsid w:val="005E4DB6"/>
    <w:rsid w:val="005E5348"/>
    <w:rsid w:val="005E550E"/>
    <w:rsid w:val="005E6891"/>
    <w:rsid w:val="005E6C84"/>
    <w:rsid w:val="005F0575"/>
    <w:rsid w:val="005F07CE"/>
    <w:rsid w:val="005F104B"/>
    <w:rsid w:val="005F1356"/>
    <w:rsid w:val="005F2766"/>
    <w:rsid w:val="005F2BB1"/>
    <w:rsid w:val="005F2EF2"/>
    <w:rsid w:val="005F4DFE"/>
    <w:rsid w:val="005F67C9"/>
    <w:rsid w:val="005F7689"/>
    <w:rsid w:val="006030BD"/>
    <w:rsid w:val="0060432D"/>
    <w:rsid w:val="00604AD7"/>
    <w:rsid w:val="00605427"/>
    <w:rsid w:val="006058D5"/>
    <w:rsid w:val="006069AD"/>
    <w:rsid w:val="00606F98"/>
    <w:rsid w:val="006070A3"/>
    <w:rsid w:val="006111A1"/>
    <w:rsid w:val="00611C85"/>
    <w:rsid w:val="00611E8A"/>
    <w:rsid w:val="0061270C"/>
    <w:rsid w:val="00612E62"/>
    <w:rsid w:val="006139A9"/>
    <w:rsid w:val="006141C3"/>
    <w:rsid w:val="00614362"/>
    <w:rsid w:val="00614D97"/>
    <w:rsid w:val="00615D5A"/>
    <w:rsid w:val="00616776"/>
    <w:rsid w:val="00616DBD"/>
    <w:rsid w:val="00617683"/>
    <w:rsid w:val="006179C3"/>
    <w:rsid w:val="00617A10"/>
    <w:rsid w:val="00617FE1"/>
    <w:rsid w:val="00620DC9"/>
    <w:rsid w:val="00620F63"/>
    <w:rsid w:val="00622C90"/>
    <w:rsid w:val="00622DEE"/>
    <w:rsid w:val="00623146"/>
    <w:rsid w:val="00623657"/>
    <w:rsid w:val="006249FE"/>
    <w:rsid w:val="00624DC7"/>
    <w:rsid w:val="006255CB"/>
    <w:rsid w:val="00625DD7"/>
    <w:rsid w:val="00625EAC"/>
    <w:rsid w:val="00626054"/>
    <w:rsid w:val="006260AD"/>
    <w:rsid w:val="00626E6A"/>
    <w:rsid w:val="00626F78"/>
    <w:rsid w:val="00626FD1"/>
    <w:rsid w:val="00627EE0"/>
    <w:rsid w:val="00630406"/>
    <w:rsid w:val="0063069C"/>
    <w:rsid w:val="00630CAA"/>
    <w:rsid w:val="006319D2"/>
    <w:rsid w:val="00631C7E"/>
    <w:rsid w:val="00631CFD"/>
    <w:rsid w:val="006342DA"/>
    <w:rsid w:val="00634628"/>
    <w:rsid w:val="00634C1D"/>
    <w:rsid w:val="00634CBD"/>
    <w:rsid w:val="00635302"/>
    <w:rsid w:val="0063540C"/>
    <w:rsid w:val="0063624E"/>
    <w:rsid w:val="00637BF7"/>
    <w:rsid w:val="00637D10"/>
    <w:rsid w:val="006402E4"/>
    <w:rsid w:val="00640EBD"/>
    <w:rsid w:val="00640ED6"/>
    <w:rsid w:val="006414B0"/>
    <w:rsid w:val="00642A8A"/>
    <w:rsid w:val="00642C07"/>
    <w:rsid w:val="00642D01"/>
    <w:rsid w:val="0064454D"/>
    <w:rsid w:val="00644E66"/>
    <w:rsid w:val="00644F4B"/>
    <w:rsid w:val="00645E87"/>
    <w:rsid w:val="00645EFD"/>
    <w:rsid w:val="00647977"/>
    <w:rsid w:val="006519E5"/>
    <w:rsid w:val="00651C36"/>
    <w:rsid w:val="00651D01"/>
    <w:rsid w:val="00652892"/>
    <w:rsid w:val="00652D23"/>
    <w:rsid w:val="006532E0"/>
    <w:rsid w:val="006534DD"/>
    <w:rsid w:val="006555CF"/>
    <w:rsid w:val="006557F8"/>
    <w:rsid w:val="00655898"/>
    <w:rsid w:val="006560A8"/>
    <w:rsid w:val="0065748C"/>
    <w:rsid w:val="00660404"/>
    <w:rsid w:val="00660407"/>
    <w:rsid w:val="006613C6"/>
    <w:rsid w:val="00661A16"/>
    <w:rsid w:val="00662740"/>
    <w:rsid w:val="00662BD3"/>
    <w:rsid w:val="00662BDF"/>
    <w:rsid w:val="006642D3"/>
    <w:rsid w:val="00664B6D"/>
    <w:rsid w:val="00666279"/>
    <w:rsid w:val="00666327"/>
    <w:rsid w:val="00666756"/>
    <w:rsid w:val="00666D7E"/>
    <w:rsid w:val="006707B2"/>
    <w:rsid w:val="00670AB1"/>
    <w:rsid w:val="006719C7"/>
    <w:rsid w:val="0067210F"/>
    <w:rsid w:val="006722BA"/>
    <w:rsid w:val="00672690"/>
    <w:rsid w:val="0067269C"/>
    <w:rsid w:val="0067303B"/>
    <w:rsid w:val="006746C8"/>
    <w:rsid w:val="00674C68"/>
    <w:rsid w:val="00675223"/>
    <w:rsid w:val="00675EDF"/>
    <w:rsid w:val="00675F47"/>
    <w:rsid w:val="00676117"/>
    <w:rsid w:val="00676707"/>
    <w:rsid w:val="00676DA5"/>
    <w:rsid w:val="00680948"/>
    <w:rsid w:val="00681AF2"/>
    <w:rsid w:val="00681E78"/>
    <w:rsid w:val="00681F4A"/>
    <w:rsid w:val="0068326C"/>
    <w:rsid w:val="00684022"/>
    <w:rsid w:val="0068491F"/>
    <w:rsid w:val="00684BD0"/>
    <w:rsid w:val="00685279"/>
    <w:rsid w:val="00686224"/>
    <w:rsid w:val="00686240"/>
    <w:rsid w:val="00686252"/>
    <w:rsid w:val="00686525"/>
    <w:rsid w:val="006869B3"/>
    <w:rsid w:val="00686D7C"/>
    <w:rsid w:val="006872DF"/>
    <w:rsid w:val="00687BFF"/>
    <w:rsid w:val="00687E74"/>
    <w:rsid w:val="006906E1"/>
    <w:rsid w:val="006906E5"/>
    <w:rsid w:val="00690882"/>
    <w:rsid w:val="00691523"/>
    <w:rsid w:val="00693BA5"/>
    <w:rsid w:val="00694464"/>
    <w:rsid w:val="0069585F"/>
    <w:rsid w:val="006962A7"/>
    <w:rsid w:val="006979FB"/>
    <w:rsid w:val="00697A24"/>
    <w:rsid w:val="00697F11"/>
    <w:rsid w:val="006A0A58"/>
    <w:rsid w:val="006A170C"/>
    <w:rsid w:val="006A30C7"/>
    <w:rsid w:val="006A3FDA"/>
    <w:rsid w:val="006A4C01"/>
    <w:rsid w:val="006A4E74"/>
    <w:rsid w:val="006A5BCE"/>
    <w:rsid w:val="006A6D56"/>
    <w:rsid w:val="006A6D8B"/>
    <w:rsid w:val="006A71E8"/>
    <w:rsid w:val="006A7893"/>
    <w:rsid w:val="006A7B6E"/>
    <w:rsid w:val="006A7F04"/>
    <w:rsid w:val="006A7F1C"/>
    <w:rsid w:val="006B0B6C"/>
    <w:rsid w:val="006B1458"/>
    <w:rsid w:val="006B24C5"/>
    <w:rsid w:val="006B3B70"/>
    <w:rsid w:val="006B3CDC"/>
    <w:rsid w:val="006B3D73"/>
    <w:rsid w:val="006B4181"/>
    <w:rsid w:val="006B420E"/>
    <w:rsid w:val="006B48CC"/>
    <w:rsid w:val="006B48F0"/>
    <w:rsid w:val="006B697C"/>
    <w:rsid w:val="006B6A87"/>
    <w:rsid w:val="006B70C5"/>
    <w:rsid w:val="006B70D3"/>
    <w:rsid w:val="006C05D4"/>
    <w:rsid w:val="006C07E9"/>
    <w:rsid w:val="006C09C9"/>
    <w:rsid w:val="006C09E6"/>
    <w:rsid w:val="006C1317"/>
    <w:rsid w:val="006C1E27"/>
    <w:rsid w:val="006C2287"/>
    <w:rsid w:val="006C2473"/>
    <w:rsid w:val="006C295D"/>
    <w:rsid w:val="006C3536"/>
    <w:rsid w:val="006C3E18"/>
    <w:rsid w:val="006C5DFD"/>
    <w:rsid w:val="006C6429"/>
    <w:rsid w:val="006C6709"/>
    <w:rsid w:val="006C6815"/>
    <w:rsid w:val="006C6BEC"/>
    <w:rsid w:val="006D158E"/>
    <w:rsid w:val="006D205F"/>
    <w:rsid w:val="006D2D75"/>
    <w:rsid w:val="006D358E"/>
    <w:rsid w:val="006D454D"/>
    <w:rsid w:val="006D4EBE"/>
    <w:rsid w:val="006D6527"/>
    <w:rsid w:val="006D70BD"/>
    <w:rsid w:val="006D734A"/>
    <w:rsid w:val="006D7563"/>
    <w:rsid w:val="006D7ADE"/>
    <w:rsid w:val="006E033E"/>
    <w:rsid w:val="006E0B6C"/>
    <w:rsid w:val="006E0E09"/>
    <w:rsid w:val="006E0E1A"/>
    <w:rsid w:val="006E1B94"/>
    <w:rsid w:val="006E1D4C"/>
    <w:rsid w:val="006E2160"/>
    <w:rsid w:val="006E2393"/>
    <w:rsid w:val="006E3053"/>
    <w:rsid w:val="006E3C8F"/>
    <w:rsid w:val="006E4B7F"/>
    <w:rsid w:val="006E5C87"/>
    <w:rsid w:val="006E6026"/>
    <w:rsid w:val="006E717A"/>
    <w:rsid w:val="006E7841"/>
    <w:rsid w:val="006F06D5"/>
    <w:rsid w:val="006F13D9"/>
    <w:rsid w:val="006F179A"/>
    <w:rsid w:val="006F1D47"/>
    <w:rsid w:val="006F21F4"/>
    <w:rsid w:val="006F284E"/>
    <w:rsid w:val="006F2BF6"/>
    <w:rsid w:val="006F35DD"/>
    <w:rsid w:val="006F4BAD"/>
    <w:rsid w:val="006F4FEE"/>
    <w:rsid w:val="006F6883"/>
    <w:rsid w:val="006F6AF2"/>
    <w:rsid w:val="006F7617"/>
    <w:rsid w:val="006F7E88"/>
    <w:rsid w:val="00701E39"/>
    <w:rsid w:val="00703208"/>
    <w:rsid w:val="007035BA"/>
    <w:rsid w:val="00704162"/>
    <w:rsid w:val="00705D04"/>
    <w:rsid w:val="00705D1C"/>
    <w:rsid w:val="00705F49"/>
    <w:rsid w:val="00706968"/>
    <w:rsid w:val="007103E7"/>
    <w:rsid w:val="0071088B"/>
    <w:rsid w:val="00711F2F"/>
    <w:rsid w:val="00712479"/>
    <w:rsid w:val="007135E9"/>
    <w:rsid w:val="0071471C"/>
    <w:rsid w:val="00716454"/>
    <w:rsid w:val="007172AC"/>
    <w:rsid w:val="00717B2E"/>
    <w:rsid w:val="00720B61"/>
    <w:rsid w:val="00721341"/>
    <w:rsid w:val="007213A5"/>
    <w:rsid w:val="00722323"/>
    <w:rsid w:val="00722585"/>
    <w:rsid w:val="00722D84"/>
    <w:rsid w:val="007231FF"/>
    <w:rsid w:val="00723D4E"/>
    <w:rsid w:val="0072615A"/>
    <w:rsid w:val="007264A0"/>
    <w:rsid w:val="00726853"/>
    <w:rsid w:val="007269F2"/>
    <w:rsid w:val="007275F2"/>
    <w:rsid w:val="00727F20"/>
    <w:rsid w:val="00730478"/>
    <w:rsid w:val="00730C7B"/>
    <w:rsid w:val="0073137B"/>
    <w:rsid w:val="0073395D"/>
    <w:rsid w:val="00735CD9"/>
    <w:rsid w:val="007369A7"/>
    <w:rsid w:val="007370BB"/>
    <w:rsid w:val="00737E4B"/>
    <w:rsid w:val="00740519"/>
    <w:rsid w:val="00740599"/>
    <w:rsid w:val="00740F94"/>
    <w:rsid w:val="00740FC5"/>
    <w:rsid w:val="00742296"/>
    <w:rsid w:val="00742298"/>
    <w:rsid w:val="007426EE"/>
    <w:rsid w:val="00742B2D"/>
    <w:rsid w:val="00742DD5"/>
    <w:rsid w:val="00743041"/>
    <w:rsid w:val="0074348B"/>
    <w:rsid w:val="007439AA"/>
    <w:rsid w:val="00744373"/>
    <w:rsid w:val="007445D5"/>
    <w:rsid w:val="007447A0"/>
    <w:rsid w:val="00744C40"/>
    <w:rsid w:val="0074521F"/>
    <w:rsid w:val="0074630A"/>
    <w:rsid w:val="007470FD"/>
    <w:rsid w:val="007477E3"/>
    <w:rsid w:val="00747C6C"/>
    <w:rsid w:val="00750560"/>
    <w:rsid w:val="00750BE0"/>
    <w:rsid w:val="00750F01"/>
    <w:rsid w:val="007525E8"/>
    <w:rsid w:val="00752EFB"/>
    <w:rsid w:val="00752F96"/>
    <w:rsid w:val="00753428"/>
    <w:rsid w:val="0075372E"/>
    <w:rsid w:val="0075398D"/>
    <w:rsid w:val="007541D5"/>
    <w:rsid w:val="00754453"/>
    <w:rsid w:val="00755E0B"/>
    <w:rsid w:val="00756CC2"/>
    <w:rsid w:val="00757251"/>
    <w:rsid w:val="00757808"/>
    <w:rsid w:val="00757B58"/>
    <w:rsid w:val="0076008C"/>
    <w:rsid w:val="0076204D"/>
    <w:rsid w:val="00763C14"/>
    <w:rsid w:val="00764EFF"/>
    <w:rsid w:val="00765DA8"/>
    <w:rsid w:val="00766308"/>
    <w:rsid w:val="007665E0"/>
    <w:rsid w:val="00766E83"/>
    <w:rsid w:val="00766FA5"/>
    <w:rsid w:val="007678E3"/>
    <w:rsid w:val="00770A14"/>
    <w:rsid w:val="007712B4"/>
    <w:rsid w:val="00771ED4"/>
    <w:rsid w:val="0077215C"/>
    <w:rsid w:val="00772160"/>
    <w:rsid w:val="00772F47"/>
    <w:rsid w:val="00773146"/>
    <w:rsid w:val="007736A9"/>
    <w:rsid w:val="00773C00"/>
    <w:rsid w:val="007749D9"/>
    <w:rsid w:val="00774C94"/>
    <w:rsid w:val="0077534F"/>
    <w:rsid w:val="007771C9"/>
    <w:rsid w:val="00780393"/>
    <w:rsid w:val="00781126"/>
    <w:rsid w:val="0078116E"/>
    <w:rsid w:val="007815A2"/>
    <w:rsid w:val="00781AC4"/>
    <w:rsid w:val="00781B3A"/>
    <w:rsid w:val="00781B46"/>
    <w:rsid w:val="00781F05"/>
    <w:rsid w:val="00782339"/>
    <w:rsid w:val="00782A63"/>
    <w:rsid w:val="0078338C"/>
    <w:rsid w:val="0078498C"/>
    <w:rsid w:val="00786367"/>
    <w:rsid w:val="0078649D"/>
    <w:rsid w:val="00786943"/>
    <w:rsid w:val="0078696A"/>
    <w:rsid w:val="00787A8C"/>
    <w:rsid w:val="007900DE"/>
    <w:rsid w:val="007904B9"/>
    <w:rsid w:val="00791319"/>
    <w:rsid w:val="007914F5"/>
    <w:rsid w:val="00791AB8"/>
    <w:rsid w:val="007924C7"/>
    <w:rsid w:val="007927C7"/>
    <w:rsid w:val="00792AF4"/>
    <w:rsid w:val="00792B31"/>
    <w:rsid w:val="007931AF"/>
    <w:rsid w:val="00793626"/>
    <w:rsid w:val="0079426F"/>
    <w:rsid w:val="00794930"/>
    <w:rsid w:val="00795AB2"/>
    <w:rsid w:val="00796BDE"/>
    <w:rsid w:val="00797DA3"/>
    <w:rsid w:val="007A014B"/>
    <w:rsid w:val="007A046E"/>
    <w:rsid w:val="007A0D81"/>
    <w:rsid w:val="007A18C4"/>
    <w:rsid w:val="007A1E1E"/>
    <w:rsid w:val="007A1F4D"/>
    <w:rsid w:val="007A2853"/>
    <w:rsid w:val="007A2AC8"/>
    <w:rsid w:val="007A34B3"/>
    <w:rsid w:val="007A42F4"/>
    <w:rsid w:val="007A5501"/>
    <w:rsid w:val="007A57AC"/>
    <w:rsid w:val="007A6DFB"/>
    <w:rsid w:val="007A712D"/>
    <w:rsid w:val="007A713E"/>
    <w:rsid w:val="007A7461"/>
    <w:rsid w:val="007B00F9"/>
    <w:rsid w:val="007B0824"/>
    <w:rsid w:val="007B0BEA"/>
    <w:rsid w:val="007B0D23"/>
    <w:rsid w:val="007B2172"/>
    <w:rsid w:val="007B2829"/>
    <w:rsid w:val="007B2B1F"/>
    <w:rsid w:val="007B2F0F"/>
    <w:rsid w:val="007B33F3"/>
    <w:rsid w:val="007B3961"/>
    <w:rsid w:val="007B3A3A"/>
    <w:rsid w:val="007B3B5E"/>
    <w:rsid w:val="007B4F96"/>
    <w:rsid w:val="007B533A"/>
    <w:rsid w:val="007B5A01"/>
    <w:rsid w:val="007B61C6"/>
    <w:rsid w:val="007B67EB"/>
    <w:rsid w:val="007B7C2E"/>
    <w:rsid w:val="007C0DFB"/>
    <w:rsid w:val="007C14E8"/>
    <w:rsid w:val="007C1548"/>
    <w:rsid w:val="007C18A4"/>
    <w:rsid w:val="007C23F8"/>
    <w:rsid w:val="007C26B1"/>
    <w:rsid w:val="007C2793"/>
    <w:rsid w:val="007C31A1"/>
    <w:rsid w:val="007C41DB"/>
    <w:rsid w:val="007C4995"/>
    <w:rsid w:val="007C4DA8"/>
    <w:rsid w:val="007C5322"/>
    <w:rsid w:val="007C53BB"/>
    <w:rsid w:val="007C6602"/>
    <w:rsid w:val="007C6658"/>
    <w:rsid w:val="007C698B"/>
    <w:rsid w:val="007C6F26"/>
    <w:rsid w:val="007C6FCA"/>
    <w:rsid w:val="007C7048"/>
    <w:rsid w:val="007C75C8"/>
    <w:rsid w:val="007C7B3B"/>
    <w:rsid w:val="007D06FF"/>
    <w:rsid w:val="007D084B"/>
    <w:rsid w:val="007D0E61"/>
    <w:rsid w:val="007D14CC"/>
    <w:rsid w:val="007D198D"/>
    <w:rsid w:val="007D1C0F"/>
    <w:rsid w:val="007D1E8D"/>
    <w:rsid w:val="007D2FB8"/>
    <w:rsid w:val="007D32E2"/>
    <w:rsid w:val="007D4240"/>
    <w:rsid w:val="007D4F41"/>
    <w:rsid w:val="007D6504"/>
    <w:rsid w:val="007D6B6B"/>
    <w:rsid w:val="007D71FD"/>
    <w:rsid w:val="007D7490"/>
    <w:rsid w:val="007D7CB4"/>
    <w:rsid w:val="007E0D8A"/>
    <w:rsid w:val="007E1E7C"/>
    <w:rsid w:val="007E20A1"/>
    <w:rsid w:val="007E2CB3"/>
    <w:rsid w:val="007E2E4A"/>
    <w:rsid w:val="007E38F7"/>
    <w:rsid w:val="007E3BD1"/>
    <w:rsid w:val="007E3F4D"/>
    <w:rsid w:val="007E40F8"/>
    <w:rsid w:val="007E47C9"/>
    <w:rsid w:val="007E5465"/>
    <w:rsid w:val="007E54A2"/>
    <w:rsid w:val="007E6326"/>
    <w:rsid w:val="007E68A4"/>
    <w:rsid w:val="007E68EF"/>
    <w:rsid w:val="007F0258"/>
    <w:rsid w:val="007F0459"/>
    <w:rsid w:val="007F1B90"/>
    <w:rsid w:val="007F1CA7"/>
    <w:rsid w:val="007F200C"/>
    <w:rsid w:val="007F268E"/>
    <w:rsid w:val="007F31F6"/>
    <w:rsid w:val="007F359C"/>
    <w:rsid w:val="007F3C36"/>
    <w:rsid w:val="007F4114"/>
    <w:rsid w:val="007F4205"/>
    <w:rsid w:val="007F4883"/>
    <w:rsid w:val="007F5A3D"/>
    <w:rsid w:val="007F6AE7"/>
    <w:rsid w:val="007F6D00"/>
    <w:rsid w:val="007F702E"/>
    <w:rsid w:val="008002B7"/>
    <w:rsid w:val="00800481"/>
    <w:rsid w:val="00800797"/>
    <w:rsid w:val="00801F5A"/>
    <w:rsid w:val="00802040"/>
    <w:rsid w:val="00802F10"/>
    <w:rsid w:val="00805CB3"/>
    <w:rsid w:val="00806080"/>
    <w:rsid w:val="0080676F"/>
    <w:rsid w:val="00807035"/>
    <w:rsid w:val="00807C29"/>
    <w:rsid w:val="00807CDB"/>
    <w:rsid w:val="00807D75"/>
    <w:rsid w:val="0081095E"/>
    <w:rsid w:val="008111DE"/>
    <w:rsid w:val="00811CEF"/>
    <w:rsid w:val="00811FE4"/>
    <w:rsid w:val="00813493"/>
    <w:rsid w:val="00813677"/>
    <w:rsid w:val="00813991"/>
    <w:rsid w:val="008139C6"/>
    <w:rsid w:val="008143B6"/>
    <w:rsid w:val="00814554"/>
    <w:rsid w:val="00814C5E"/>
    <w:rsid w:val="00815335"/>
    <w:rsid w:val="00815A33"/>
    <w:rsid w:val="00815D92"/>
    <w:rsid w:val="00815E02"/>
    <w:rsid w:val="00816287"/>
    <w:rsid w:val="00817228"/>
    <w:rsid w:val="0081725A"/>
    <w:rsid w:val="008174AA"/>
    <w:rsid w:val="008178A9"/>
    <w:rsid w:val="00817940"/>
    <w:rsid w:val="00817FAE"/>
    <w:rsid w:val="00820290"/>
    <w:rsid w:val="00821109"/>
    <w:rsid w:val="008211A6"/>
    <w:rsid w:val="00821571"/>
    <w:rsid w:val="0082243A"/>
    <w:rsid w:val="00822F02"/>
    <w:rsid w:val="008234FE"/>
    <w:rsid w:val="00823547"/>
    <w:rsid w:val="00823641"/>
    <w:rsid w:val="0082418C"/>
    <w:rsid w:val="008244BC"/>
    <w:rsid w:val="00824A2A"/>
    <w:rsid w:val="0082587F"/>
    <w:rsid w:val="00825916"/>
    <w:rsid w:val="00825C85"/>
    <w:rsid w:val="00825D0D"/>
    <w:rsid w:val="008262E0"/>
    <w:rsid w:val="00826DF5"/>
    <w:rsid w:val="0082720A"/>
    <w:rsid w:val="00827648"/>
    <w:rsid w:val="00827FDE"/>
    <w:rsid w:val="00830A92"/>
    <w:rsid w:val="008311AE"/>
    <w:rsid w:val="00831570"/>
    <w:rsid w:val="0083162F"/>
    <w:rsid w:val="00832192"/>
    <w:rsid w:val="00832948"/>
    <w:rsid w:val="00832A0D"/>
    <w:rsid w:val="008332D9"/>
    <w:rsid w:val="0083367B"/>
    <w:rsid w:val="00833B60"/>
    <w:rsid w:val="008346F7"/>
    <w:rsid w:val="00834D97"/>
    <w:rsid w:val="00835A18"/>
    <w:rsid w:val="00836AE9"/>
    <w:rsid w:val="00837062"/>
    <w:rsid w:val="00840C2F"/>
    <w:rsid w:val="00840DF3"/>
    <w:rsid w:val="0084175C"/>
    <w:rsid w:val="00841919"/>
    <w:rsid w:val="00841D0D"/>
    <w:rsid w:val="008422C9"/>
    <w:rsid w:val="0084285E"/>
    <w:rsid w:val="0084309C"/>
    <w:rsid w:val="008440D8"/>
    <w:rsid w:val="008444A5"/>
    <w:rsid w:val="0084451A"/>
    <w:rsid w:val="00845533"/>
    <w:rsid w:val="00846799"/>
    <w:rsid w:val="00846CF0"/>
    <w:rsid w:val="00851948"/>
    <w:rsid w:val="008521FF"/>
    <w:rsid w:val="00852F68"/>
    <w:rsid w:val="00853AD3"/>
    <w:rsid w:val="00853CC7"/>
    <w:rsid w:val="0085553A"/>
    <w:rsid w:val="00855DF6"/>
    <w:rsid w:val="00857908"/>
    <w:rsid w:val="00857E47"/>
    <w:rsid w:val="00860E57"/>
    <w:rsid w:val="00860ED4"/>
    <w:rsid w:val="00861248"/>
    <w:rsid w:val="00862A44"/>
    <w:rsid w:val="00863130"/>
    <w:rsid w:val="00863D9E"/>
    <w:rsid w:val="00865024"/>
    <w:rsid w:val="008650B8"/>
    <w:rsid w:val="00865A24"/>
    <w:rsid w:val="00865D9A"/>
    <w:rsid w:val="0086607E"/>
    <w:rsid w:val="00866AED"/>
    <w:rsid w:val="008702A9"/>
    <w:rsid w:val="00870609"/>
    <w:rsid w:val="00870AC3"/>
    <w:rsid w:val="00870F7D"/>
    <w:rsid w:val="0087145D"/>
    <w:rsid w:val="00872406"/>
    <w:rsid w:val="00872C3D"/>
    <w:rsid w:val="00874065"/>
    <w:rsid w:val="008740DC"/>
    <w:rsid w:val="008742E7"/>
    <w:rsid w:val="00874F02"/>
    <w:rsid w:val="008754A4"/>
    <w:rsid w:val="00875B91"/>
    <w:rsid w:val="00875F0E"/>
    <w:rsid w:val="0087648C"/>
    <w:rsid w:val="00877208"/>
    <w:rsid w:val="008778B3"/>
    <w:rsid w:val="00877D74"/>
    <w:rsid w:val="00877FBB"/>
    <w:rsid w:val="008807F1"/>
    <w:rsid w:val="00880A73"/>
    <w:rsid w:val="0088104A"/>
    <w:rsid w:val="00881179"/>
    <w:rsid w:val="00882009"/>
    <w:rsid w:val="00884E09"/>
    <w:rsid w:val="00885D97"/>
    <w:rsid w:val="008862DA"/>
    <w:rsid w:val="00887CB5"/>
    <w:rsid w:val="0089083B"/>
    <w:rsid w:val="00890D64"/>
    <w:rsid w:val="008917A5"/>
    <w:rsid w:val="00891948"/>
    <w:rsid w:val="008920BB"/>
    <w:rsid w:val="00892EFC"/>
    <w:rsid w:val="008932E2"/>
    <w:rsid w:val="00894C9A"/>
    <w:rsid w:val="00896BD3"/>
    <w:rsid w:val="00897EB2"/>
    <w:rsid w:val="008A009F"/>
    <w:rsid w:val="008A127B"/>
    <w:rsid w:val="008A1562"/>
    <w:rsid w:val="008A191B"/>
    <w:rsid w:val="008A1CC9"/>
    <w:rsid w:val="008A1EE2"/>
    <w:rsid w:val="008A20DB"/>
    <w:rsid w:val="008A2516"/>
    <w:rsid w:val="008A26BC"/>
    <w:rsid w:val="008A2F55"/>
    <w:rsid w:val="008A4003"/>
    <w:rsid w:val="008A45AF"/>
    <w:rsid w:val="008A4B85"/>
    <w:rsid w:val="008A6F68"/>
    <w:rsid w:val="008A7306"/>
    <w:rsid w:val="008A7FFD"/>
    <w:rsid w:val="008B00E6"/>
    <w:rsid w:val="008B0541"/>
    <w:rsid w:val="008B1755"/>
    <w:rsid w:val="008B20BA"/>
    <w:rsid w:val="008B27B6"/>
    <w:rsid w:val="008B344D"/>
    <w:rsid w:val="008B381D"/>
    <w:rsid w:val="008B389D"/>
    <w:rsid w:val="008B4078"/>
    <w:rsid w:val="008B5178"/>
    <w:rsid w:val="008B5BC7"/>
    <w:rsid w:val="008B6BA5"/>
    <w:rsid w:val="008B7169"/>
    <w:rsid w:val="008B7A17"/>
    <w:rsid w:val="008B7A19"/>
    <w:rsid w:val="008C01A0"/>
    <w:rsid w:val="008C02A5"/>
    <w:rsid w:val="008C0349"/>
    <w:rsid w:val="008C05D3"/>
    <w:rsid w:val="008C0885"/>
    <w:rsid w:val="008C19F5"/>
    <w:rsid w:val="008C1ACE"/>
    <w:rsid w:val="008C2372"/>
    <w:rsid w:val="008C2AD7"/>
    <w:rsid w:val="008C4A8D"/>
    <w:rsid w:val="008C525E"/>
    <w:rsid w:val="008C5E97"/>
    <w:rsid w:val="008C6C11"/>
    <w:rsid w:val="008C7A40"/>
    <w:rsid w:val="008D0324"/>
    <w:rsid w:val="008D134B"/>
    <w:rsid w:val="008D1577"/>
    <w:rsid w:val="008D17BE"/>
    <w:rsid w:val="008D1CA1"/>
    <w:rsid w:val="008D2660"/>
    <w:rsid w:val="008D3CE1"/>
    <w:rsid w:val="008D44D5"/>
    <w:rsid w:val="008D48E2"/>
    <w:rsid w:val="008D5FC0"/>
    <w:rsid w:val="008D62F3"/>
    <w:rsid w:val="008D6AF5"/>
    <w:rsid w:val="008D705E"/>
    <w:rsid w:val="008D7210"/>
    <w:rsid w:val="008E0075"/>
    <w:rsid w:val="008E0822"/>
    <w:rsid w:val="008E1D7D"/>
    <w:rsid w:val="008E2667"/>
    <w:rsid w:val="008E2C05"/>
    <w:rsid w:val="008E36EE"/>
    <w:rsid w:val="008E3F92"/>
    <w:rsid w:val="008E4547"/>
    <w:rsid w:val="008E4E1A"/>
    <w:rsid w:val="008E5E43"/>
    <w:rsid w:val="008E6657"/>
    <w:rsid w:val="008F0415"/>
    <w:rsid w:val="008F202C"/>
    <w:rsid w:val="008F2A98"/>
    <w:rsid w:val="008F2ED8"/>
    <w:rsid w:val="008F3ABF"/>
    <w:rsid w:val="008F3C12"/>
    <w:rsid w:val="008F4CC5"/>
    <w:rsid w:val="008F4FA2"/>
    <w:rsid w:val="008F5CEC"/>
    <w:rsid w:val="008F60A2"/>
    <w:rsid w:val="008F611F"/>
    <w:rsid w:val="008F62CC"/>
    <w:rsid w:val="008F6834"/>
    <w:rsid w:val="008F702F"/>
    <w:rsid w:val="008F7FD9"/>
    <w:rsid w:val="00900635"/>
    <w:rsid w:val="00902661"/>
    <w:rsid w:val="00902E54"/>
    <w:rsid w:val="00902FCB"/>
    <w:rsid w:val="009039D4"/>
    <w:rsid w:val="00903F34"/>
    <w:rsid w:val="00904254"/>
    <w:rsid w:val="0090482D"/>
    <w:rsid w:val="0090613C"/>
    <w:rsid w:val="00907472"/>
    <w:rsid w:val="0090747B"/>
    <w:rsid w:val="009109F9"/>
    <w:rsid w:val="00911362"/>
    <w:rsid w:val="00911CE0"/>
    <w:rsid w:val="00913784"/>
    <w:rsid w:val="0091383C"/>
    <w:rsid w:val="00913E55"/>
    <w:rsid w:val="00917053"/>
    <w:rsid w:val="00917746"/>
    <w:rsid w:val="0091792A"/>
    <w:rsid w:val="00920469"/>
    <w:rsid w:val="00923014"/>
    <w:rsid w:val="009231D1"/>
    <w:rsid w:val="00923743"/>
    <w:rsid w:val="00924303"/>
    <w:rsid w:val="009246BD"/>
    <w:rsid w:val="00924844"/>
    <w:rsid w:val="00924C0D"/>
    <w:rsid w:val="00925BB5"/>
    <w:rsid w:val="00926541"/>
    <w:rsid w:val="00927F61"/>
    <w:rsid w:val="00930347"/>
    <w:rsid w:val="0093172F"/>
    <w:rsid w:val="00931751"/>
    <w:rsid w:val="00932F20"/>
    <w:rsid w:val="00933255"/>
    <w:rsid w:val="009332C9"/>
    <w:rsid w:val="0093398F"/>
    <w:rsid w:val="00934407"/>
    <w:rsid w:val="00934AA2"/>
    <w:rsid w:val="00934D71"/>
    <w:rsid w:val="0093543A"/>
    <w:rsid w:val="00935494"/>
    <w:rsid w:val="0093549A"/>
    <w:rsid w:val="00936552"/>
    <w:rsid w:val="0093657E"/>
    <w:rsid w:val="00937BC7"/>
    <w:rsid w:val="00937C33"/>
    <w:rsid w:val="00940361"/>
    <w:rsid w:val="00940848"/>
    <w:rsid w:val="0094265F"/>
    <w:rsid w:val="00942B04"/>
    <w:rsid w:val="00942E80"/>
    <w:rsid w:val="0094399B"/>
    <w:rsid w:val="00944023"/>
    <w:rsid w:val="00944078"/>
    <w:rsid w:val="00944888"/>
    <w:rsid w:val="00944A51"/>
    <w:rsid w:val="009453B5"/>
    <w:rsid w:val="00945699"/>
    <w:rsid w:val="00945D43"/>
    <w:rsid w:val="00946254"/>
    <w:rsid w:val="009465D0"/>
    <w:rsid w:val="00946FE4"/>
    <w:rsid w:val="00947476"/>
    <w:rsid w:val="00950A1C"/>
    <w:rsid w:val="00951F6A"/>
    <w:rsid w:val="00952036"/>
    <w:rsid w:val="00953311"/>
    <w:rsid w:val="009533D6"/>
    <w:rsid w:val="00953612"/>
    <w:rsid w:val="009539BF"/>
    <w:rsid w:val="00953CD9"/>
    <w:rsid w:val="00953D58"/>
    <w:rsid w:val="0095478A"/>
    <w:rsid w:val="00955BDC"/>
    <w:rsid w:val="00957060"/>
    <w:rsid w:val="00960129"/>
    <w:rsid w:val="009628DF"/>
    <w:rsid w:val="00962FC3"/>
    <w:rsid w:val="0096306D"/>
    <w:rsid w:val="00963E7A"/>
    <w:rsid w:val="00964C61"/>
    <w:rsid w:val="00965125"/>
    <w:rsid w:val="00965945"/>
    <w:rsid w:val="009663DE"/>
    <w:rsid w:val="00966CD3"/>
    <w:rsid w:val="00967790"/>
    <w:rsid w:val="009678E3"/>
    <w:rsid w:val="00967A56"/>
    <w:rsid w:val="00967A5D"/>
    <w:rsid w:val="00970E04"/>
    <w:rsid w:val="009713CD"/>
    <w:rsid w:val="009717D3"/>
    <w:rsid w:val="00972C08"/>
    <w:rsid w:val="00972F89"/>
    <w:rsid w:val="00973348"/>
    <w:rsid w:val="009740CD"/>
    <w:rsid w:val="00974233"/>
    <w:rsid w:val="00976D8B"/>
    <w:rsid w:val="00976FE6"/>
    <w:rsid w:val="00977570"/>
    <w:rsid w:val="00980F5B"/>
    <w:rsid w:val="00981B3C"/>
    <w:rsid w:val="00981E2C"/>
    <w:rsid w:val="009831A3"/>
    <w:rsid w:val="00983419"/>
    <w:rsid w:val="00984E79"/>
    <w:rsid w:val="00985EC2"/>
    <w:rsid w:val="00985FB1"/>
    <w:rsid w:val="009908F8"/>
    <w:rsid w:val="009909C2"/>
    <w:rsid w:val="009911AE"/>
    <w:rsid w:val="00991FA3"/>
    <w:rsid w:val="009926C0"/>
    <w:rsid w:val="00993695"/>
    <w:rsid w:val="009939C4"/>
    <w:rsid w:val="0099456B"/>
    <w:rsid w:val="0099492D"/>
    <w:rsid w:val="00994956"/>
    <w:rsid w:val="009958DD"/>
    <w:rsid w:val="009962BA"/>
    <w:rsid w:val="00997104"/>
    <w:rsid w:val="00997622"/>
    <w:rsid w:val="00997635"/>
    <w:rsid w:val="009978CC"/>
    <w:rsid w:val="009A0002"/>
    <w:rsid w:val="009A042A"/>
    <w:rsid w:val="009A1CEF"/>
    <w:rsid w:val="009A2E90"/>
    <w:rsid w:val="009A32E3"/>
    <w:rsid w:val="009A3EA8"/>
    <w:rsid w:val="009A4439"/>
    <w:rsid w:val="009A4518"/>
    <w:rsid w:val="009A565E"/>
    <w:rsid w:val="009A5AC4"/>
    <w:rsid w:val="009A5F94"/>
    <w:rsid w:val="009A671C"/>
    <w:rsid w:val="009A6D9C"/>
    <w:rsid w:val="009A6DAA"/>
    <w:rsid w:val="009A6ECB"/>
    <w:rsid w:val="009A7D17"/>
    <w:rsid w:val="009B0024"/>
    <w:rsid w:val="009B09B9"/>
    <w:rsid w:val="009B11B4"/>
    <w:rsid w:val="009B1378"/>
    <w:rsid w:val="009B1B64"/>
    <w:rsid w:val="009B2324"/>
    <w:rsid w:val="009B267A"/>
    <w:rsid w:val="009B2A91"/>
    <w:rsid w:val="009B2CAC"/>
    <w:rsid w:val="009B39B4"/>
    <w:rsid w:val="009B45FC"/>
    <w:rsid w:val="009B57B7"/>
    <w:rsid w:val="009B6091"/>
    <w:rsid w:val="009B666D"/>
    <w:rsid w:val="009B6743"/>
    <w:rsid w:val="009B6A02"/>
    <w:rsid w:val="009B6D96"/>
    <w:rsid w:val="009B7125"/>
    <w:rsid w:val="009B76C2"/>
    <w:rsid w:val="009C05ED"/>
    <w:rsid w:val="009C0B75"/>
    <w:rsid w:val="009C1278"/>
    <w:rsid w:val="009C1EC1"/>
    <w:rsid w:val="009C1ECD"/>
    <w:rsid w:val="009C1EE1"/>
    <w:rsid w:val="009C30ED"/>
    <w:rsid w:val="009C4932"/>
    <w:rsid w:val="009C4AA4"/>
    <w:rsid w:val="009C5349"/>
    <w:rsid w:val="009C53B2"/>
    <w:rsid w:val="009C5B28"/>
    <w:rsid w:val="009C719B"/>
    <w:rsid w:val="009D0326"/>
    <w:rsid w:val="009D16BF"/>
    <w:rsid w:val="009D17C8"/>
    <w:rsid w:val="009D1AF0"/>
    <w:rsid w:val="009D20CB"/>
    <w:rsid w:val="009D2B79"/>
    <w:rsid w:val="009D2EEF"/>
    <w:rsid w:val="009D3D15"/>
    <w:rsid w:val="009D6455"/>
    <w:rsid w:val="009D7149"/>
    <w:rsid w:val="009E03C7"/>
    <w:rsid w:val="009E069E"/>
    <w:rsid w:val="009E1255"/>
    <w:rsid w:val="009E1500"/>
    <w:rsid w:val="009E27CE"/>
    <w:rsid w:val="009E290E"/>
    <w:rsid w:val="009E3086"/>
    <w:rsid w:val="009E3BB4"/>
    <w:rsid w:val="009E4B2F"/>
    <w:rsid w:val="009E56DB"/>
    <w:rsid w:val="009E5956"/>
    <w:rsid w:val="009E6969"/>
    <w:rsid w:val="009E759C"/>
    <w:rsid w:val="009F0505"/>
    <w:rsid w:val="009F0D04"/>
    <w:rsid w:val="009F2038"/>
    <w:rsid w:val="009F418A"/>
    <w:rsid w:val="009F4ACF"/>
    <w:rsid w:val="009F5099"/>
    <w:rsid w:val="009F5963"/>
    <w:rsid w:val="009F6416"/>
    <w:rsid w:val="009F6D73"/>
    <w:rsid w:val="009F6E15"/>
    <w:rsid w:val="009F7A5C"/>
    <w:rsid w:val="00A019A6"/>
    <w:rsid w:val="00A01AB3"/>
    <w:rsid w:val="00A01D63"/>
    <w:rsid w:val="00A024C6"/>
    <w:rsid w:val="00A02DF3"/>
    <w:rsid w:val="00A03344"/>
    <w:rsid w:val="00A03C20"/>
    <w:rsid w:val="00A04C7B"/>
    <w:rsid w:val="00A05064"/>
    <w:rsid w:val="00A05E67"/>
    <w:rsid w:val="00A06092"/>
    <w:rsid w:val="00A06268"/>
    <w:rsid w:val="00A0710F"/>
    <w:rsid w:val="00A0719B"/>
    <w:rsid w:val="00A07E74"/>
    <w:rsid w:val="00A1012C"/>
    <w:rsid w:val="00A1059B"/>
    <w:rsid w:val="00A130A3"/>
    <w:rsid w:val="00A1431D"/>
    <w:rsid w:val="00A15BCC"/>
    <w:rsid w:val="00A15C43"/>
    <w:rsid w:val="00A161C6"/>
    <w:rsid w:val="00A162FA"/>
    <w:rsid w:val="00A16731"/>
    <w:rsid w:val="00A1675A"/>
    <w:rsid w:val="00A16915"/>
    <w:rsid w:val="00A16941"/>
    <w:rsid w:val="00A16A3D"/>
    <w:rsid w:val="00A16C35"/>
    <w:rsid w:val="00A17742"/>
    <w:rsid w:val="00A17B61"/>
    <w:rsid w:val="00A20892"/>
    <w:rsid w:val="00A21060"/>
    <w:rsid w:val="00A22C93"/>
    <w:rsid w:val="00A23902"/>
    <w:rsid w:val="00A24893"/>
    <w:rsid w:val="00A25679"/>
    <w:rsid w:val="00A259AA"/>
    <w:rsid w:val="00A263B5"/>
    <w:rsid w:val="00A26AF5"/>
    <w:rsid w:val="00A26C26"/>
    <w:rsid w:val="00A27ED9"/>
    <w:rsid w:val="00A3007E"/>
    <w:rsid w:val="00A3011B"/>
    <w:rsid w:val="00A30C61"/>
    <w:rsid w:val="00A31521"/>
    <w:rsid w:val="00A330C8"/>
    <w:rsid w:val="00A33457"/>
    <w:rsid w:val="00A3387E"/>
    <w:rsid w:val="00A33F20"/>
    <w:rsid w:val="00A344ED"/>
    <w:rsid w:val="00A3469C"/>
    <w:rsid w:val="00A34866"/>
    <w:rsid w:val="00A34A81"/>
    <w:rsid w:val="00A34DD5"/>
    <w:rsid w:val="00A34DE0"/>
    <w:rsid w:val="00A35188"/>
    <w:rsid w:val="00A351F6"/>
    <w:rsid w:val="00A35C6A"/>
    <w:rsid w:val="00A35E56"/>
    <w:rsid w:val="00A362DB"/>
    <w:rsid w:val="00A3687B"/>
    <w:rsid w:val="00A36D82"/>
    <w:rsid w:val="00A37D10"/>
    <w:rsid w:val="00A37E6D"/>
    <w:rsid w:val="00A40256"/>
    <w:rsid w:val="00A4042D"/>
    <w:rsid w:val="00A40D73"/>
    <w:rsid w:val="00A41AD7"/>
    <w:rsid w:val="00A426B8"/>
    <w:rsid w:val="00A434DD"/>
    <w:rsid w:val="00A43EAC"/>
    <w:rsid w:val="00A445D8"/>
    <w:rsid w:val="00A45170"/>
    <w:rsid w:val="00A46368"/>
    <w:rsid w:val="00A47748"/>
    <w:rsid w:val="00A47F01"/>
    <w:rsid w:val="00A5049F"/>
    <w:rsid w:val="00A50F9C"/>
    <w:rsid w:val="00A518D5"/>
    <w:rsid w:val="00A51E49"/>
    <w:rsid w:val="00A52114"/>
    <w:rsid w:val="00A52F08"/>
    <w:rsid w:val="00A53152"/>
    <w:rsid w:val="00A53191"/>
    <w:rsid w:val="00A53FC2"/>
    <w:rsid w:val="00A54693"/>
    <w:rsid w:val="00A54848"/>
    <w:rsid w:val="00A54888"/>
    <w:rsid w:val="00A55941"/>
    <w:rsid w:val="00A55FE1"/>
    <w:rsid w:val="00A57393"/>
    <w:rsid w:val="00A576C7"/>
    <w:rsid w:val="00A6069D"/>
    <w:rsid w:val="00A608BF"/>
    <w:rsid w:val="00A60F1C"/>
    <w:rsid w:val="00A61749"/>
    <w:rsid w:val="00A61769"/>
    <w:rsid w:val="00A62D68"/>
    <w:rsid w:val="00A62DF7"/>
    <w:rsid w:val="00A64616"/>
    <w:rsid w:val="00A64955"/>
    <w:rsid w:val="00A64BBA"/>
    <w:rsid w:val="00A65F02"/>
    <w:rsid w:val="00A6605C"/>
    <w:rsid w:val="00A665FD"/>
    <w:rsid w:val="00A66757"/>
    <w:rsid w:val="00A66DCB"/>
    <w:rsid w:val="00A67545"/>
    <w:rsid w:val="00A6777B"/>
    <w:rsid w:val="00A70138"/>
    <w:rsid w:val="00A70991"/>
    <w:rsid w:val="00A70CA1"/>
    <w:rsid w:val="00A715B9"/>
    <w:rsid w:val="00A72387"/>
    <w:rsid w:val="00A72A93"/>
    <w:rsid w:val="00A73A9C"/>
    <w:rsid w:val="00A743B7"/>
    <w:rsid w:val="00A75347"/>
    <w:rsid w:val="00A7572A"/>
    <w:rsid w:val="00A76515"/>
    <w:rsid w:val="00A773E4"/>
    <w:rsid w:val="00A80F12"/>
    <w:rsid w:val="00A815C4"/>
    <w:rsid w:val="00A81B9A"/>
    <w:rsid w:val="00A82674"/>
    <w:rsid w:val="00A828A8"/>
    <w:rsid w:val="00A83923"/>
    <w:rsid w:val="00A83B4B"/>
    <w:rsid w:val="00A83B89"/>
    <w:rsid w:val="00A83B8B"/>
    <w:rsid w:val="00A83C80"/>
    <w:rsid w:val="00A84A96"/>
    <w:rsid w:val="00A85040"/>
    <w:rsid w:val="00A858AA"/>
    <w:rsid w:val="00A866B0"/>
    <w:rsid w:val="00A86D95"/>
    <w:rsid w:val="00A8757E"/>
    <w:rsid w:val="00A877AE"/>
    <w:rsid w:val="00A87A26"/>
    <w:rsid w:val="00A91720"/>
    <w:rsid w:val="00A921F0"/>
    <w:rsid w:val="00A92A25"/>
    <w:rsid w:val="00A93061"/>
    <w:rsid w:val="00A9429B"/>
    <w:rsid w:val="00A95133"/>
    <w:rsid w:val="00A951E0"/>
    <w:rsid w:val="00A9657E"/>
    <w:rsid w:val="00AA01CB"/>
    <w:rsid w:val="00AA117E"/>
    <w:rsid w:val="00AA181A"/>
    <w:rsid w:val="00AA1D8D"/>
    <w:rsid w:val="00AA238E"/>
    <w:rsid w:val="00AA2AD4"/>
    <w:rsid w:val="00AA33BF"/>
    <w:rsid w:val="00AA3692"/>
    <w:rsid w:val="00AA36CA"/>
    <w:rsid w:val="00AA3F83"/>
    <w:rsid w:val="00AA4205"/>
    <w:rsid w:val="00AA5EE5"/>
    <w:rsid w:val="00AA69CE"/>
    <w:rsid w:val="00AA7305"/>
    <w:rsid w:val="00AB04CC"/>
    <w:rsid w:val="00AB1D33"/>
    <w:rsid w:val="00AB1F3D"/>
    <w:rsid w:val="00AB270A"/>
    <w:rsid w:val="00AB32F5"/>
    <w:rsid w:val="00AB45E7"/>
    <w:rsid w:val="00AB5129"/>
    <w:rsid w:val="00AB51BA"/>
    <w:rsid w:val="00AB5789"/>
    <w:rsid w:val="00AB65F5"/>
    <w:rsid w:val="00AB7059"/>
    <w:rsid w:val="00AB74C8"/>
    <w:rsid w:val="00AB7896"/>
    <w:rsid w:val="00AC18CD"/>
    <w:rsid w:val="00AC26A0"/>
    <w:rsid w:val="00AC4328"/>
    <w:rsid w:val="00AC49EC"/>
    <w:rsid w:val="00AC4F46"/>
    <w:rsid w:val="00AC59D6"/>
    <w:rsid w:val="00AC5E26"/>
    <w:rsid w:val="00AC743A"/>
    <w:rsid w:val="00AD00A0"/>
    <w:rsid w:val="00AD05C1"/>
    <w:rsid w:val="00AD1034"/>
    <w:rsid w:val="00AD15A7"/>
    <w:rsid w:val="00AD234C"/>
    <w:rsid w:val="00AD30E9"/>
    <w:rsid w:val="00AD41C2"/>
    <w:rsid w:val="00AD4D06"/>
    <w:rsid w:val="00AD5C8C"/>
    <w:rsid w:val="00AD606D"/>
    <w:rsid w:val="00AD6BC0"/>
    <w:rsid w:val="00AE1BE2"/>
    <w:rsid w:val="00AE21D1"/>
    <w:rsid w:val="00AE28FF"/>
    <w:rsid w:val="00AE2F00"/>
    <w:rsid w:val="00AE337A"/>
    <w:rsid w:val="00AE35B1"/>
    <w:rsid w:val="00AE3B35"/>
    <w:rsid w:val="00AE46A8"/>
    <w:rsid w:val="00AE49F1"/>
    <w:rsid w:val="00AE4BF1"/>
    <w:rsid w:val="00AE4D22"/>
    <w:rsid w:val="00AE51B0"/>
    <w:rsid w:val="00AE5548"/>
    <w:rsid w:val="00AE5747"/>
    <w:rsid w:val="00AE6B99"/>
    <w:rsid w:val="00AE796D"/>
    <w:rsid w:val="00AE7AD3"/>
    <w:rsid w:val="00AF0985"/>
    <w:rsid w:val="00AF15F8"/>
    <w:rsid w:val="00AF28D4"/>
    <w:rsid w:val="00AF2954"/>
    <w:rsid w:val="00AF3CD1"/>
    <w:rsid w:val="00AF44CE"/>
    <w:rsid w:val="00AF4777"/>
    <w:rsid w:val="00AF5726"/>
    <w:rsid w:val="00AF64C2"/>
    <w:rsid w:val="00AF65F3"/>
    <w:rsid w:val="00AF6F39"/>
    <w:rsid w:val="00AF7008"/>
    <w:rsid w:val="00AF78D9"/>
    <w:rsid w:val="00AF78EE"/>
    <w:rsid w:val="00B007CF"/>
    <w:rsid w:val="00B0107D"/>
    <w:rsid w:val="00B0135D"/>
    <w:rsid w:val="00B01445"/>
    <w:rsid w:val="00B019D0"/>
    <w:rsid w:val="00B02029"/>
    <w:rsid w:val="00B02176"/>
    <w:rsid w:val="00B02B50"/>
    <w:rsid w:val="00B02C30"/>
    <w:rsid w:val="00B0305B"/>
    <w:rsid w:val="00B0321E"/>
    <w:rsid w:val="00B042A8"/>
    <w:rsid w:val="00B04778"/>
    <w:rsid w:val="00B04D05"/>
    <w:rsid w:val="00B057EB"/>
    <w:rsid w:val="00B058A3"/>
    <w:rsid w:val="00B060A1"/>
    <w:rsid w:val="00B06290"/>
    <w:rsid w:val="00B0636A"/>
    <w:rsid w:val="00B0642A"/>
    <w:rsid w:val="00B0659C"/>
    <w:rsid w:val="00B0691F"/>
    <w:rsid w:val="00B06A17"/>
    <w:rsid w:val="00B072D5"/>
    <w:rsid w:val="00B07383"/>
    <w:rsid w:val="00B07415"/>
    <w:rsid w:val="00B07760"/>
    <w:rsid w:val="00B07A7C"/>
    <w:rsid w:val="00B07AB7"/>
    <w:rsid w:val="00B07BCA"/>
    <w:rsid w:val="00B1039D"/>
    <w:rsid w:val="00B113B9"/>
    <w:rsid w:val="00B123C8"/>
    <w:rsid w:val="00B132FB"/>
    <w:rsid w:val="00B13309"/>
    <w:rsid w:val="00B14743"/>
    <w:rsid w:val="00B15556"/>
    <w:rsid w:val="00B15944"/>
    <w:rsid w:val="00B15CB0"/>
    <w:rsid w:val="00B161F3"/>
    <w:rsid w:val="00B16DD8"/>
    <w:rsid w:val="00B16E64"/>
    <w:rsid w:val="00B173FE"/>
    <w:rsid w:val="00B174D4"/>
    <w:rsid w:val="00B17C1E"/>
    <w:rsid w:val="00B2215C"/>
    <w:rsid w:val="00B23933"/>
    <w:rsid w:val="00B23E60"/>
    <w:rsid w:val="00B2454F"/>
    <w:rsid w:val="00B259CB"/>
    <w:rsid w:val="00B25A38"/>
    <w:rsid w:val="00B26700"/>
    <w:rsid w:val="00B26E61"/>
    <w:rsid w:val="00B27640"/>
    <w:rsid w:val="00B32387"/>
    <w:rsid w:val="00B32DBE"/>
    <w:rsid w:val="00B3312F"/>
    <w:rsid w:val="00B33668"/>
    <w:rsid w:val="00B336A4"/>
    <w:rsid w:val="00B33780"/>
    <w:rsid w:val="00B33995"/>
    <w:rsid w:val="00B3583F"/>
    <w:rsid w:val="00B369E3"/>
    <w:rsid w:val="00B37117"/>
    <w:rsid w:val="00B40489"/>
    <w:rsid w:val="00B409B8"/>
    <w:rsid w:val="00B40DE2"/>
    <w:rsid w:val="00B4177A"/>
    <w:rsid w:val="00B42392"/>
    <w:rsid w:val="00B4330F"/>
    <w:rsid w:val="00B43A70"/>
    <w:rsid w:val="00B4487F"/>
    <w:rsid w:val="00B45164"/>
    <w:rsid w:val="00B45D9C"/>
    <w:rsid w:val="00B471EA"/>
    <w:rsid w:val="00B474C0"/>
    <w:rsid w:val="00B47730"/>
    <w:rsid w:val="00B47C4F"/>
    <w:rsid w:val="00B47E3C"/>
    <w:rsid w:val="00B47FEB"/>
    <w:rsid w:val="00B508D0"/>
    <w:rsid w:val="00B50BA3"/>
    <w:rsid w:val="00B50E2E"/>
    <w:rsid w:val="00B51D86"/>
    <w:rsid w:val="00B522D0"/>
    <w:rsid w:val="00B52B59"/>
    <w:rsid w:val="00B5312F"/>
    <w:rsid w:val="00B538F6"/>
    <w:rsid w:val="00B53C7F"/>
    <w:rsid w:val="00B54C27"/>
    <w:rsid w:val="00B54DD1"/>
    <w:rsid w:val="00B564D1"/>
    <w:rsid w:val="00B60DBB"/>
    <w:rsid w:val="00B61D93"/>
    <w:rsid w:val="00B620BD"/>
    <w:rsid w:val="00B622E9"/>
    <w:rsid w:val="00B624F6"/>
    <w:rsid w:val="00B62821"/>
    <w:rsid w:val="00B629DE"/>
    <w:rsid w:val="00B62C4E"/>
    <w:rsid w:val="00B62C76"/>
    <w:rsid w:val="00B62EC7"/>
    <w:rsid w:val="00B630F9"/>
    <w:rsid w:val="00B665F3"/>
    <w:rsid w:val="00B66F97"/>
    <w:rsid w:val="00B675D3"/>
    <w:rsid w:val="00B67762"/>
    <w:rsid w:val="00B6794B"/>
    <w:rsid w:val="00B67EC7"/>
    <w:rsid w:val="00B702BC"/>
    <w:rsid w:val="00B70387"/>
    <w:rsid w:val="00B718C4"/>
    <w:rsid w:val="00B72273"/>
    <w:rsid w:val="00B7240F"/>
    <w:rsid w:val="00B7314B"/>
    <w:rsid w:val="00B73B45"/>
    <w:rsid w:val="00B73EEE"/>
    <w:rsid w:val="00B751E0"/>
    <w:rsid w:val="00B752FB"/>
    <w:rsid w:val="00B756E1"/>
    <w:rsid w:val="00B759D6"/>
    <w:rsid w:val="00B75DCD"/>
    <w:rsid w:val="00B764E8"/>
    <w:rsid w:val="00B7796F"/>
    <w:rsid w:val="00B77D79"/>
    <w:rsid w:val="00B8058E"/>
    <w:rsid w:val="00B80880"/>
    <w:rsid w:val="00B8100E"/>
    <w:rsid w:val="00B81D12"/>
    <w:rsid w:val="00B81F90"/>
    <w:rsid w:val="00B82019"/>
    <w:rsid w:val="00B83C80"/>
    <w:rsid w:val="00B83D87"/>
    <w:rsid w:val="00B8448A"/>
    <w:rsid w:val="00B85A9C"/>
    <w:rsid w:val="00B85F0E"/>
    <w:rsid w:val="00B86E32"/>
    <w:rsid w:val="00B86E89"/>
    <w:rsid w:val="00B86F8C"/>
    <w:rsid w:val="00B87EA4"/>
    <w:rsid w:val="00B91485"/>
    <w:rsid w:val="00B92CDE"/>
    <w:rsid w:val="00B93592"/>
    <w:rsid w:val="00B93C57"/>
    <w:rsid w:val="00B94A6E"/>
    <w:rsid w:val="00B95445"/>
    <w:rsid w:val="00B95AE3"/>
    <w:rsid w:val="00B9611F"/>
    <w:rsid w:val="00B96428"/>
    <w:rsid w:val="00B96731"/>
    <w:rsid w:val="00B96DCB"/>
    <w:rsid w:val="00B970D9"/>
    <w:rsid w:val="00B979D9"/>
    <w:rsid w:val="00BA0282"/>
    <w:rsid w:val="00BA054A"/>
    <w:rsid w:val="00BA07FF"/>
    <w:rsid w:val="00BA09E9"/>
    <w:rsid w:val="00BA301D"/>
    <w:rsid w:val="00BA3373"/>
    <w:rsid w:val="00BA4243"/>
    <w:rsid w:val="00BA5510"/>
    <w:rsid w:val="00BA55F6"/>
    <w:rsid w:val="00BA5938"/>
    <w:rsid w:val="00BA61E6"/>
    <w:rsid w:val="00BA68D4"/>
    <w:rsid w:val="00BA6ACA"/>
    <w:rsid w:val="00BA7505"/>
    <w:rsid w:val="00BB0ABB"/>
    <w:rsid w:val="00BB1486"/>
    <w:rsid w:val="00BB17EB"/>
    <w:rsid w:val="00BB2018"/>
    <w:rsid w:val="00BB27E9"/>
    <w:rsid w:val="00BB2B82"/>
    <w:rsid w:val="00BB2CD5"/>
    <w:rsid w:val="00BB3787"/>
    <w:rsid w:val="00BB3DC4"/>
    <w:rsid w:val="00BB3F96"/>
    <w:rsid w:val="00BB4EF6"/>
    <w:rsid w:val="00BB6372"/>
    <w:rsid w:val="00BB64FC"/>
    <w:rsid w:val="00BB657D"/>
    <w:rsid w:val="00BB68D9"/>
    <w:rsid w:val="00BB69A4"/>
    <w:rsid w:val="00BB77B4"/>
    <w:rsid w:val="00BB7B77"/>
    <w:rsid w:val="00BB7E87"/>
    <w:rsid w:val="00BC1841"/>
    <w:rsid w:val="00BC1FD9"/>
    <w:rsid w:val="00BC2D3E"/>
    <w:rsid w:val="00BC2D45"/>
    <w:rsid w:val="00BC36D5"/>
    <w:rsid w:val="00BC3FBC"/>
    <w:rsid w:val="00BC4413"/>
    <w:rsid w:val="00BC476F"/>
    <w:rsid w:val="00BC4DDE"/>
    <w:rsid w:val="00BC608E"/>
    <w:rsid w:val="00BC716D"/>
    <w:rsid w:val="00BC7C47"/>
    <w:rsid w:val="00BD1B12"/>
    <w:rsid w:val="00BD22E7"/>
    <w:rsid w:val="00BD2A2C"/>
    <w:rsid w:val="00BD2B96"/>
    <w:rsid w:val="00BD332C"/>
    <w:rsid w:val="00BD3E94"/>
    <w:rsid w:val="00BD4762"/>
    <w:rsid w:val="00BD47C5"/>
    <w:rsid w:val="00BD587B"/>
    <w:rsid w:val="00BD6439"/>
    <w:rsid w:val="00BD6471"/>
    <w:rsid w:val="00BD6BDD"/>
    <w:rsid w:val="00BD7245"/>
    <w:rsid w:val="00BD762D"/>
    <w:rsid w:val="00BE0439"/>
    <w:rsid w:val="00BE0BDF"/>
    <w:rsid w:val="00BE0EAC"/>
    <w:rsid w:val="00BE0F89"/>
    <w:rsid w:val="00BE1DE0"/>
    <w:rsid w:val="00BE2A84"/>
    <w:rsid w:val="00BE3E26"/>
    <w:rsid w:val="00BE3FF5"/>
    <w:rsid w:val="00BE4013"/>
    <w:rsid w:val="00BE437B"/>
    <w:rsid w:val="00BE4778"/>
    <w:rsid w:val="00BE47F8"/>
    <w:rsid w:val="00BE6AAC"/>
    <w:rsid w:val="00BE6B61"/>
    <w:rsid w:val="00BE71C1"/>
    <w:rsid w:val="00BE754F"/>
    <w:rsid w:val="00BF064F"/>
    <w:rsid w:val="00BF11E0"/>
    <w:rsid w:val="00BF1CE6"/>
    <w:rsid w:val="00BF280F"/>
    <w:rsid w:val="00BF3305"/>
    <w:rsid w:val="00BF331F"/>
    <w:rsid w:val="00BF3E85"/>
    <w:rsid w:val="00BF4EEE"/>
    <w:rsid w:val="00BF50AF"/>
    <w:rsid w:val="00BF5750"/>
    <w:rsid w:val="00BF5974"/>
    <w:rsid w:val="00BF5CA9"/>
    <w:rsid w:val="00BF60BC"/>
    <w:rsid w:val="00BF6CAE"/>
    <w:rsid w:val="00C001FE"/>
    <w:rsid w:val="00C01195"/>
    <w:rsid w:val="00C01636"/>
    <w:rsid w:val="00C02623"/>
    <w:rsid w:val="00C027E9"/>
    <w:rsid w:val="00C02981"/>
    <w:rsid w:val="00C03722"/>
    <w:rsid w:val="00C04A15"/>
    <w:rsid w:val="00C051B5"/>
    <w:rsid w:val="00C05E3F"/>
    <w:rsid w:val="00C06793"/>
    <w:rsid w:val="00C0685B"/>
    <w:rsid w:val="00C071D7"/>
    <w:rsid w:val="00C101B3"/>
    <w:rsid w:val="00C10432"/>
    <w:rsid w:val="00C10B00"/>
    <w:rsid w:val="00C111A1"/>
    <w:rsid w:val="00C1134E"/>
    <w:rsid w:val="00C124A1"/>
    <w:rsid w:val="00C13220"/>
    <w:rsid w:val="00C13665"/>
    <w:rsid w:val="00C13BDD"/>
    <w:rsid w:val="00C149C4"/>
    <w:rsid w:val="00C16AD2"/>
    <w:rsid w:val="00C17EB9"/>
    <w:rsid w:val="00C17FA7"/>
    <w:rsid w:val="00C2014D"/>
    <w:rsid w:val="00C21C11"/>
    <w:rsid w:val="00C22807"/>
    <w:rsid w:val="00C24341"/>
    <w:rsid w:val="00C24728"/>
    <w:rsid w:val="00C24852"/>
    <w:rsid w:val="00C2616D"/>
    <w:rsid w:val="00C302F7"/>
    <w:rsid w:val="00C31063"/>
    <w:rsid w:val="00C31966"/>
    <w:rsid w:val="00C31DAA"/>
    <w:rsid w:val="00C3223E"/>
    <w:rsid w:val="00C32954"/>
    <w:rsid w:val="00C333C8"/>
    <w:rsid w:val="00C33402"/>
    <w:rsid w:val="00C3540C"/>
    <w:rsid w:val="00C35497"/>
    <w:rsid w:val="00C362BA"/>
    <w:rsid w:val="00C37E5A"/>
    <w:rsid w:val="00C40AFC"/>
    <w:rsid w:val="00C411C9"/>
    <w:rsid w:val="00C416D5"/>
    <w:rsid w:val="00C41DA1"/>
    <w:rsid w:val="00C41EB7"/>
    <w:rsid w:val="00C429D9"/>
    <w:rsid w:val="00C42F8B"/>
    <w:rsid w:val="00C436C3"/>
    <w:rsid w:val="00C43981"/>
    <w:rsid w:val="00C441C3"/>
    <w:rsid w:val="00C443C2"/>
    <w:rsid w:val="00C4565E"/>
    <w:rsid w:val="00C47A6E"/>
    <w:rsid w:val="00C47AA3"/>
    <w:rsid w:val="00C517D2"/>
    <w:rsid w:val="00C533FB"/>
    <w:rsid w:val="00C53CF0"/>
    <w:rsid w:val="00C54714"/>
    <w:rsid w:val="00C569E0"/>
    <w:rsid w:val="00C56B96"/>
    <w:rsid w:val="00C56BC7"/>
    <w:rsid w:val="00C57129"/>
    <w:rsid w:val="00C57CC4"/>
    <w:rsid w:val="00C57FAE"/>
    <w:rsid w:val="00C613CE"/>
    <w:rsid w:val="00C61424"/>
    <w:rsid w:val="00C61D84"/>
    <w:rsid w:val="00C63586"/>
    <w:rsid w:val="00C636FA"/>
    <w:rsid w:val="00C641E8"/>
    <w:rsid w:val="00C658FD"/>
    <w:rsid w:val="00C65B17"/>
    <w:rsid w:val="00C661A7"/>
    <w:rsid w:val="00C665E8"/>
    <w:rsid w:val="00C66A8C"/>
    <w:rsid w:val="00C66B5B"/>
    <w:rsid w:val="00C670DD"/>
    <w:rsid w:val="00C6767C"/>
    <w:rsid w:val="00C6771A"/>
    <w:rsid w:val="00C67A0F"/>
    <w:rsid w:val="00C67E78"/>
    <w:rsid w:val="00C70499"/>
    <w:rsid w:val="00C706F8"/>
    <w:rsid w:val="00C70B61"/>
    <w:rsid w:val="00C729AB"/>
    <w:rsid w:val="00C74224"/>
    <w:rsid w:val="00C7587D"/>
    <w:rsid w:val="00C7621C"/>
    <w:rsid w:val="00C76351"/>
    <w:rsid w:val="00C774D5"/>
    <w:rsid w:val="00C777E5"/>
    <w:rsid w:val="00C80235"/>
    <w:rsid w:val="00C81609"/>
    <w:rsid w:val="00C81DC7"/>
    <w:rsid w:val="00C81DF9"/>
    <w:rsid w:val="00C82631"/>
    <w:rsid w:val="00C829F8"/>
    <w:rsid w:val="00C82BC5"/>
    <w:rsid w:val="00C839B3"/>
    <w:rsid w:val="00C8423C"/>
    <w:rsid w:val="00C85484"/>
    <w:rsid w:val="00C861E0"/>
    <w:rsid w:val="00C8622D"/>
    <w:rsid w:val="00C86CE5"/>
    <w:rsid w:val="00C86EF8"/>
    <w:rsid w:val="00C87513"/>
    <w:rsid w:val="00C87F5E"/>
    <w:rsid w:val="00C90B68"/>
    <w:rsid w:val="00C90D00"/>
    <w:rsid w:val="00C9178C"/>
    <w:rsid w:val="00C92F43"/>
    <w:rsid w:val="00C94236"/>
    <w:rsid w:val="00C94868"/>
    <w:rsid w:val="00C9598E"/>
    <w:rsid w:val="00C95C4E"/>
    <w:rsid w:val="00C962DF"/>
    <w:rsid w:val="00C96716"/>
    <w:rsid w:val="00C96A8F"/>
    <w:rsid w:val="00C97810"/>
    <w:rsid w:val="00CA07A9"/>
    <w:rsid w:val="00CA0B53"/>
    <w:rsid w:val="00CA2177"/>
    <w:rsid w:val="00CA3A50"/>
    <w:rsid w:val="00CA5B7A"/>
    <w:rsid w:val="00CA61CA"/>
    <w:rsid w:val="00CA669A"/>
    <w:rsid w:val="00CA6E94"/>
    <w:rsid w:val="00CA718E"/>
    <w:rsid w:val="00CA7D1F"/>
    <w:rsid w:val="00CA7DAA"/>
    <w:rsid w:val="00CB05E5"/>
    <w:rsid w:val="00CB0664"/>
    <w:rsid w:val="00CB1B8B"/>
    <w:rsid w:val="00CB23F4"/>
    <w:rsid w:val="00CB2FC6"/>
    <w:rsid w:val="00CB39D7"/>
    <w:rsid w:val="00CB3C09"/>
    <w:rsid w:val="00CB5E92"/>
    <w:rsid w:val="00CB6F80"/>
    <w:rsid w:val="00CC0B9A"/>
    <w:rsid w:val="00CC0E11"/>
    <w:rsid w:val="00CC151B"/>
    <w:rsid w:val="00CC1892"/>
    <w:rsid w:val="00CC1BD6"/>
    <w:rsid w:val="00CC2180"/>
    <w:rsid w:val="00CC2E4C"/>
    <w:rsid w:val="00CC30B0"/>
    <w:rsid w:val="00CC330A"/>
    <w:rsid w:val="00CC34C1"/>
    <w:rsid w:val="00CC391E"/>
    <w:rsid w:val="00CC4158"/>
    <w:rsid w:val="00CC4C3D"/>
    <w:rsid w:val="00CC5517"/>
    <w:rsid w:val="00CC5ACF"/>
    <w:rsid w:val="00CC5D03"/>
    <w:rsid w:val="00CC6B9A"/>
    <w:rsid w:val="00CC6D20"/>
    <w:rsid w:val="00CC7304"/>
    <w:rsid w:val="00CC75F2"/>
    <w:rsid w:val="00CD068D"/>
    <w:rsid w:val="00CD0F79"/>
    <w:rsid w:val="00CD211E"/>
    <w:rsid w:val="00CD2BE0"/>
    <w:rsid w:val="00CD35B1"/>
    <w:rsid w:val="00CD3CC2"/>
    <w:rsid w:val="00CD465D"/>
    <w:rsid w:val="00CD55BD"/>
    <w:rsid w:val="00CD6651"/>
    <w:rsid w:val="00CD6767"/>
    <w:rsid w:val="00CD7AA7"/>
    <w:rsid w:val="00CE1046"/>
    <w:rsid w:val="00CE1E4D"/>
    <w:rsid w:val="00CE3BE3"/>
    <w:rsid w:val="00CE43A8"/>
    <w:rsid w:val="00CE4D42"/>
    <w:rsid w:val="00CE5171"/>
    <w:rsid w:val="00CE527B"/>
    <w:rsid w:val="00CE5289"/>
    <w:rsid w:val="00CE52E0"/>
    <w:rsid w:val="00CE5AEA"/>
    <w:rsid w:val="00CE5C11"/>
    <w:rsid w:val="00CE6480"/>
    <w:rsid w:val="00CE6A9E"/>
    <w:rsid w:val="00CE6D17"/>
    <w:rsid w:val="00CE6D55"/>
    <w:rsid w:val="00CE7795"/>
    <w:rsid w:val="00CE7E68"/>
    <w:rsid w:val="00CF0431"/>
    <w:rsid w:val="00CF0C50"/>
    <w:rsid w:val="00CF1B46"/>
    <w:rsid w:val="00CF236A"/>
    <w:rsid w:val="00CF2C28"/>
    <w:rsid w:val="00CF37A0"/>
    <w:rsid w:val="00CF38CC"/>
    <w:rsid w:val="00CF3945"/>
    <w:rsid w:val="00CF40BA"/>
    <w:rsid w:val="00CF5B46"/>
    <w:rsid w:val="00CF5FE4"/>
    <w:rsid w:val="00CF62C6"/>
    <w:rsid w:val="00CF6A38"/>
    <w:rsid w:val="00CF6DAA"/>
    <w:rsid w:val="00CF736C"/>
    <w:rsid w:val="00CF7498"/>
    <w:rsid w:val="00CF7D9E"/>
    <w:rsid w:val="00D00061"/>
    <w:rsid w:val="00D002DD"/>
    <w:rsid w:val="00D0118A"/>
    <w:rsid w:val="00D03C92"/>
    <w:rsid w:val="00D05772"/>
    <w:rsid w:val="00D06DED"/>
    <w:rsid w:val="00D07F00"/>
    <w:rsid w:val="00D10CEF"/>
    <w:rsid w:val="00D1111A"/>
    <w:rsid w:val="00D11DDE"/>
    <w:rsid w:val="00D132EE"/>
    <w:rsid w:val="00D13FC1"/>
    <w:rsid w:val="00D14982"/>
    <w:rsid w:val="00D161D8"/>
    <w:rsid w:val="00D16472"/>
    <w:rsid w:val="00D167DC"/>
    <w:rsid w:val="00D17B19"/>
    <w:rsid w:val="00D2003A"/>
    <w:rsid w:val="00D22D23"/>
    <w:rsid w:val="00D252D6"/>
    <w:rsid w:val="00D266D0"/>
    <w:rsid w:val="00D26722"/>
    <w:rsid w:val="00D2680B"/>
    <w:rsid w:val="00D27AF4"/>
    <w:rsid w:val="00D27E61"/>
    <w:rsid w:val="00D30487"/>
    <w:rsid w:val="00D304AA"/>
    <w:rsid w:val="00D31A99"/>
    <w:rsid w:val="00D31CC9"/>
    <w:rsid w:val="00D31F47"/>
    <w:rsid w:val="00D3264F"/>
    <w:rsid w:val="00D33C23"/>
    <w:rsid w:val="00D34A45"/>
    <w:rsid w:val="00D359DF"/>
    <w:rsid w:val="00D361F9"/>
    <w:rsid w:val="00D36815"/>
    <w:rsid w:val="00D36A0C"/>
    <w:rsid w:val="00D36C81"/>
    <w:rsid w:val="00D37829"/>
    <w:rsid w:val="00D379E2"/>
    <w:rsid w:val="00D40902"/>
    <w:rsid w:val="00D40B01"/>
    <w:rsid w:val="00D4281B"/>
    <w:rsid w:val="00D428A5"/>
    <w:rsid w:val="00D42BFC"/>
    <w:rsid w:val="00D4397C"/>
    <w:rsid w:val="00D43B39"/>
    <w:rsid w:val="00D43B92"/>
    <w:rsid w:val="00D44297"/>
    <w:rsid w:val="00D44428"/>
    <w:rsid w:val="00D451E6"/>
    <w:rsid w:val="00D45991"/>
    <w:rsid w:val="00D46846"/>
    <w:rsid w:val="00D47BCB"/>
    <w:rsid w:val="00D47CAA"/>
    <w:rsid w:val="00D509A4"/>
    <w:rsid w:val="00D509F7"/>
    <w:rsid w:val="00D50C95"/>
    <w:rsid w:val="00D5179C"/>
    <w:rsid w:val="00D51ABE"/>
    <w:rsid w:val="00D524D6"/>
    <w:rsid w:val="00D524E0"/>
    <w:rsid w:val="00D525A8"/>
    <w:rsid w:val="00D52675"/>
    <w:rsid w:val="00D52FDD"/>
    <w:rsid w:val="00D54289"/>
    <w:rsid w:val="00D5529B"/>
    <w:rsid w:val="00D55825"/>
    <w:rsid w:val="00D55A00"/>
    <w:rsid w:val="00D5640E"/>
    <w:rsid w:val="00D571D9"/>
    <w:rsid w:val="00D60405"/>
    <w:rsid w:val="00D61605"/>
    <w:rsid w:val="00D61854"/>
    <w:rsid w:val="00D62C47"/>
    <w:rsid w:val="00D62F38"/>
    <w:rsid w:val="00D6330B"/>
    <w:rsid w:val="00D63D4C"/>
    <w:rsid w:val="00D63F92"/>
    <w:rsid w:val="00D644E7"/>
    <w:rsid w:val="00D64C1C"/>
    <w:rsid w:val="00D66879"/>
    <w:rsid w:val="00D67507"/>
    <w:rsid w:val="00D70AD4"/>
    <w:rsid w:val="00D70EC0"/>
    <w:rsid w:val="00D711D4"/>
    <w:rsid w:val="00D71353"/>
    <w:rsid w:val="00D72689"/>
    <w:rsid w:val="00D727F5"/>
    <w:rsid w:val="00D72ECF"/>
    <w:rsid w:val="00D736F8"/>
    <w:rsid w:val="00D73F49"/>
    <w:rsid w:val="00D7426C"/>
    <w:rsid w:val="00D74386"/>
    <w:rsid w:val="00D768D8"/>
    <w:rsid w:val="00D7758E"/>
    <w:rsid w:val="00D80FCA"/>
    <w:rsid w:val="00D82232"/>
    <w:rsid w:val="00D8254F"/>
    <w:rsid w:val="00D82844"/>
    <w:rsid w:val="00D831A1"/>
    <w:rsid w:val="00D84322"/>
    <w:rsid w:val="00D846D8"/>
    <w:rsid w:val="00D849BE"/>
    <w:rsid w:val="00D84D67"/>
    <w:rsid w:val="00D87616"/>
    <w:rsid w:val="00D877B4"/>
    <w:rsid w:val="00D87DC1"/>
    <w:rsid w:val="00D90317"/>
    <w:rsid w:val="00D90324"/>
    <w:rsid w:val="00D907A3"/>
    <w:rsid w:val="00D91491"/>
    <w:rsid w:val="00D91D3C"/>
    <w:rsid w:val="00D92C4E"/>
    <w:rsid w:val="00D93809"/>
    <w:rsid w:val="00D94601"/>
    <w:rsid w:val="00D94F4B"/>
    <w:rsid w:val="00D957F2"/>
    <w:rsid w:val="00D96029"/>
    <w:rsid w:val="00D963DA"/>
    <w:rsid w:val="00D97DAE"/>
    <w:rsid w:val="00DA0932"/>
    <w:rsid w:val="00DA0AD5"/>
    <w:rsid w:val="00DA10DA"/>
    <w:rsid w:val="00DA1299"/>
    <w:rsid w:val="00DA1A39"/>
    <w:rsid w:val="00DA2430"/>
    <w:rsid w:val="00DA2984"/>
    <w:rsid w:val="00DA2C27"/>
    <w:rsid w:val="00DA31D9"/>
    <w:rsid w:val="00DA32E9"/>
    <w:rsid w:val="00DA41ED"/>
    <w:rsid w:val="00DA4417"/>
    <w:rsid w:val="00DA49B4"/>
    <w:rsid w:val="00DA5D95"/>
    <w:rsid w:val="00DA5E89"/>
    <w:rsid w:val="00DA794C"/>
    <w:rsid w:val="00DB032E"/>
    <w:rsid w:val="00DB102C"/>
    <w:rsid w:val="00DB159B"/>
    <w:rsid w:val="00DB4640"/>
    <w:rsid w:val="00DB4DB4"/>
    <w:rsid w:val="00DB54E6"/>
    <w:rsid w:val="00DB5D44"/>
    <w:rsid w:val="00DB5EF1"/>
    <w:rsid w:val="00DB7126"/>
    <w:rsid w:val="00DB71E5"/>
    <w:rsid w:val="00DB7313"/>
    <w:rsid w:val="00DC0D8D"/>
    <w:rsid w:val="00DC118E"/>
    <w:rsid w:val="00DC1F84"/>
    <w:rsid w:val="00DC3473"/>
    <w:rsid w:val="00DC3A8E"/>
    <w:rsid w:val="00DC422A"/>
    <w:rsid w:val="00DC4D7E"/>
    <w:rsid w:val="00DC4FB9"/>
    <w:rsid w:val="00DC7113"/>
    <w:rsid w:val="00DC7150"/>
    <w:rsid w:val="00DC78AA"/>
    <w:rsid w:val="00DC7E89"/>
    <w:rsid w:val="00DD09AA"/>
    <w:rsid w:val="00DD0B40"/>
    <w:rsid w:val="00DD0C31"/>
    <w:rsid w:val="00DD1181"/>
    <w:rsid w:val="00DD17DE"/>
    <w:rsid w:val="00DD278B"/>
    <w:rsid w:val="00DD2A49"/>
    <w:rsid w:val="00DD2CA8"/>
    <w:rsid w:val="00DD3A91"/>
    <w:rsid w:val="00DD4BDB"/>
    <w:rsid w:val="00DD5115"/>
    <w:rsid w:val="00DD5C8A"/>
    <w:rsid w:val="00DD6164"/>
    <w:rsid w:val="00DD6321"/>
    <w:rsid w:val="00DD70E7"/>
    <w:rsid w:val="00DD72A0"/>
    <w:rsid w:val="00DD7331"/>
    <w:rsid w:val="00DD7714"/>
    <w:rsid w:val="00DE0821"/>
    <w:rsid w:val="00DE0D5D"/>
    <w:rsid w:val="00DE1D9E"/>
    <w:rsid w:val="00DE2447"/>
    <w:rsid w:val="00DE3146"/>
    <w:rsid w:val="00DE38B3"/>
    <w:rsid w:val="00DE3DD5"/>
    <w:rsid w:val="00DE48D3"/>
    <w:rsid w:val="00DE52D8"/>
    <w:rsid w:val="00DE5D23"/>
    <w:rsid w:val="00DE5EAF"/>
    <w:rsid w:val="00DE639C"/>
    <w:rsid w:val="00DE681F"/>
    <w:rsid w:val="00DE6B57"/>
    <w:rsid w:val="00DE710D"/>
    <w:rsid w:val="00DE78A9"/>
    <w:rsid w:val="00DE7ACD"/>
    <w:rsid w:val="00DE7EEC"/>
    <w:rsid w:val="00DE7FA1"/>
    <w:rsid w:val="00DF05F0"/>
    <w:rsid w:val="00DF0946"/>
    <w:rsid w:val="00DF2100"/>
    <w:rsid w:val="00DF21A1"/>
    <w:rsid w:val="00DF2411"/>
    <w:rsid w:val="00DF2977"/>
    <w:rsid w:val="00DF2A10"/>
    <w:rsid w:val="00DF2C36"/>
    <w:rsid w:val="00DF3A75"/>
    <w:rsid w:val="00DF43C2"/>
    <w:rsid w:val="00DF4456"/>
    <w:rsid w:val="00DF451F"/>
    <w:rsid w:val="00DF4A5D"/>
    <w:rsid w:val="00DF4EF7"/>
    <w:rsid w:val="00DF576F"/>
    <w:rsid w:val="00DF57C4"/>
    <w:rsid w:val="00DF5E41"/>
    <w:rsid w:val="00E00A02"/>
    <w:rsid w:val="00E01C4D"/>
    <w:rsid w:val="00E01FB8"/>
    <w:rsid w:val="00E0247E"/>
    <w:rsid w:val="00E02941"/>
    <w:rsid w:val="00E034C7"/>
    <w:rsid w:val="00E03505"/>
    <w:rsid w:val="00E03800"/>
    <w:rsid w:val="00E0454F"/>
    <w:rsid w:val="00E04DC1"/>
    <w:rsid w:val="00E0566F"/>
    <w:rsid w:val="00E05EA0"/>
    <w:rsid w:val="00E0667A"/>
    <w:rsid w:val="00E068C4"/>
    <w:rsid w:val="00E100D7"/>
    <w:rsid w:val="00E107F7"/>
    <w:rsid w:val="00E10807"/>
    <w:rsid w:val="00E1194E"/>
    <w:rsid w:val="00E11F38"/>
    <w:rsid w:val="00E12590"/>
    <w:rsid w:val="00E13548"/>
    <w:rsid w:val="00E13DDE"/>
    <w:rsid w:val="00E13E3A"/>
    <w:rsid w:val="00E156DF"/>
    <w:rsid w:val="00E15C75"/>
    <w:rsid w:val="00E16390"/>
    <w:rsid w:val="00E16D48"/>
    <w:rsid w:val="00E1726D"/>
    <w:rsid w:val="00E176A2"/>
    <w:rsid w:val="00E178E0"/>
    <w:rsid w:val="00E17CE4"/>
    <w:rsid w:val="00E20BEE"/>
    <w:rsid w:val="00E2149B"/>
    <w:rsid w:val="00E22808"/>
    <w:rsid w:val="00E23625"/>
    <w:rsid w:val="00E248CA"/>
    <w:rsid w:val="00E24A05"/>
    <w:rsid w:val="00E250D4"/>
    <w:rsid w:val="00E25391"/>
    <w:rsid w:val="00E256BE"/>
    <w:rsid w:val="00E25F60"/>
    <w:rsid w:val="00E26061"/>
    <w:rsid w:val="00E26635"/>
    <w:rsid w:val="00E26792"/>
    <w:rsid w:val="00E30383"/>
    <w:rsid w:val="00E30ECC"/>
    <w:rsid w:val="00E323A4"/>
    <w:rsid w:val="00E324BD"/>
    <w:rsid w:val="00E32946"/>
    <w:rsid w:val="00E32DB7"/>
    <w:rsid w:val="00E3388A"/>
    <w:rsid w:val="00E33E8D"/>
    <w:rsid w:val="00E34808"/>
    <w:rsid w:val="00E36901"/>
    <w:rsid w:val="00E36B76"/>
    <w:rsid w:val="00E40FB8"/>
    <w:rsid w:val="00E410CE"/>
    <w:rsid w:val="00E42AAD"/>
    <w:rsid w:val="00E43CAF"/>
    <w:rsid w:val="00E440EF"/>
    <w:rsid w:val="00E445F2"/>
    <w:rsid w:val="00E44968"/>
    <w:rsid w:val="00E44A2B"/>
    <w:rsid w:val="00E44BC3"/>
    <w:rsid w:val="00E44E0B"/>
    <w:rsid w:val="00E4595E"/>
    <w:rsid w:val="00E4623B"/>
    <w:rsid w:val="00E4654E"/>
    <w:rsid w:val="00E46882"/>
    <w:rsid w:val="00E468C1"/>
    <w:rsid w:val="00E47117"/>
    <w:rsid w:val="00E473E9"/>
    <w:rsid w:val="00E4749F"/>
    <w:rsid w:val="00E474A6"/>
    <w:rsid w:val="00E4752C"/>
    <w:rsid w:val="00E47A36"/>
    <w:rsid w:val="00E47E8A"/>
    <w:rsid w:val="00E47FEA"/>
    <w:rsid w:val="00E50799"/>
    <w:rsid w:val="00E5104C"/>
    <w:rsid w:val="00E512C3"/>
    <w:rsid w:val="00E51923"/>
    <w:rsid w:val="00E51BD8"/>
    <w:rsid w:val="00E527CB"/>
    <w:rsid w:val="00E52988"/>
    <w:rsid w:val="00E529D8"/>
    <w:rsid w:val="00E52BC5"/>
    <w:rsid w:val="00E533C2"/>
    <w:rsid w:val="00E53B75"/>
    <w:rsid w:val="00E54042"/>
    <w:rsid w:val="00E54223"/>
    <w:rsid w:val="00E555E8"/>
    <w:rsid w:val="00E55FAA"/>
    <w:rsid w:val="00E579CB"/>
    <w:rsid w:val="00E60DE9"/>
    <w:rsid w:val="00E61A83"/>
    <w:rsid w:val="00E621E3"/>
    <w:rsid w:val="00E62CDC"/>
    <w:rsid w:val="00E633C6"/>
    <w:rsid w:val="00E63758"/>
    <w:rsid w:val="00E64945"/>
    <w:rsid w:val="00E64B18"/>
    <w:rsid w:val="00E657B7"/>
    <w:rsid w:val="00E65EFC"/>
    <w:rsid w:val="00E66526"/>
    <w:rsid w:val="00E66A68"/>
    <w:rsid w:val="00E66BC5"/>
    <w:rsid w:val="00E66FCE"/>
    <w:rsid w:val="00E701A8"/>
    <w:rsid w:val="00E70CDC"/>
    <w:rsid w:val="00E7126A"/>
    <w:rsid w:val="00E716F9"/>
    <w:rsid w:val="00E72F32"/>
    <w:rsid w:val="00E72F81"/>
    <w:rsid w:val="00E73403"/>
    <w:rsid w:val="00E734C2"/>
    <w:rsid w:val="00E74014"/>
    <w:rsid w:val="00E748A1"/>
    <w:rsid w:val="00E75267"/>
    <w:rsid w:val="00E75DD1"/>
    <w:rsid w:val="00E76B18"/>
    <w:rsid w:val="00E76EFE"/>
    <w:rsid w:val="00E80376"/>
    <w:rsid w:val="00E813F0"/>
    <w:rsid w:val="00E81D82"/>
    <w:rsid w:val="00E829AF"/>
    <w:rsid w:val="00E841F9"/>
    <w:rsid w:val="00E85242"/>
    <w:rsid w:val="00E864A2"/>
    <w:rsid w:val="00E864EC"/>
    <w:rsid w:val="00E90375"/>
    <w:rsid w:val="00E90EA5"/>
    <w:rsid w:val="00E91295"/>
    <w:rsid w:val="00E915A1"/>
    <w:rsid w:val="00E91C75"/>
    <w:rsid w:val="00E9227E"/>
    <w:rsid w:val="00E92617"/>
    <w:rsid w:val="00E928EA"/>
    <w:rsid w:val="00E92BA3"/>
    <w:rsid w:val="00E939AA"/>
    <w:rsid w:val="00E94975"/>
    <w:rsid w:val="00E9523E"/>
    <w:rsid w:val="00E95B07"/>
    <w:rsid w:val="00E967BE"/>
    <w:rsid w:val="00E96816"/>
    <w:rsid w:val="00E97077"/>
    <w:rsid w:val="00E977B2"/>
    <w:rsid w:val="00E97ED9"/>
    <w:rsid w:val="00EA09E4"/>
    <w:rsid w:val="00EA19CC"/>
    <w:rsid w:val="00EA1B4F"/>
    <w:rsid w:val="00EA1F53"/>
    <w:rsid w:val="00EA354A"/>
    <w:rsid w:val="00EA3BBA"/>
    <w:rsid w:val="00EA3C67"/>
    <w:rsid w:val="00EA3E31"/>
    <w:rsid w:val="00EA3F99"/>
    <w:rsid w:val="00EA3FCA"/>
    <w:rsid w:val="00EA46BE"/>
    <w:rsid w:val="00EA5F88"/>
    <w:rsid w:val="00EA66B4"/>
    <w:rsid w:val="00EA6A69"/>
    <w:rsid w:val="00EB2273"/>
    <w:rsid w:val="00EB2BCB"/>
    <w:rsid w:val="00EB2DC3"/>
    <w:rsid w:val="00EB5A92"/>
    <w:rsid w:val="00EB614D"/>
    <w:rsid w:val="00EB69A1"/>
    <w:rsid w:val="00EB7511"/>
    <w:rsid w:val="00EB769E"/>
    <w:rsid w:val="00EB7993"/>
    <w:rsid w:val="00EB7C78"/>
    <w:rsid w:val="00EC01F3"/>
    <w:rsid w:val="00EC101B"/>
    <w:rsid w:val="00EC13C4"/>
    <w:rsid w:val="00EC165E"/>
    <w:rsid w:val="00EC179D"/>
    <w:rsid w:val="00EC1B42"/>
    <w:rsid w:val="00EC1B45"/>
    <w:rsid w:val="00EC20A0"/>
    <w:rsid w:val="00EC2C1D"/>
    <w:rsid w:val="00EC3173"/>
    <w:rsid w:val="00EC3583"/>
    <w:rsid w:val="00EC419C"/>
    <w:rsid w:val="00EC46A7"/>
    <w:rsid w:val="00EC54E0"/>
    <w:rsid w:val="00EC59DC"/>
    <w:rsid w:val="00EC5DB6"/>
    <w:rsid w:val="00EC6140"/>
    <w:rsid w:val="00EC74A1"/>
    <w:rsid w:val="00EC7611"/>
    <w:rsid w:val="00ED17BB"/>
    <w:rsid w:val="00ED18D3"/>
    <w:rsid w:val="00ED1F2B"/>
    <w:rsid w:val="00ED2F25"/>
    <w:rsid w:val="00ED32C0"/>
    <w:rsid w:val="00ED450A"/>
    <w:rsid w:val="00ED4E9C"/>
    <w:rsid w:val="00ED5212"/>
    <w:rsid w:val="00ED69E5"/>
    <w:rsid w:val="00ED6F67"/>
    <w:rsid w:val="00ED761D"/>
    <w:rsid w:val="00ED76B6"/>
    <w:rsid w:val="00ED7D67"/>
    <w:rsid w:val="00EE047B"/>
    <w:rsid w:val="00EE0B14"/>
    <w:rsid w:val="00EE1A6F"/>
    <w:rsid w:val="00EE3931"/>
    <w:rsid w:val="00EE3E6E"/>
    <w:rsid w:val="00EE4AEE"/>
    <w:rsid w:val="00EE4D54"/>
    <w:rsid w:val="00EE61EF"/>
    <w:rsid w:val="00EE6401"/>
    <w:rsid w:val="00EE6E7B"/>
    <w:rsid w:val="00EF0571"/>
    <w:rsid w:val="00EF1E39"/>
    <w:rsid w:val="00EF20E0"/>
    <w:rsid w:val="00EF227C"/>
    <w:rsid w:val="00EF23ED"/>
    <w:rsid w:val="00EF3094"/>
    <w:rsid w:val="00EF31D2"/>
    <w:rsid w:val="00EF3434"/>
    <w:rsid w:val="00EF34AA"/>
    <w:rsid w:val="00EF3A21"/>
    <w:rsid w:val="00EF5098"/>
    <w:rsid w:val="00EF60C8"/>
    <w:rsid w:val="00EF64B4"/>
    <w:rsid w:val="00F012EB"/>
    <w:rsid w:val="00F016F9"/>
    <w:rsid w:val="00F01DAE"/>
    <w:rsid w:val="00F0327C"/>
    <w:rsid w:val="00F0369F"/>
    <w:rsid w:val="00F03CF4"/>
    <w:rsid w:val="00F04369"/>
    <w:rsid w:val="00F04D7E"/>
    <w:rsid w:val="00F04DF0"/>
    <w:rsid w:val="00F05503"/>
    <w:rsid w:val="00F05BDB"/>
    <w:rsid w:val="00F07063"/>
    <w:rsid w:val="00F0717E"/>
    <w:rsid w:val="00F072D9"/>
    <w:rsid w:val="00F079D9"/>
    <w:rsid w:val="00F07ED1"/>
    <w:rsid w:val="00F102EF"/>
    <w:rsid w:val="00F10BD9"/>
    <w:rsid w:val="00F10D87"/>
    <w:rsid w:val="00F11C03"/>
    <w:rsid w:val="00F11C87"/>
    <w:rsid w:val="00F12436"/>
    <w:rsid w:val="00F1268D"/>
    <w:rsid w:val="00F13259"/>
    <w:rsid w:val="00F13747"/>
    <w:rsid w:val="00F138C8"/>
    <w:rsid w:val="00F13CD2"/>
    <w:rsid w:val="00F14B1E"/>
    <w:rsid w:val="00F151EA"/>
    <w:rsid w:val="00F15475"/>
    <w:rsid w:val="00F157A1"/>
    <w:rsid w:val="00F157FD"/>
    <w:rsid w:val="00F15DDC"/>
    <w:rsid w:val="00F16BDC"/>
    <w:rsid w:val="00F179DE"/>
    <w:rsid w:val="00F17DB5"/>
    <w:rsid w:val="00F17E2C"/>
    <w:rsid w:val="00F17FB6"/>
    <w:rsid w:val="00F2065A"/>
    <w:rsid w:val="00F20D34"/>
    <w:rsid w:val="00F20EAE"/>
    <w:rsid w:val="00F210F4"/>
    <w:rsid w:val="00F21235"/>
    <w:rsid w:val="00F214C8"/>
    <w:rsid w:val="00F216E8"/>
    <w:rsid w:val="00F222BA"/>
    <w:rsid w:val="00F223A4"/>
    <w:rsid w:val="00F22952"/>
    <w:rsid w:val="00F23803"/>
    <w:rsid w:val="00F23E2A"/>
    <w:rsid w:val="00F23E8C"/>
    <w:rsid w:val="00F24B07"/>
    <w:rsid w:val="00F25F02"/>
    <w:rsid w:val="00F264D2"/>
    <w:rsid w:val="00F265BD"/>
    <w:rsid w:val="00F2734A"/>
    <w:rsid w:val="00F27C46"/>
    <w:rsid w:val="00F27FD5"/>
    <w:rsid w:val="00F3109F"/>
    <w:rsid w:val="00F31173"/>
    <w:rsid w:val="00F322A3"/>
    <w:rsid w:val="00F332FA"/>
    <w:rsid w:val="00F351D9"/>
    <w:rsid w:val="00F35530"/>
    <w:rsid w:val="00F35572"/>
    <w:rsid w:val="00F36656"/>
    <w:rsid w:val="00F3683F"/>
    <w:rsid w:val="00F36A09"/>
    <w:rsid w:val="00F3770B"/>
    <w:rsid w:val="00F40888"/>
    <w:rsid w:val="00F41CFE"/>
    <w:rsid w:val="00F41DF1"/>
    <w:rsid w:val="00F426AB"/>
    <w:rsid w:val="00F430DB"/>
    <w:rsid w:val="00F431D9"/>
    <w:rsid w:val="00F441E6"/>
    <w:rsid w:val="00F442A8"/>
    <w:rsid w:val="00F44D19"/>
    <w:rsid w:val="00F45030"/>
    <w:rsid w:val="00F464CA"/>
    <w:rsid w:val="00F47301"/>
    <w:rsid w:val="00F47A02"/>
    <w:rsid w:val="00F47A44"/>
    <w:rsid w:val="00F5022B"/>
    <w:rsid w:val="00F50E7A"/>
    <w:rsid w:val="00F5139D"/>
    <w:rsid w:val="00F51660"/>
    <w:rsid w:val="00F525F4"/>
    <w:rsid w:val="00F527AE"/>
    <w:rsid w:val="00F5430A"/>
    <w:rsid w:val="00F54AFD"/>
    <w:rsid w:val="00F54BD9"/>
    <w:rsid w:val="00F56D19"/>
    <w:rsid w:val="00F6003A"/>
    <w:rsid w:val="00F601E7"/>
    <w:rsid w:val="00F60245"/>
    <w:rsid w:val="00F60303"/>
    <w:rsid w:val="00F6095A"/>
    <w:rsid w:val="00F61123"/>
    <w:rsid w:val="00F617AB"/>
    <w:rsid w:val="00F620E5"/>
    <w:rsid w:val="00F62A4C"/>
    <w:rsid w:val="00F62E72"/>
    <w:rsid w:val="00F63094"/>
    <w:rsid w:val="00F6340F"/>
    <w:rsid w:val="00F637A1"/>
    <w:rsid w:val="00F63AC8"/>
    <w:rsid w:val="00F63AF1"/>
    <w:rsid w:val="00F63D0C"/>
    <w:rsid w:val="00F648E0"/>
    <w:rsid w:val="00F64D9D"/>
    <w:rsid w:val="00F6507E"/>
    <w:rsid w:val="00F652BD"/>
    <w:rsid w:val="00F653BA"/>
    <w:rsid w:val="00F65478"/>
    <w:rsid w:val="00F66EA3"/>
    <w:rsid w:val="00F673D1"/>
    <w:rsid w:val="00F67719"/>
    <w:rsid w:val="00F67CDF"/>
    <w:rsid w:val="00F70756"/>
    <w:rsid w:val="00F70820"/>
    <w:rsid w:val="00F70FD3"/>
    <w:rsid w:val="00F71633"/>
    <w:rsid w:val="00F71CAE"/>
    <w:rsid w:val="00F72194"/>
    <w:rsid w:val="00F72A7B"/>
    <w:rsid w:val="00F73745"/>
    <w:rsid w:val="00F73B32"/>
    <w:rsid w:val="00F73D62"/>
    <w:rsid w:val="00F73EE6"/>
    <w:rsid w:val="00F74F0B"/>
    <w:rsid w:val="00F80205"/>
    <w:rsid w:val="00F806BB"/>
    <w:rsid w:val="00F8145E"/>
    <w:rsid w:val="00F81AC1"/>
    <w:rsid w:val="00F81C11"/>
    <w:rsid w:val="00F82140"/>
    <w:rsid w:val="00F8236D"/>
    <w:rsid w:val="00F82A3B"/>
    <w:rsid w:val="00F82FC6"/>
    <w:rsid w:val="00F83E74"/>
    <w:rsid w:val="00F84B85"/>
    <w:rsid w:val="00F84E7D"/>
    <w:rsid w:val="00F8553A"/>
    <w:rsid w:val="00F85905"/>
    <w:rsid w:val="00F85C3A"/>
    <w:rsid w:val="00F85EB7"/>
    <w:rsid w:val="00F85F5B"/>
    <w:rsid w:val="00F86700"/>
    <w:rsid w:val="00F86CA3"/>
    <w:rsid w:val="00F8721E"/>
    <w:rsid w:val="00F873D9"/>
    <w:rsid w:val="00F87EC8"/>
    <w:rsid w:val="00F900F0"/>
    <w:rsid w:val="00F908AD"/>
    <w:rsid w:val="00F916C8"/>
    <w:rsid w:val="00F9270C"/>
    <w:rsid w:val="00F934F8"/>
    <w:rsid w:val="00F94BCA"/>
    <w:rsid w:val="00F94CFF"/>
    <w:rsid w:val="00F9560E"/>
    <w:rsid w:val="00F96871"/>
    <w:rsid w:val="00F9734C"/>
    <w:rsid w:val="00F974D0"/>
    <w:rsid w:val="00F97C6F"/>
    <w:rsid w:val="00F97E74"/>
    <w:rsid w:val="00FA029D"/>
    <w:rsid w:val="00FA2802"/>
    <w:rsid w:val="00FA2F32"/>
    <w:rsid w:val="00FA3301"/>
    <w:rsid w:val="00FA36F4"/>
    <w:rsid w:val="00FA3CAB"/>
    <w:rsid w:val="00FA45CA"/>
    <w:rsid w:val="00FA462F"/>
    <w:rsid w:val="00FA6216"/>
    <w:rsid w:val="00FA6560"/>
    <w:rsid w:val="00FA68B7"/>
    <w:rsid w:val="00FA6EDA"/>
    <w:rsid w:val="00FA7FA4"/>
    <w:rsid w:val="00FB04AE"/>
    <w:rsid w:val="00FB0BF3"/>
    <w:rsid w:val="00FB2195"/>
    <w:rsid w:val="00FB2905"/>
    <w:rsid w:val="00FB33A0"/>
    <w:rsid w:val="00FB4073"/>
    <w:rsid w:val="00FB4859"/>
    <w:rsid w:val="00FB4F1D"/>
    <w:rsid w:val="00FB5153"/>
    <w:rsid w:val="00FB5347"/>
    <w:rsid w:val="00FB60E3"/>
    <w:rsid w:val="00FB7F3C"/>
    <w:rsid w:val="00FC0253"/>
    <w:rsid w:val="00FC0324"/>
    <w:rsid w:val="00FC05F6"/>
    <w:rsid w:val="00FC1392"/>
    <w:rsid w:val="00FC2743"/>
    <w:rsid w:val="00FC2C2F"/>
    <w:rsid w:val="00FC3026"/>
    <w:rsid w:val="00FC41D4"/>
    <w:rsid w:val="00FC56E6"/>
    <w:rsid w:val="00FC634C"/>
    <w:rsid w:val="00FC693F"/>
    <w:rsid w:val="00FC7627"/>
    <w:rsid w:val="00FD0066"/>
    <w:rsid w:val="00FD0338"/>
    <w:rsid w:val="00FD13BC"/>
    <w:rsid w:val="00FD15C1"/>
    <w:rsid w:val="00FD19D6"/>
    <w:rsid w:val="00FD23D5"/>
    <w:rsid w:val="00FD2A31"/>
    <w:rsid w:val="00FD32C6"/>
    <w:rsid w:val="00FD33BE"/>
    <w:rsid w:val="00FD468A"/>
    <w:rsid w:val="00FD77C6"/>
    <w:rsid w:val="00FE04B6"/>
    <w:rsid w:val="00FE06D3"/>
    <w:rsid w:val="00FE072D"/>
    <w:rsid w:val="00FE0D11"/>
    <w:rsid w:val="00FE1D16"/>
    <w:rsid w:val="00FE34B6"/>
    <w:rsid w:val="00FE3EE6"/>
    <w:rsid w:val="00FE5C4F"/>
    <w:rsid w:val="00FE7DE5"/>
    <w:rsid w:val="00FF0270"/>
    <w:rsid w:val="00FF0464"/>
    <w:rsid w:val="00FF11D1"/>
    <w:rsid w:val="00FF1805"/>
    <w:rsid w:val="00FF2E10"/>
    <w:rsid w:val="00FF4365"/>
    <w:rsid w:val="00FF4404"/>
    <w:rsid w:val="00FF56AC"/>
    <w:rsid w:val="00FF6785"/>
    <w:rsid w:val="00FF68F5"/>
    <w:rsid w:val="00FF6982"/>
    <w:rsid w:val="00FF7006"/>
    <w:rsid w:val="00FF7329"/>
    <w:rsid w:val="010DDDB7"/>
    <w:rsid w:val="019E5206"/>
    <w:rsid w:val="03C41151"/>
    <w:rsid w:val="04934DB3"/>
    <w:rsid w:val="0643A0FD"/>
    <w:rsid w:val="0663FB08"/>
    <w:rsid w:val="06C13380"/>
    <w:rsid w:val="07444A82"/>
    <w:rsid w:val="085A8A0C"/>
    <w:rsid w:val="09394855"/>
    <w:rsid w:val="0B1FE30E"/>
    <w:rsid w:val="0D3380CC"/>
    <w:rsid w:val="0E48826C"/>
    <w:rsid w:val="0EDA627D"/>
    <w:rsid w:val="16A2A7CA"/>
    <w:rsid w:val="174E9DD0"/>
    <w:rsid w:val="17FC7637"/>
    <w:rsid w:val="1882FA6A"/>
    <w:rsid w:val="1CECC75B"/>
    <w:rsid w:val="1D59BE95"/>
    <w:rsid w:val="1E8808DC"/>
    <w:rsid w:val="1F33414A"/>
    <w:rsid w:val="1F45EC6B"/>
    <w:rsid w:val="20544AF0"/>
    <w:rsid w:val="2090D0DA"/>
    <w:rsid w:val="20CC540A"/>
    <w:rsid w:val="248D04E4"/>
    <w:rsid w:val="259B659B"/>
    <w:rsid w:val="280362E3"/>
    <w:rsid w:val="283A6383"/>
    <w:rsid w:val="28C5B91B"/>
    <w:rsid w:val="28F8C518"/>
    <w:rsid w:val="2A8820C9"/>
    <w:rsid w:val="2D2F6170"/>
    <w:rsid w:val="2F01F793"/>
    <w:rsid w:val="2F61402D"/>
    <w:rsid w:val="2F910BD6"/>
    <w:rsid w:val="2FB3153E"/>
    <w:rsid w:val="30AA6245"/>
    <w:rsid w:val="31CE7750"/>
    <w:rsid w:val="35A46158"/>
    <w:rsid w:val="36561F7D"/>
    <w:rsid w:val="37A6BA88"/>
    <w:rsid w:val="393BA43E"/>
    <w:rsid w:val="3B070CFC"/>
    <w:rsid w:val="3DCCACED"/>
    <w:rsid w:val="3E996F6A"/>
    <w:rsid w:val="3FA68DAE"/>
    <w:rsid w:val="45462CF1"/>
    <w:rsid w:val="485C6A6D"/>
    <w:rsid w:val="4A2620E8"/>
    <w:rsid w:val="4A365C57"/>
    <w:rsid w:val="4CFCEE6F"/>
    <w:rsid w:val="4D3D6779"/>
    <w:rsid w:val="4DC546DC"/>
    <w:rsid w:val="5123B674"/>
    <w:rsid w:val="55FB3658"/>
    <w:rsid w:val="561E52D7"/>
    <w:rsid w:val="57ABF190"/>
    <w:rsid w:val="57C17024"/>
    <w:rsid w:val="5BEF16AD"/>
    <w:rsid w:val="5C8C56EE"/>
    <w:rsid w:val="5E350379"/>
    <w:rsid w:val="5FAB1A40"/>
    <w:rsid w:val="616A3089"/>
    <w:rsid w:val="62007CA7"/>
    <w:rsid w:val="6210B553"/>
    <w:rsid w:val="623A3705"/>
    <w:rsid w:val="633B1049"/>
    <w:rsid w:val="636894E5"/>
    <w:rsid w:val="6447D84B"/>
    <w:rsid w:val="6488EC94"/>
    <w:rsid w:val="66049BE6"/>
    <w:rsid w:val="6A938C2E"/>
    <w:rsid w:val="6CF73D2D"/>
    <w:rsid w:val="6E53406C"/>
    <w:rsid w:val="6F3A0A10"/>
    <w:rsid w:val="7359EC8B"/>
    <w:rsid w:val="7379935A"/>
    <w:rsid w:val="74457AAC"/>
    <w:rsid w:val="74E08E36"/>
    <w:rsid w:val="763E451D"/>
    <w:rsid w:val="77957A6F"/>
    <w:rsid w:val="7A2EF099"/>
    <w:rsid w:val="7ADE3C6F"/>
    <w:rsid w:val="7B6E190A"/>
    <w:rsid w:val="7B6F25A6"/>
    <w:rsid w:val="7BE64A19"/>
    <w:rsid w:val="7D9A25B2"/>
    <w:rsid w:val="7E6D97B0"/>
    <w:rsid w:val="7EA26033"/>
    <w:rsid w:val="7F1BECA2"/>
    <w:rsid w:val="7F33C3C1"/>
    <w:rsid w:val="7F5B0A43"/>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efaultImageDpi w14:val="330"/>
  <w14:docId w14:val="4318B5D0"/>
  <w15:docId w15:val="{9C12CABD-D9D3-4A2D-8F91-F976DC6DF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eastAsia="Aptos" w:hAnsi="Aptos"/>
      <w:sz w:val="18"/>
    </w:rPr>
  </w:style>
  <w:style w:type="paragraph" w:styleId="Heading1">
    <w:name w:val="heading 1"/>
    <w:basedOn w:val="Normal"/>
    <w:next w:val="Normal"/>
    <w:link w:val="Heading1Char"/>
    <w:uiPriority w:val="9"/>
    <w:qFormat/>
    <w:rsid w:val="00626F78"/>
    <w:pPr>
      <w:spacing w:after="0" w:line="264" w:lineRule="auto"/>
      <w:jc w:val="center"/>
      <w:outlineLvl w:val="0"/>
    </w:pPr>
    <w:rPr>
      <w:b/>
      <w:sz w:val="20"/>
      <w:szCs w:val="20"/>
    </w:rPr>
  </w:style>
  <w:style w:type="paragraph" w:styleId="Heading2">
    <w:name w:val="heading 2"/>
    <w:basedOn w:val="ListParagraph"/>
    <w:next w:val="Normal"/>
    <w:link w:val="Heading2Char"/>
    <w:uiPriority w:val="9"/>
    <w:unhideWhenUsed/>
    <w:qFormat/>
    <w:rsid w:val="00997622"/>
    <w:pPr>
      <w:numPr>
        <w:numId w:val="12"/>
      </w:numPr>
      <w:spacing w:after="0" w:line="264" w:lineRule="auto"/>
      <w:outlineLvl w:val="1"/>
    </w:pPr>
    <w:rPr>
      <w:b/>
      <w:bCs/>
      <w:sz w:val="20"/>
      <w:szCs w:val="20"/>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626F78"/>
    <w:rPr>
      <w:rFonts w:ascii="Aptos" w:eastAsia="Aptos" w:hAnsi="Aptos"/>
      <w:b/>
      <w:sz w:val="20"/>
      <w:szCs w:val="20"/>
    </w:rPr>
  </w:style>
  <w:style w:type="character" w:customStyle="1" w:styleId="Heading2Char">
    <w:name w:val="Heading 2 Char"/>
    <w:basedOn w:val="DefaultParagraphFont"/>
    <w:link w:val="Heading2"/>
    <w:uiPriority w:val="9"/>
    <w:rsid w:val="00997622"/>
    <w:rPr>
      <w:rFonts w:ascii="Aptos" w:eastAsia="Aptos" w:hAnsi="Aptos"/>
      <w:b/>
      <w:bCs/>
      <w:sz w:val="20"/>
      <w:szCs w:val="20"/>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Reference">
    <w:name w:val="Comment Reference"/>
    <w:basedOn w:val="DefaultParagraphFont"/>
    <w:uiPriority w:val="99"/>
    <w:semiHidden/>
    <w:unhideWhenUsed/>
    <w:rsid w:val="00644F4B"/>
    <w:rPr>
      <w:sz w:val="16"/>
      <w:szCs w:val="16"/>
    </w:rPr>
  </w:style>
  <w:style w:type="paragraph" w:customStyle="1" w:styleId="CommentText">
    <w:name w:val="Comment Text"/>
    <w:basedOn w:val="Normal"/>
    <w:link w:val="CommentTextChar"/>
    <w:uiPriority w:val="99"/>
    <w:unhideWhenUsed/>
    <w:rsid w:val="00644F4B"/>
    <w:pPr>
      <w:spacing w:line="240" w:lineRule="auto"/>
    </w:pPr>
    <w:rPr>
      <w:sz w:val="20"/>
      <w:szCs w:val="20"/>
    </w:rPr>
  </w:style>
  <w:style w:type="character" w:customStyle="1" w:styleId="CommentTextChar">
    <w:name w:val="Comment Text Char"/>
    <w:basedOn w:val="DefaultParagraphFont"/>
    <w:link w:val="CommentText"/>
    <w:uiPriority w:val="99"/>
    <w:rsid w:val="00644F4B"/>
    <w:rPr>
      <w:rFonts w:ascii="Aptos" w:eastAsia="Aptos" w:hAnsi="Aptos"/>
      <w:sz w:val="20"/>
      <w:szCs w:val="20"/>
    </w:rPr>
  </w:style>
  <w:style w:type="paragraph" w:customStyle="1" w:styleId="CommentSubject">
    <w:name w:val="Comment Subject"/>
    <w:basedOn w:val="CommentText"/>
    <w:next w:val="CommentText"/>
    <w:link w:val="CommentSubjectChar"/>
    <w:uiPriority w:val="99"/>
    <w:semiHidden/>
    <w:unhideWhenUsed/>
    <w:rsid w:val="00644F4B"/>
    <w:rPr>
      <w:b/>
      <w:bCs/>
    </w:rPr>
  </w:style>
  <w:style w:type="character" w:customStyle="1" w:styleId="CommentSubjectChar">
    <w:name w:val="Comment Subject Char"/>
    <w:basedOn w:val="CommentTextChar"/>
    <w:link w:val="CommentSubject"/>
    <w:uiPriority w:val="99"/>
    <w:semiHidden/>
    <w:rsid w:val="00644F4B"/>
    <w:rPr>
      <w:rFonts w:ascii="Aptos" w:eastAsia="Aptos" w:hAnsi="Aptos"/>
      <w:b/>
      <w:bCs/>
      <w:sz w:val="20"/>
      <w:szCs w:val="20"/>
    </w:rPr>
  </w:style>
  <w:style w:type="character" w:styleId="Mention">
    <w:name w:val="Mention"/>
    <w:basedOn w:val="DefaultParagraphFont"/>
    <w:uiPriority w:val="99"/>
    <w:unhideWhenUsed/>
    <w:rsid w:val="00644F4B"/>
    <w:rPr>
      <w:color w:val="2B579A"/>
      <w:shd w:val="clear" w:color="auto" w:fill="E1DFDD"/>
    </w:rPr>
  </w:style>
  <w:style w:type="paragraph" w:styleId="Revision">
    <w:name w:val="Revision"/>
    <w:hidden/>
    <w:uiPriority w:val="99"/>
    <w:semiHidden/>
    <w:rsid w:val="00C57CC4"/>
    <w:pPr>
      <w:spacing w:after="0" w:line="240" w:lineRule="auto"/>
    </w:pPr>
    <w:rPr>
      <w:rFonts w:ascii="Aptos" w:eastAsia="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0190e3-c0b1-4e79-b81f-b2cc409a73aa">
      <Terms xmlns="http://schemas.microsoft.com/office/infopath/2007/PartnerControls"/>
    </lcf76f155ced4ddcb4097134ff3c332f>
    <TaxCatchAll xmlns="1fd72b08-0c3b-4c4d-b5b4-79d6f648559c" xsi:nil="true"/>
  </documentManagement>
</p:properties>
</file>

<file path=customXml/itemProps1.xml><?xml version="1.0" encoding="utf-8"?>
<ds:datastoreItem xmlns:ds="http://schemas.openxmlformats.org/officeDocument/2006/customXml" ds:itemID="{AB8646E8-4B3A-4772-830C-08A7A1DE0D1C}">
  <ds:schemaRefs/>
</ds:datastoreItem>
</file>

<file path=customXml/itemProps2.xml><?xml version="1.0" encoding="utf-8"?>
<ds:datastoreItem xmlns:ds="http://schemas.openxmlformats.org/officeDocument/2006/customXml" ds:itemID="{072BBB69-C664-4952-816A-E993EB638907}">
  <ds:schemaRefs>
    <ds:schemaRef ds:uri="http://schemas.microsoft.com/sharepoint/v3/contenttype/forms"/>
  </ds:schemaRefs>
</ds:datastoreItem>
</file>

<file path=customXml/itemProps3.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4.xml><?xml version="1.0" encoding="utf-8"?>
<ds:datastoreItem xmlns:ds="http://schemas.openxmlformats.org/officeDocument/2006/customXml" ds:itemID="{A5B6021D-F2FE-4A5B-A703-62DBD2C5CB59}">
  <ds:schemaRefs>
    <ds:schemaRef ds:uri="http://schemas.microsoft.com/office/2006/metadata/properties"/>
    <ds:schemaRef ds:uri="http://schemas.microsoft.com/office/infopath/2007/PartnerControls"/>
    <ds:schemaRef ds:uri="cc35be9f-5edb-4dc9-9e17-e2b8fb52edfa"/>
    <ds:schemaRef ds:uri="3c531760-dd4e-4fef-ab42-724b8dfe465a"/>
  </ds:schemaRefs>
</ds:datastoreItem>
</file>

<file path=docMetadata/LabelInfo.xml><?xml version="1.0" encoding="utf-8"?>
<clbl:labelList xmlns:clbl="http://schemas.microsoft.com/office/2020/mipLabelMetadata">
  <clbl:label id="{9ce70869-60db-44fd-abe8-d2767077fc8f}" enabled="0" method="" siteId="{9ce70869-60db-44fd-abe8-d2767077fc8f}" removed="1"/>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DGMH TRAMB</dc:creator>
  <dc:description>generated by python-docx</dc:description>
  <cp:lastModifiedBy>Daymude, Thomas (Chip) (CDC/NCEZID/OD)</cp:lastModifiedBy>
  <cp:revision>5</cp:revision>
  <cp:lastPrinted>2026-08-20T14:30:00Z</cp:lastPrinted>
  <dcterms:created xsi:type="dcterms:W3CDTF">2026-08-24T14:04:00Z</dcterms:created>
  <dcterms:modified xsi:type="dcterms:W3CDTF">2026-08-26T15:41:47Z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80c24983-da12-4ff7-a073-e67959c04029</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2026-05-20T02:12:10Z</vt:lpwstr>
  </property>
  <property fmtid="{D5CDD505-2E9C-101B-9397-08002B2CF9AE}" pid="11" name="MSIP_Label_7b94a7b8-f06c-4dfe-bdcc-9b548fd58c31_SiteId">
    <vt:lpwstr>9ce70869-60db-44fd-abe8-d2767077fc8f</vt:lpwstr>
  </property>
  <property fmtid="{D5CDD505-2E9C-101B-9397-08002B2CF9AE}" pid="12" name="MSIP_Label_7b94a7b8-f06c-4dfe-bdcc-9b548fd58c31_Tag">
    <vt:lpwstr>10, 0, 1, 1</vt:lpwstr>
  </property>
</Properties>
</file>