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A719A" w:rsidRPr="007B75B9" w:rsidP="00F94D60" w14:paraId="5AA43697" w14:textId="2F16066F">
      <w:pPr>
        <w:spacing w:after="0" w:line="240" w:lineRule="auto"/>
        <w:jc w:val="center"/>
        <w:rPr>
          <w:rFonts w:ascii="Aptos" w:hAnsi="Aptos"/>
          <w:sz w:val="20"/>
          <w:szCs w:val="20"/>
        </w:rPr>
      </w:pPr>
      <w:r w:rsidRPr="007B75B9">
        <w:rPr>
          <w:rFonts w:ascii="Aptos" w:hAnsi="Aptos"/>
          <w:b/>
          <w:sz w:val="20"/>
          <w:szCs w:val="20"/>
        </w:rPr>
        <w:t xml:space="preserve">2026 Ebola-BVD Response: </w:t>
      </w:r>
      <w:r w:rsidRPr="007B75B9" w:rsidR="00433A12">
        <w:rPr>
          <w:rFonts w:ascii="Aptos" w:hAnsi="Aptos"/>
          <w:b/>
          <w:sz w:val="20"/>
          <w:szCs w:val="20"/>
        </w:rPr>
        <w:t>INITIAL</w:t>
      </w:r>
      <w:r w:rsidRPr="007B75B9">
        <w:rPr>
          <w:rFonts w:ascii="Aptos" w:hAnsi="Aptos"/>
          <w:b/>
          <w:sz w:val="20"/>
          <w:szCs w:val="20"/>
        </w:rPr>
        <w:t xml:space="preserve"> Public Health Assessment (IPHA)</w:t>
      </w:r>
    </w:p>
    <w:p w:rsidR="009A719A" w:rsidRPr="00BD2A2C" w:rsidP="00F94D60" w14:paraId="68CF36AA" w14:textId="4B9EB2A4">
      <w:pPr>
        <w:spacing w:after="0" w:line="240" w:lineRule="auto"/>
        <w:jc w:val="center"/>
        <w:rPr>
          <w:rFonts w:ascii="Aptos" w:hAnsi="Aptos"/>
          <w:sz w:val="18"/>
          <w:szCs w:val="18"/>
        </w:rPr>
      </w:pPr>
      <w:r w:rsidRPr="00BD2A2C">
        <w:rPr>
          <w:rFonts w:ascii="Aptos" w:hAnsi="Aptos"/>
          <w:sz w:val="18"/>
          <w:szCs w:val="18"/>
        </w:rPr>
        <w:t xml:space="preserve">For </w:t>
      </w:r>
      <w:r w:rsidR="004F2066">
        <w:rPr>
          <w:rFonts w:ascii="Aptos" w:hAnsi="Aptos"/>
          <w:sz w:val="18"/>
          <w:szCs w:val="18"/>
        </w:rPr>
        <w:t>p</w:t>
      </w:r>
      <w:r w:rsidRPr="00BD2A2C">
        <w:rPr>
          <w:rFonts w:ascii="Aptos" w:hAnsi="Aptos"/>
          <w:sz w:val="18"/>
          <w:szCs w:val="18"/>
        </w:rPr>
        <w:t xml:space="preserve">ort </w:t>
      </w:r>
      <w:r w:rsidR="004F2066">
        <w:rPr>
          <w:rFonts w:ascii="Aptos" w:hAnsi="Aptos"/>
          <w:sz w:val="18"/>
          <w:szCs w:val="18"/>
        </w:rPr>
        <w:t>h</w:t>
      </w:r>
      <w:r w:rsidRPr="00BD2A2C">
        <w:rPr>
          <w:rFonts w:ascii="Aptos" w:hAnsi="Aptos"/>
          <w:sz w:val="18"/>
          <w:szCs w:val="18"/>
        </w:rPr>
        <w:t>ealth</w:t>
      </w:r>
      <w:r w:rsidR="004F2066">
        <w:rPr>
          <w:rFonts w:ascii="Aptos" w:hAnsi="Aptos"/>
          <w:sz w:val="18"/>
          <w:szCs w:val="18"/>
        </w:rPr>
        <w:t xml:space="preserve"> s</w:t>
      </w:r>
      <w:r w:rsidRPr="00BD2A2C">
        <w:rPr>
          <w:rFonts w:ascii="Aptos" w:hAnsi="Aptos"/>
          <w:sz w:val="18"/>
          <w:szCs w:val="18"/>
        </w:rPr>
        <w:t>tation staff and deployers assessing travelers arriving from DRC, Uganda, or South Sudan</w:t>
      </w:r>
      <w:r w:rsidR="009775A3">
        <w:rPr>
          <w:rFonts w:ascii="Aptos" w:hAnsi="Aptos"/>
          <w:sz w:val="18"/>
          <w:szCs w:val="18"/>
        </w:rPr>
        <w:t xml:space="preserve"> (required fields </w:t>
      </w:r>
      <w:r w:rsidR="004F2066">
        <w:rPr>
          <w:rFonts w:ascii="Aptos" w:hAnsi="Aptos"/>
          <w:sz w:val="18"/>
          <w:szCs w:val="18"/>
        </w:rPr>
        <w:t xml:space="preserve">in </w:t>
      </w:r>
      <w:r w:rsidRPr="004F2066" w:rsidR="004F2066">
        <w:rPr>
          <w:rFonts w:ascii="Aptos" w:hAnsi="Aptos"/>
          <w:b/>
          <w:bCs/>
          <w:sz w:val="18"/>
          <w:szCs w:val="18"/>
        </w:rPr>
        <w:t>bold</w:t>
      </w:r>
      <w:r w:rsidR="009775A3">
        <w:rPr>
          <w:rFonts w:ascii="Aptos" w:hAnsi="Aptos"/>
          <w:sz w:val="18"/>
          <w:szCs w:val="18"/>
        </w:rPr>
        <w:t>)</w:t>
      </w:r>
    </w:p>
    <w:tbl>
      <w:tblPr>
        <w:tblW w:w="10790" w:type="dxa"/>
        <w:jc w:val="center"/>
        <w:tblLayout w:type="fixed"/>
        <w:tblLook w:val="04A0"/>
      </w:tblPr>
      <w:tblGrid>
        <w:gridCol w:w="2965"/>
        <w:gridCol w:w="720"/>
        <w:gridCol w:w="2756"/>
        <w:gridCol w:w="813"/>
        <w:gridCol w:w="171"/>
        <w:gridCol w:w="323"/>
        <w:gridCol w:w="1517"/>
        <w:gridCol w:w="13"/>
        <w:gridCol w:w="887"/>
        <w:gridCol w:w="625"/>
      </w:tblGrid>
      <w:tr w14:paraId="04437E44" w14:textId="77777777" w:rsidTr="005B4BD7">
        <w:tblPrEx>
          <w:tblW w:w="10790" w:type="dxa"/>
          <w:jc w:val="center"/>
          <w:tblLayout w:type="fixed"/>
          <w:tblLook w:val="04A0"/>
        </w:tblPrEx>
        <w:trPr>
          <w:trHeight w:val="87"/>
          <w:jc w:val="center"/>
        </w:trPr>
        <w:tc>
          <w:tcPr>
            <w:tcW w:w="2965" w:type="dxa"/>
            <w:tcBorders>
              <w:top w:val="single" w:sz="4" w:space="0" w:color="B7B7B7"/>
              <w:left w:val="single" w:sz="4" w:space="0" w:color="B7B7B7"/>
              <w:bottom w:val="single" w:sz="4" w:space="0" w:color="B7B7B7"/>
              <w:right w:val="single" w:sz="4" w:space="0" w:color="B7B7B7"/>
            </w:tcBorders>
            <w:shd w:val="clear" w:color="auto" w:fill="D9D9D9" w:themeFill="background1" w:themeFillShade="D9"/>
            <w:tcMar>
              <w:top w:w="29" w:type="dxa"/>
              <w:left w:w="29" w:type="dxa"/>
              <w:bottom w:w="29" w:type="dxa"/>
              <w:right w:w="60" w:type="dxa"/>
            </w:tcMar>
            <w:vAlign w:val="bottom"/>
          </w:tcPr>
          <w:p w:rsidR="00505659" w:rsidRPr="00BD2A2C" w:rsidP="00F94D60" w14:paraId="7071029A" w14:textId="52BC3F5C">
            <w:pPr>
              <w:spacing w:after="0" w:line="240" w:lineRule="auto"/>
              <w:rPr>
                <w:rFonts w:ascii="Aptos" w:hAnsi="Aptos"/>
                <w:sz w:val="18"/>
                <w:szCs w:val="18"/>
              </w:rPr>
            </w:pPr>
            <w:r w:rsidRPr="00BD2A2C">
              <w:rPr>
                <w:rFonts w:ascii="Aptos" w:hAnsi="Aptos"/>
                <w:sz w:val="18"/>
                <w:szCs w:val="18"/>
              </w:rPr>
              <w:t>Date/time</w:t>
            </w:r>
            <w:r w:rsidR="00BA10B4">
              <w:rPr>
                <w:rFonts w:ascii="Aptos" w:hAnsi="Aptos"/>
                <w:sz w:val="18"/>
                <w:szCs w:val="18"/>
              </w:rPr>
              <w:t xml:space="preserve"> start</w:t>
            </w:r>
            <w:r w:rsidRPr="00BD2A2C">
              <w:rPr>
                <w:rFonts w:ascii="Aptos" w:hAnsi="Aptos"/>
                <w:sz w:val="18"/>
                <w:szCs w:val="18"/>
              </w:rPr>
              <w:t xml:space="preserve">: </w:t>
            </w:r>
          </w:p>
        </w:tc>
        <w:tc>
          <w:tcPr>
            <w:tcW w:w="4460" w:type="dxa"/>
            <w:gridSpan w:val="4"/>
            <w:tcBorders>
              <w:top w:val="single" w:sz="4" w:space="0" w:color="B7B7B7"/>
              <w:left w:val="single" w:sz="4" w:space="0" w:color="B7B7B7"/>
              <w:bottom w:val="single" w:sz="4" w:space="0" w:color="B7B7B7"/>
              <w:right w:val="single" w:sz="4" w:space="0" w:color="B7B7B7"/>
            </w:tcBorders>
            <w:shd w:val="clear" w:color="auto" w:fill="D9D9D9" w:themeFill="background1" w:themeFillShade="D9"/>
            <w:tcMar>
              <w:top w:w="29" w:type="dxa"/>
              <w:left w:w="29" w:type="dxa"/>
              <w:bottom w:w="29" w:type="dxa"/>
              <w:right w:w="60" w:type="dxa"/>
            </w:tcMar>
            <w:vAlign w:val="bottom"/>
          </w:tcPr>
          <w:p w:rsidR="00505659" w:rsidRPr="00BD2A2C" w:rsidP="00F94D60" w14:paraId="3A7DCEE6" w14:textId="7DDA9282">
            <w:pPr>
              <w:spacing w:after="0" w:line="240" w:lineRule="auto"/>
              <w:rPr>
                <w:rFonts w:ascii="Aptos" w:hAnsi="Aptos"/>
                <w:sz w:val="18"/>
                <w:szCs w:val="18"/>
              </w:rPr>
            </w:pPr>
            <w:r w:rsidRPr="00BD2A2C">
              <w:rPr>
                <w:rFonts w:ascii="Aptos" w:hAnsi="Aptos"/>
                <w:sz w:val="18"/>
                <w:szCs w:val="18"/>
              </w:rPr>
              <w:t xml:space="preserve">POE/PHS: </w:t>
            </w:r>
            <w:r w:rsidR="00CE4DBB">
              <w:rPr>
                <w:rFonts w:ascii="Aptos" w:hAnsi="Aptos"/>
                <w:sz w:val="18"/>
                <w:szCs w:val="18"/>
              </w:rPr>
              <w:tab/>
            </w:r>
            <w:r w:rsidR="00CE4DBB">
              <w:rPr>
                <w:rFonts w:ascii="Aptos" w:hAnsi="Aptos"/>
                <w:sz w:val="18"/>
                <w:szCs w:val="18"/>
              </w:rPr>
              <w:tab/>
            </w:r>
            <w:r>
              <w:rPr>
                <w:rFonts w:ascii="Aptos" w:hAnsi="Aptos"/>
                <w:sz w:val="18"/>
                <w:szCs w:val="18"/>
              </w:rPr>
              <w:t>Screening Area</w:t>
            </w:r>
            <w:r w:rsidR="00517B49">
              <w:rPr>
                <w:rFonts w:ascii="Aptos" w:hAnsi="Aptos"/>
                <w:sz w:val="18"/>
                <w:szCs w:val="18"/>
              </w:rPr>
              <w:t>:</w:t>
            </w:r>
          </w:p>
        </w:tc>
        <w:tc>
          <w:tcPr>
            <w:tcW w:w="3365" w:type="dxa"/>
            <w:gridSpan w:val="5"/>
            <w:tcBorders>
              <w:top w:val="single" w:sz="4" w:space="0" w:color="B7B7B7"/>
              <w:left w:val="single" w:sz="4" w:space="0" w:color="B7B7B7"/>
              <w:bottom w:val="single" w:sz="4" w:space="0" w:color="B7B7B7"/>
              <w:right w:val="single" w:sz="4" w:space="0" w:color="B7B7B7"/>
            </w:tcBorders>
            <w:shd w:val="clear" w:color="auto" w:fill="D9D9D9" w:themeFill="background1" w:themeFillShade="D9"/>
            <w:tcMar>
              <w:top w:w="29" w:type="dxa"/>
              <w:left w:w="29" w:type="dxa"/>
              <w:bottom w:w="29" w:type="dxa"/>
              <w:right w:w="60" w:type="dxa"/>
            </w:tcMar>
            <w:vAlign w:val="bottom"/>
          </w:tcPr>
          <w:p w:rsidR="00505659" w:rsidRPr="00BD2A2C" w:rsidP="00F94D60" w14:paraId="07771843" w14:textId="1FAD78ED">
            <w:pPr>
              <w:spacing w:after="0" w:line="240" w:lineRule="auto"/>
              <w:rPr>
                <w:rFonts w:ascii="Aptos" w:hAnsi="Aptos"/>
                <w:sz w:val="18"/>
                <w:szCs w:val="18"/>
              </w:rPr>
            </w:pPr>
            <w:r w:rsidRPr="004F2066">
              <w:rPr>
                <w:rFonts w:ascii="Aptos" w:hAnsi="Aptos"/>
                <w:b/>
                <w:bCs/>
                <w:sz w:val="18"/>
                <w:szCs w:val="18"/>
              </w:rPr>
              <w:t>CDC User ID</w:t>
            </w:r>
            <w:r w:rsidRPr="004F2066" w:rsidR="00BA7A7F">
              <w:rPr>
                <w:rFonts w:ascii="Aptos" w:hAnsi="Aptos"/>
                <w:b/>
                <w:bCs/>
                <w:sz w:val="18"/>
                <w:szCs w:val="18"/>
              </w:rPr>
              <w:t xml:space="preserve"> of </w:t>
            </w:r>
            <w:r w:rsidRPr="004F2066">
              <w:rPr>
                <w:rFonts w:ascii="Aptos" w:hAnsi="Aptos"/>
                <w:b/>
                <w:sz w:val="18"/>
                <w:szCs w:val="18"/>
              </w:rPr>
              <w:t>Screener</w:t>
            </w:r>
            <w:r w:rsidRPr="00BD2A2C">
              <w:rPr>
                <w:rFonts w:ascii="Aptos" w:hAnsi="Aptos"/>
                <w:sz w:val="18"/>
                <w:szCs w:val="18"/>
              </w:rPr>
              <w:t xml:space="preserve">: </w:t>
            </w:r>
          </w:p>
        </w:tc>
      </w:tr>
      <w:tr w14:paraId="05AE0A7E" w14:textId="77777777" w:rsidTr="00CA27F5">
        <w:tblPrEx>
          <w:tblW w:w="10790" w:type="dxa"/>
          <w:jc w:val="center"/>
          <w:tblLayout w:type="fixed"/>
          <w:tblLook w:val="04A0"/>
        </w:tblPrEx>
        <w:trPr>
          <w:jc w:val="center"/>
        </w:trPr>
        <w:tc>
          <w:tcPr>
            <w:tcW w:w="10790" w:type="dxa"/>
            <w:gridSpan w:val="10"/>
            <w:tcBorders>
              <w:top w:val="single" w:sz="8" w:space="0" w:color="6B7280"/>
              <w:left w:val="single" w:sz="8" w:space="0" w:color="6B7280"/>
              <w:bottom w:val="single" w:sz="8" w:space="0" w:color="6B7280"/>
              <w:right w:val="single" w:sz="8" w:space="0" w:color="6B7280"/>
            </w:tcBorders>
            <w:shd w:val="clear" w:color="auto" w:fill="CFE2F3"/>
            <w:tcMar>
              <w:top w:w="29" w:type="dxa"/>
              <w:left w:w="29" w:type="dxa"/>
              <w:bottom w:w="29" w:type="dxa"/>
              <w:right w:w="70" w:type="dxa"/>
            </w:tcMar>
            <w:vAlign w:val="center"/>
          </w:tcPr>
          <w:p w:rsidR="009A719A" w:rsidRPr="00BD2A2C" w:rsidP="00F94D60" w14:paraId="2C4F9FB1" w14:textId="77777777">
            <w:pPr>
              <w:spacing w:after="0" w:line="240" w:lineRule="auto"/>
              <w:rPr>
                <w:rFonts w:ascii="Aptos" w:hAnsi="Aptos"/>
                <w:sz w:val="18"/>
                <w:szCs w:val="18"/>
              </w:rPr>
            </w:pPr>
            <w:r w:rsidRPr="00BD2A2C">
              <w:rPr>
                <w:rFonts w:ascii="Aptos" w:hAnsi="Aptos"/>
                <w:b/>
                <w:sz w:val="18"/>
                <w:szCs w:val="18"/>
              </w:rPr>
              <w:t xml:space="preserve">A. Immediate illness </w:t>
            </w:r>
            <w:r w:rsidRPr="00BD2A2C">
              <w:rPr>
                <w:rFonts w:ascii="Aptos" w:hAnsi="Aptos"/>
                <w:b/>
                <w:sz w:val="18"/>
                <w:szCs w:val="18"/>
              </w:rPr>
              <w:t>check</w:t>
            </w:r>
            <w:r w:rsidRPr="00BD2A2C">
              <w:rPr>
                <w:rFonts w:ascii="Aptos" w:hAnsi="Aptos"/>
                <w:b/>
                <w:sz w:val="18"/>
                <w:szCs w:val="18"/>
              </w:rPr>
              <w:t xml:space="preserve"> and symptom screen</w:t>
            </w:r>
          </w:p>
        </w:tc>
      </w:tr>
      <w:tr w14:paraId="134C93AD" w14:textId="77777777" w:rsidTr="00CA27F5">
        <w:tblPrEx>
          <w:tblW w:w="10790" w:type="dxa"/>
          <w:jc w:val="center"/>
          <w:tblLayout w:type="fixed"/>
          <w:tblLook w:val="04A0"/>
        </w:tblPrEx>
        <w:trPr>
          <w:jc w:val="center"/>
        </w:trPr>
        <w:tc>
          <w:tcPr>
            <w:tcW w:w="10790" w:type="dxa"/>
            <w:gridSpan w:val="10"/>
            <w:tcBorders>
              <w:top w:val="single" w:sz="4" w:space="0" w:color="B7B7B7"/>
              <w:left w:val="single" w:sz="4" w:space="0" w:color="B7B7B7"/>
              <w:bottom w:val="single" w:sz="4" w:space="0" w:color="B7B7B7"/>
              <w:right w:val="single" w:sz="4" w:space="0" w:color="B7B7B7"/>
            </w:tcBorders>
            <w:shd w:val="clear" w:color="auto" w:fill="FFFFB3"/>
            <w:tcMar>
              <w:top w:w="29" w:type="dxa"/>
              <w:left w:w="29" w:type="dxa"/>
              <w:bottom w:w="29" w:type="dxa"/>
              <w:right w:w="60" w:type="dxa"/>
            </w:tcMar>
            <w:vAlign w:val="center"/>
          </w:tcPr>
          <w:p w:rsidR="00246975" w:rsidRPr="0083477C" w:rsidP="00206664" w14:paraId="17BB9B96" w14:textId="77777777">
            <w:pPr>
              <w:spacing w:after="0" w:line="240" w:lineRule="auto"/>
              <w:rPr>
                <w:rFonts w:ascii="Aptos" w:hAnsi="Aptos"/>
                <w:sz w:val="18"/>
                <w:szCs w:val="18"/>
              </w:rPr>
            </w:pPr>
            <w:r w:rsidRPr="0083477C">
              <w:rPr>
                <w:rFonts w:ascii="Aptos" w:hAnsi="Aptos"/>
                <w:b/>
                <w:sz w:val="18"/>
                <w:szCs w:val="18"/>
              </w:rPr>
              <w:t>Observe for signs of illness before beginning questions. If signs of serious illness consistent with Ebola are present, move passenger immediately to FPHA/secondary assessment area.</w:t>
            </w:r>
          </w:p>
        </w:tc>
      </w:tr>
      <w:tr w14:paraId="7E262D39" w14:textId="77777777" w:rsidTr="00CA27F5">
        <w:tblPrEx>
          <w:tblW w:w="10790" w:type="dxa"/>
          <w:jc w:val="center"/>
          <w:tblLayout w:type="fixed"/>
          <w:tblLook w:val="04A0"/>
        </w:tblPrEx>
        <w:trPr>
          <w:jc w:val="center"/>
        </w:trPr>
        <w:tc>
          <w:tcPr>
            <w:tcW w:w="9278" w:type="dxa"/>
            <w:gridSpan w:val="8"/>
            <w:tcBorders>
              <w:top w:val="single" w:sz="8" w:space="0" w:color="6B7280"/>
              <w:left w:val="single" w:sz="8" w:space="0" w:color="6B7280"/>
              <w:bottom w:val="single" w:sz="8" w:space="0" w:color="6B7280"/>
              <w:right w:val="single" w:sz="8" w:space="0" w:color="6B7280"/>
            </w:tcBorders>
            <w:shd w:val="clear" w:color="auto" w:fill="EAF2F8"/>
            <w:tcMar>
              <w:top w:w="29" w:type="dxa"/>
              <w:left w:w="29" w:type="dxa"/>
              <w:bottom w:w="29" w:type="dxa"/>
              <w:right w:w="70" w:type="dxa"/>
            </w:tcMar>
            <w:vAlign w:val="center"/>
          </w:tcPr>
          <w:p w:rsidR="00FF0060" w:rsidRPr="00BD2A2C" w:rsidP="00F94D60" w14:paraId="00D5384D" w14:textId="77777777">
            <w:pPr>
              <w:spacing w:after="0" w:line="240" w:lineRule="auto"/>
              <w:rPr>
                <w:rFonts w:ascii="Aptos" w:hAnsi="Aptos"/>
                <w:sz w:val="18"/>
                <w:szCs w:val="18"/>
              </w:rPr>
            </w:pPr>
            <w:r w:rsidRPr="00BD2A2C">
              <w:rPr>
                <w:rFonts w:ascii="Aptos" w:hAnsi="Aptos"/>
                <w:b/>
                <w:sz w:val="18"/>
                <w:szCs w:val="18"/>
              </w:rPr>
              <w:t>Screening item</w:t>
            </w:r>
          </w:p>
        </w:tc>
        <w:tc>
          <w:tcPr>
            <w:tcW w:w="887" w:type="dxa"/>
            <w:tcBorders>
              <w:top w:val="single" w:sz="8" w:space="0" w:color="6B7280"/>
              <w:left w:val="single" w:sz="8" w:space="0" w:color="6B7280"/>
              <w:bottom w:val="single" w:sz="8" w:space="0" w:color="6B7280"/>
              <w:right w:val="single" w:sz="8" w:space="0" w:color="6B7280"/>
            </w:tcBorders>
            <w:shd w:val="clear" w:color="auto" w:fill="EAF2F8"/>
            <w:tcMar>
              <w:top w:w="29" w:type="dxa"/>
              <w:left w:w="29" w:type="dxa"/>
              <w:bottom w:w="29" w:type="dxa"/>
              <w:right w:w="70" w:type="dxa"/>
            </w:tcMar>
            <w:vAlign w:val="center"/>
          </w:tcPr>
          <w:p w:rsidR="00FF0060" w:rsidRPr="00BD2A2C" w:rsidP="00F94D60" w14:paraId="0EDDA21D" w14:textId="77777777">
            <w:pPr>
              <w:spacing w:after="0" w:line="240" w:lineRule="auto"/>
              <w:jc w:val="center"/>
              <w:rPr>
                <w:rFonts w:ascii="Aptos" w:hAnsi="Aptos"/>
                <w:sz w:val="18"/>
                <w:szCs w:val="18"/>
              </w:rPr>
            </w:pPr>
            <w:r w:rsidRPr="00BD2A2C">
              <w:rPr>
                <w:rFonts w:ascii="Aptos" w:hAnsi="Aptos"/>
                <w:b/>
                <w:sz w:val="18"/>
                <w:szCs w:val="18"/>
              </w:rPr>
              <w:t>Yes</w:t>
            </w:r>
          </w:p>
        </w:tc>
        <w:tc>
          <w:tcPr>
            <w:tcW w:w="625" w:type="dxa"/>
            <w:tcBorders>
              <w:top w:val="single" w:sz="8" w:space="0" w:color="6B7280"/>
              <w:left w:val="single" w:sz="8" w:space="0" w:color="6B7280"/>
              <w:bottom w:val="single" w:sz="8" w:space="0" w:color="6B7280"/>
              <w:right w:val="single" w:sz="8" w:space="0" w:color="6B7280"/>
            </w:tcBorders>
            <w:shd w:val="clear" w:color="auto" w:fill="EAF2F8"/>
            <w:tcMar>
              <w:top w:w="29" w:type="dxa"/>
              <w:left w:w="29" w:type="dxa"/>
              <w:bottom w:w="29" w:type="dxa"/>
              <w:right w:w="70" w:type="dxa"/>
            </w:tcMar>
            <w:vAlign w:val="center"/>
          </w:tcPr>
          <w:p w:rsidR="00FF0060" w:rsidRPr="00BD2A2C" w:rsidP="00F94D60" w14:paraId="256DBE31" w14:textId="137071B8">
            <w:pPr>
              <w:spacing w:after="0" w:line="240" w:lineRule="auto"/>
              <w:jc w:val="center"/>
              <w:rPr>
                <w:rFonts w:ascii="Aptos" w:hAnsi="Aptos"/>
                <w:sz w:val="18"/>
                <w:szCs w:val="18"/>
              </w:rPr>
            </w:pPr>
            <w:r w:rsidRPr="00BD2A2C">
              <w:rPr>
                <w:rFonts w:ascii="Aptos" w:hAnsi="Aptos"/>
                <w:b/>
                <w:sz w:val="18"/>
                <w:szCs w:val="18"/>
              </w:rPr>
              <w:t>No</w:t>
            </w:r>
          </w:p>
        </w:tc>
      </w:tr>
      <w:tr w14:paraId="3B37BF68" w14:textId="77777777" w:rsidTr="00CA27F5">
        <w:tblPrEx>
          <w:tblW w:w="10790" w:type="dxa"/>
          <w:jc w:val="center"/>
          <w:tblLayout w:type="fixed"/>
          <w:tblLook w:val="04A0"/>
        </w:tblPrEx>
        <w:trPr>
          <w:trHeight w:val="61"/>
          <w:jc w:val="center"/>
        </w:trPr>
        <w:tc>
          <w:tcPr>
            <w:tcW w:w="10790" w:type="dxa"/>
            <w:gridSpan w:val="10"/>
            <w:tcBorders>
              <w:top w:val="single" w:sz="4" w:space="0" w:color="B7B7B7"/>
              <w:left w:val="single" w:sz="4" w:space="0" w:color="B7B7B7"/>
              <w:bottom w:val="single" w:sz="4" w:space="0" w:color="B7B7B7"/>
              <w:right w:val="single" w:sz="4" w:space="0" w:color="B7B7B7"/>
            </w:tcBorders>
            <w:vAlign w:val="center"/>
          </w:tcPr>
          <w:p w:rsidR="00987E76" w:rsidRPr="00BD2A2C" w:rsidP="00F94D60" w14:paraId="1CA6848C" w14:textId="63B40589">
            <w:pPr>
              <w:spacing w:after="0" w:line="240" w:lineRule="auto"/>
              <w:rPr>
                <w:rFonts w:ascii="Aptos" w:hAnsi="Aptos"/>
                <w:sz w:val="18"/>
                <w:szCs w:val="18"/>
              </w:rPr>
            </w:pPr>
            <w:r w:rsidRPr="00BD2A2C">
              <w:rPr>
                <w:rFonts w:ascii="Aptos" w:hAnsi="Aptos"/>
                <w:sz w:val="18"/>
                <w:szCs w:val="18"/>
              </w:rPr>
              <w:t xml:space="preserve">Body temperature: </w:t>
            </w:r>
            <w:r>
              <w:rPr>
                <w:rFonts w:ascii="Aptos" w:hAnsi="Aptos"/>
                <w:sz w:val="18"/>
                <w:szCs w:val="18"/>
              </w:rPr>
              <w:tab/>
            </w:r>
            <w:r>
              <w:rPr>
                <w:rFonts w:ascii="Aptos" w:hAnsi="Aptos"/>
                <w:sz w:val="18"/>
                <w:szCs w:val="18"/>
              </w:rPr>
              <w:t>°</w:t>
            </w:r>
            <w:r w:rsidRPr="00BD2A2C">
              <w:rPr>
                <w:rFonts w:ascii="Aptos" w:hAnsi="Aptos"/>
                <w:sz w:val="18"/>
                <w:szCs w:val="18"/>
              </w:rPr>
              <w:t xml:space="preserve">F    </w:t>
            </w:r>
            <w:r>
              <w:rPr>
                <w:rFonts w:ascii="Aptos" w:hAnsi="Aptos"/>
                <w:sz w:val="18"/>
                <w:szCs w:val="18"/>
              </w:rPr>
              <w:t xml:space="preserve"> </w:t>
            </w:r>
            <w:r>
              <w:rPr>
                <w:rFonts w:ascii="Aptos" w:hAnsi="Aptos"/>
                <w:sz w:val="18"/>
                <w:szCs w:val="18"/>
              </w:rPr>
              <w:tab/>
            </w:r>
          </w:p>
        </w:tc>
      </w:tr>
      <w:tr w14:paraId="79678A17" w14:textId="77777777" w:rsidTr="00CA27F5">
        <w:tblPrEx>
          <w:tblW w:w="10790" w:type="dxa"/>
          <w:jc w:val="center"/>
          <w:tblLayout w:type="fixed"/>
          <w:tblLook w:val="04A0"/>
        </w:tblPrEx>
        <w:trPr>
          <w:trHeight w:val="61"/>
          <w:jc w:val="center"/>
        </w:trPr>
        <w:tc>
          <w:tcPr>
            <w:tcW w:w="9278" w:type="dxa"/>
            <w:gridSpan w:val="8"/>
            <w:tcBorders>
              <w:top w:val="single" w:sz="4" w:space="0" w:color="B7B7B7"/>
              <w:left w:val="single" w:sz="4" w:space="0" w:color="B7B7B7"/>
              <w:bottom w:val="single" w:sz="4" w:space="0" w:color="B7B7B7"/>
              <w:right w:val="single" w:sz="4" w:space="0" w:color="B7B7B7"/>
            </w:tcBorders>
            <w:vAlign w:val="center"/>
          </w:tcPr>
          <w:p w:rsidR="00FF0060" w:rsidRPr="00BD2A2C" w:rsidP="00F94D60" w14:paraId="31E10D18" w14:textId="25DC487C">
            <w:pPr>
              <w:spacing w:after="0" w:line="240" w:lineRule="auto"/>
              <w:rPr>
                <w:rFonts w:ascii="Aptos" w:hAnsi="Aptos"/>
                <w:sz w:val="18"/>
                <w:szCs w:val="18"/>
              </w:rPr>
            </w:pPr>
            <w:r w:rsidRPr="00BD2A2C">
              <w:rPr>
                <w:rFonts w:ascii="Aptos" w:hAnsi="Aptos"/>
                <w:sz w:val="18"/>
                <w:szCs w:val="18"/>
              </w:rPr>
              <w:t>Visible signs of illness</w:t>
            </w:r>
            <w:r w:rsidR="00F70226">
              <w:rPr>
                <w:rFonts w:ascii="Aptos" w:hAnsi="Aptos"/>
                <w:sz w:val="18"/>
                <w:szCs w:val="18"/>
              </w:rPr>
              <w:t xml:space="preserve"> (if not those below, then describe)</w:t>
            </w:r>
            <w:r w:rsidRPr="00BD2A2C">
              <w:rPr>
                <w:rFonts w:ascii="Aptos" w:hAnsi="Aptos"/>
                <w:sz w:val="18"/>
                <w:szCs w:val="18"/>
              </w:rPr>
              <w:t>?</w:t>
            </w:r>
            <w:r w:rsidRPr="00BD2A2C" w:rsidR="0053664C">
              <w:rPr>
                <w:rFonts w:ascii="Aptos" w:hAnsi="Aptos"/>
                <w:sz w:val="18"/>
                <w:szCs w:val="18"/>
              </w:rPr>
              <w:t xml:space="preserve"> </w:t>
            </w:r>
          </w:p>
        </w:tc>
        <w:tc>
          <w:tcPr>
            <w:tcW w:w="887" w:type="dxa"/>
            <w:tcBorders>
              <w:top w:val="single" w:sz="4" w:space="0" w:color="B7B7B7"/>
              <w:left w:val="single" w:sz="4" w:space="0" w:color="B7B7B7"/>
              <w:bottom w:val="single" w:sz="4" w:space="0" w:color="B7B7B7"/>
              <w:right w:val="single" w:sz="4" w:space="0" w:color="B7B7B7"/>
            </w:tcBorders>
            <w:vAlign w:val="center"/>
          </w:tcPr>
          <w:p w:rsidR="00FF0060" w:rsidRPr="00BD2A2C" w:rsidP="00F94D60" w14:paraId="21C0189A" w14:textId="77777777">
            <w:pPr>
              <w:spacing w:after="0" w:line="240" w:lineRule="auto"/>
              <w:jc w:val="center"/>
              <w:rPr>
                <w:rFonts w:ascii="Aptos" w:hAnsi="Aptos"/>
                <w:sz w:val="18"/>
                <w:szCs w:val="18"/>
              </w:rPr>
            </w:pPr>
            <w:r w:rsidRPr="00BD2A2C">
              <w:rPr>
                <w:rFonts w:ascii="Aptos" w:hAnsi="Aptos"/>
                <w:sz w:val="18"/>
                <w:szCs w:val="18"/>
              </w:rPr>
              <w:t>☐</w:t>
            </w:r>
          </w:p>
        </w:tc>
        <w:tc>
          <w:tcPr>
            <w:tcW w:w="625" w:type="dxa"/>
            <w:tcBorders>
              <w:top w:val="single" w:sz="4" w:space="0" w:color="B7B7B7"/>
              <w:left w:val="single" w:sz="4" w:space="0" w:color="B7B7B7"/>
              <w:bottom w:val="single" w:sz="4" w:space="0" w:color="B7B7B7"/>
              <w:right w:val="single" w:sz="4" w:space="0" w:color="B7B7B7"/>
            </w:tcBorders>
            <w:vAlign w:val="center"/>
          </w:tcPr>
          <w:p w:rsidR="00FF0060" w:rsidRPr="00BD2A2C" w:rsidP="00F94D60" w14:paraId="04F9ACD1" w14:textId="6B15C556">
            <w:pPr>
              <w:spacing w:after="0" w:line="240" w:lineRule="auto"/>
              <w:jc w:val="center"/>
              <w:rPr>
                <w:rFonts w:ascii="Aptos" w:hAnsi="Aptos"/>
                <w:sz w:val="18"/>
                <w:szCs w:val="18"/>
              </w:rPr>
            </w:pPr>
            <w:r w:rsidRPr="00BD2A2C">
              <w:rPr>
                <w:rFonts w:ascii="Aptos" w:hAnsi="Aptos"/>
                <w:sz w:val="18"/>
                <w:szCs w:val="18"/>
              </w:rPr>
              <w:t>☐</w:t>
            </w:r>
          </w:p>
        </w:tc>
      </w:tr>
      <w:tr w14:paraId="52124364" w14:textId="77777777" w:rsidTr="00CA27F5">
        <w:tblPrEx>
          <w:tblW w:w="10790" w:type="dxa"/>
          <w:jc w:val="center"/>
          <w:tblLayout w:type="fixed"/>
          <w:tblLook w:val="04A0"/>
        </w:tblPrEx>
        <w:trPr>
          <w:jc w:val="center"/>
        </w:trPr>
        <w:tc>
          <w:tcPr>
            <w:tcW w:w="9278" w:type="dxa"/>
            <w:gridSpan w:val="8"/>
            <w:tcBorders>
              <w:top w:val="single" w:sz="4" w:space="0" w:color="B7B7B7"/>
              <w:left w:val="single" w:sz="4" w:space="0" w:color="B7B7B7"/>
              <w:bottom w:val="single" w:sz="4" w:space="0" w:color="B7B7B7"/>
              <w:right w:val="single" w:sz="4" w:space="0" w:color="B7B7B7"/>
            </w:tcBorders>
            <w:vAlign w:val="center"/>
          </w:tcPr>
          <w:p w:rsidR="00FF0060" w:rsidRPr="00BD2A2C" w:rsidP="00F94D60" w14:paraId="413E1BF6" w14:textId="7A975C9A">
            <w:pPr>
              <w:tabs>
                <w:tab w:val="left" w:pos="2310"/>
              </w:tabs>
              <w:spacing w:after="0" w:line="240" w:lineRule="auto"/>
              <w:rPr>
                <w:rFonts w:ascii="Aptos" w:hAnsi="Aptos"/>
                <w:sz w:val="18"/>
                <w:szCs w:val="18"/>
              </w:rPr>
            </w:pPr>
            <w:r w:rsidRPr="00A4083C">
              <w:rPr>
                <w:rFonts w:ascii="Aptos" w:hAnsi="Aptos"/>
                <w:b/>
                <w:bCs/>
                <w:sz w:val="18"/>
                <w:szCs w:val="18"/>
              </w:rPr>
              <w:t>Today or in the past 2 days:</w:t>
            </w:r>
            <w:r w:rsidR="00602F4B">
              <w:rPr>
                <w:rFonts w:ascii="Aptos" w:hAnsi="Aptos"/>
                <w:sz w:val="18"/>
                <w:szCs w:val="18"/>
              </w:rPr>
              <w:tab/>
            </w:r>
            <w:r w:rsidR="00602F4B">
              <w:rPr>
                <w:rFonts w:ascii="Aptos" w:hAnsi="Aptos"/>
                <w:sz w:val="18"/>
                <w:szCs w:val="18"/>
              </w:rPr>
              <w:t>F</w:t>
            </w:r>
            <w:r w:rsidRPr="00BD2A2C" w:rsidR="00602F4B">
              <w:rPr>
                <w:rFonts w:ascii="Aptos" w:hAnsi="Aptos"/>
                <w:sz w:val="18"/>
                <w:szCs w:val="18"/>
              </w:rPr>
              <w:t>ever (100.4°F / 38°C or higher)</w:t>
            </w:r>
            <w:r w:rsidR="000259DF">
              <w:rPr>
                <w:rFonts w:ascii="Aptos" w:hAnsi="Aptos"/>
                <w:sz w:val="18"/>
                <w:szCs w:val="18"/>
              </w:rPr>
              <w:t xml:space="preserve">, </w:t>
            </w:r>
            <w:r w:rsidRPr="00BD2A2C" w:rsidR="00602F4B">
              <w:rPr>
                <w:rFonts w:ascii="Aptos" w:hAnsi="Aptos"/>
                <w:sz w:val="18"/>
                <w:szCs w:val="18"/>
              </w:rPr>
              <w:t>feeling feverish</w:t>
            </w:r>
            <w:r w:rsidR="00602F4B">
              <w:rPr>
                <w:rFonts w:ascii="Aptos" w:hAnsi="Aptos"/>
                <w:sz w:val="18"/>
                <w:szCs w:val="18"/>
              </w:rPr>
              <w:t>, or c</w:t>
            </w:r>
            <w:r w:rsidRPr="00BD2A2C">
              <w:rPr>
                <w:rFonts w:ascii="Aptos" w:hAnsi="Aptos"/>
                <w:sz w:val="18"/>
                <w:szCs w:val="18"/>
              </w:rPr>
              <w:t>hills?</w:t>
            </w:r>
          </w:p>
        </w:tc>
        <w:tc>
          <w:tcPr>
            <w:tcW w:w="887" w:type="dxa"/>
            <w:tcBorders>
              <w:top w:val="single" w:sz="4" w:space="0" w:color="B7B7B7"/>
              <w:left w:val="single" w:sz="4" w:space="0" w:color="B7B7B7"/>
              <w:bottom w:val="single" w:sz="4" w:space="0" w:color="B7B7B7"/>
              <w:right w:val="single" w:sz="4" w:space="0" w:color="B7B7B7"/>
            </w:tcBorders>
            <w:vAlign w:val="center"/>
          </w:tcPr>
          <w:p w:rsidR="00FF0060" w:rsidRPr="00BD2A2C" w:rsidP="00F94D60" w14:paraId="06C374C0" w14:textId="77777777">
            <w:pPr>
              <w:spacing w:after="0" w:line="240" w:lineRule="auto"/>
              <w:jc w:val="center"/>
              <w:rPr>
                <w:rFonts w:ascii="Aptos" w:hAnsi="Aptos"/>
                <w:sz w:val="18"/>
                <w:szCs w:val="18"/>
              </w:rPr>
            </w:pPr>
            <w:r w:rsidRPr="00BD2A2C">
              <w:rPr>
                <w:rFonts w:ascii="Aptos" w:hAnsi="Aptos"/>
                <w:sz w:val="18"/>
                <w:szCs w:val="18"/>
              </w:rPr>
              <w:t>☐</w:t>
            </w:r>
          </w:p>
        </w:tc>
        <w:tc>
          <w:tcPr>
            <w:tcW w:w="625" w:type="dxa"/>
            <w:tcBorders>
              <w:top w:val="single" w:sz="4" w:space="0" w:color="B7B7B7"/>
              <w:left w:val="single" w:sz="4" w:space="0" w:color="B7B7B7"/>
              <w:bottom w:val="single" w:sz="4" w:space="0" w:color="B7B7B7"/>
              <w:right w:val="single" w:sz="4" w:space="0" w:color="B7B7B7"/>
            </w:tcBorders>
            <w:vAlign w:val="center"/>
          </w:tcPr>
          <w:p w:rsidR="00FF0060" w:rsidRPr="00BD2A2C" w:rsidP="00F94D60" w14:paraId="4BE2ACF6" w14:textId="5A10956B">
            <w:pPr>
              <w:spacing w:after="0" w:line="240" w:lineRule="auto"/>
              <w:jc w:val="center"/>
              <w:rPr>
                <w:rFonts w:ascii="Aptos" w:hAnsi="Aptos"/>
                <w:sz w:val="18"/>
                <w:szCs w:val="18"/>
              </w:rPr>
            </w:pPr>
            <w:r w:rsidRPr="00BD2A2C">
              <w:rPr>
                <w:rFonts w:ascii="Aptos" w:hAnsi="Aptos"/>
                <w:sz w:val="18"/>
                <w:szCs w:val="18"/>
              </w:rPr>
              <w:t>☐</w:t>
            </w:r>
          </w:p>
        </w:tc>
      </w:tr>
      <w:tr w14:paraId="0F1EBCDE" w14:textId="77777777" w:rsidTr="00CA27F5">
        <w:tblPrEx>
          <w:tblW w:w="10790" w:type="dxa"/>
          <w:jc w:val="center"/>
          <w:tblLayout w:type="fixed"/>
          <w:tblLook w:val="04A0"/>
        </w:tblPrEx>
        <w:trPr>
          <w:jc w:val="center"/>
        </w:trPr>
        <w:tc>
          <w:tcPr>
            <w:tcW w:w="9278" w:type="dxa"/>
            <w:gridSpan w:val="8"/>
            <w:tcBorders>
              <w:top w:val="single" w:sz="4" w:space="0" w:color="B7B7B7"/>
              <w:left w:val="single" w:sz="4" w:space="0" w:color="B7B7B7"/>
              <w:bottom w:val="single" w:sz="4" w:space="0" w:color="B7B7B7"/>
              <w:right w:val="single" w:sz="4" w:space="0" w:color="B7B7B7"/>
            </w:tcBorders>
            <w:vAlign w:val="center"/>
          </w:tcPr>
          <w:p w:rsidR="00FF0060" w:rsidRPr="00BD2A2C" w:rsidP="00F94D60" w14:paraId="21B02DFE" w14:textId="03EE1D00">
            <w:pPr>
              <w:tabs>
                <w:tab w:val="left" w:pos="2310"/>
              </w:tabs>
              <w:spacing w:after="0" w:line="240" w:lineRule="auto"/>
              <w:rPr>
                <w:rFonts w:ascii="Aptos" w:hAnsi="Aptos"/>
                <w:sz w:val="18"/>
                <w:szCs w:val="18"/>
              </w:rPr>
            </w:pPr>
            <w:r>
              <w:rPr>
                <w:rFonts w:ascii="Aptos" w:hAnsi="Aptos"/>
                <w:sz w:val="18"/>
                <w:szCs w:val="18"/>
              </w:rPr>
              <w:tab/>
            </w:r>
            <w:r w:rsidRPr="00BD2A2C">
              <w:rPr>
                <w:rFonts w:ascii="Aptos" w:hAnsi="Aptos"/>
                <w:sz w:val="18"/>
                <w:szCs w:val="18"/>
              </w:rPr>
              <w:t>New or unusual headache or body aches?</w:t>
            </w:r>
          </w:p>
        </w:tc>
        <w:tc>
          <w:tcPr>
            <w:tcW w:w="887" w:type="dxa"/>
            <w:tcBorders>
              <w:top w:val="single" w:sz="4" w:space="0" w:color="B7B7B7"/>
              <w:left w:val="single" w:sz="4" w:space="0" w:color="B7B7B7"/>
              <w:bottom w:val="single" w:sz="4" w:space="0" w:color="B7B7B7"/>
              <w:right w:val="single" w:sz="4" w:space="0" w:color="B7B7B7"/>
            </w:tcBorders>
            <w:vAlign w:val="center"/>
          </w:tcPr>
          <w:p w:rsidR="00FF0060" w:rsidRPr="00BD2A2C" w:rsidP="00F94D60" w14:paraId="7EE13ADE" w14:textId="77777777">
            <w:pPr>
              <w:spacing w:after="0" w:line="240" w:lineRule="auto"/>
              <w:jc w:val="center"/>
              <w:rPr>
                <w:rFonts w:ascii="Aptos" w:hAnsi="Aptos"/>
                <w:sz w:val="18"/>
                <w:szCs w:val="18"/>
              </w:rPr>
            </w:pPr>
            <w:r w:rsidRPr="00BD2A2C">
              <w:rPr>
                <w:rFonts w:ascii="Aptos" w:hAnsi="Aptos"/>
                <w:sz w:val="18"/>
                <w:szCs w:val="18"/>
              </w:rPr>
              <w:t>☐</w:t>
            </w:r>
          </w:p>
        </w:tc>
        <w:tc>
          <w:tcPr>
            <w:tcW w:w="625" w:type="dxa"/>
            <w:tcBorders>
              <w:top w:val="single" w:sz="4" w:space="0" w:color="B7B7B7"/>
              <w:left w:val="single" w:sz="4" w:space="0" w:color="B7B7B7"/>
              <w:bottom w:val="single" w:sz="4" w:space="0" w:color="B7B7B7"/>
              <w:right w:val="single" w:sz="4" w:space="0" w:color="B7B7B7"/>
            </w:tcBorders>
            <w:vAlign w:val="center"/>
          </w:tcPr>
          <w:p w:rsidR="00FF0060" w:rsidRPr="00BD2A2C" w:rsidP="00F94D60" w14:paraId="04A027AD" w14:textId="03C2A560">
            <w:pPr>
              <w:spacing w:after="0" w:line="240" w:lineRule="auto"/>
              <w:jc w:val="center"/>
              <w:rPr>
                <w:rFonts w:ascii="Aptos" w:hAnsi="Aptos"/>
                <w:sz w:val="18"/>
                <w:szCs w:val="18"/>
              </w:rPr>
            </w:pPr>
            <w:r w:rsidRPr="00BD2A2C">
              <w:rPr>
                <w:rFonts w:ascii="Aptos" w:hAnsi="Aptos"/>
                <w:sz w:val="18"/>
                <w:szCs w:val="18"/>
              </w:rPr>
              <w:t>☐</w:t>
            </w:r>
          </w:p>
        </w:tc>
      </w:tr>
      <w:tr w14:paraId="2A80B3E7" w14:textId="77777777" w:rsidTr="00CA27F5">
        <w:tblPrEx>
          <w:tblW w:w="10790" w:type="dxa"/>
          <w:jc w:val="center"/>
          <w:tblLayout w:type="fixed"/>
          <w:tblLook w:val="04A0"/>
        </w:tblPrEx>
        <w:trPr>
          <w:jc w:val="center"/>
        </w:trPr>
        <w:tc>
          <w:tcPr>
            <w:tcW w:w="9278" w:type="dxa"/>
            <w:gridSpan w:val="8"/>
            <w:tcBorders>
              <w:top w:val="single" w:sz="4" w:space="0" w:color="B7B7B7"/>
              <w:left w:val="single" w:sz="4" w:space="0" w:color="B7B7B7"/>
              <w:bottom w:val="single" w:sz="4" w:space="0" w:color="B7B7B7"/>
              <w:right w:val="single" w:sz="4" w:space="0" w:color="B7B7B7"/>
            </w:tcBorders>
            <w:vAlign w:val="center"/>
          </w:tcPr>
          <w:p w:rsidR="00FF0060" w:rsidRPr="00BD2A2C" w:rsidP="00F94D60" w14:paraId="294039C9" w14:textId="55D9F24B">
            <w:pPr>
              <w:tabs>
                <w:tab w:val="left" w:pos="2310"/>
              </w:tabs>
              <w:spacing w:after="0" w:line="240" w:lineRule="auto"/>
              <w:rPr>
                <w:rFonts w:ascii="Aptos" w:hAnsi="Aptos"/>
                <w:sz w:val="18"/>
                <w:szCs w:val="18"/>
              </w:rPr>
            </w:pPr>
            <w:r>
              <w:rPr>
                <w:rFonts w:ascii="Aptos" w:hAnsi="Aptos"/>
                <w:sz w:val="18"/>
                <w:szCs w:val="18"/>
              </w:rPr>
              <w:tab/>
            </w:r>
            <w:r w:rsidRPr="00BD2A2C">
              <w:rPr>
                <w:rFonts w:ascii="Aptos" w:hAnsi="Aptos"/>
                <w:sz w:val="18"/>
                <w:szCs w:val="18"/>
              </w:rPr>
              <w:t>Vomiting or diarrhea?</w:t>
            </w:r>
          </w:p>
        </w:tc>
        <w:tc>
          <w:tcPr>
            <w:tcW w:w="887" w:type="dxa"/>
            <w:tcBorders>
              <w:top w:val="single" w:sz="4" w:space="0" w:color="B7B7B7"/>
              <w:left w:val="single" w:sz="4" w:space="0" w:color="B7B7B7"/>
              <w:bottom w:val="single" w:sz="4" w:space="0" w:color="B7B7B7"/>
              <w:right w:val="single" w:sz="4" w:space="0" w:color="B7B7B7"/>
            </w:tcBorders>
            <w:vAlign w:val="center"/>
          </w:tcPr>
          <w:p w:rsidR="00FF0060" w:rsidRPr="00BD2A2C" w:rsidP="00F94D60" w14:paraId="1FF5A325" w14:textId="77777777">
            <w:pPr>
              <w:spacing w:after="0" w:line="240" w:lineRule="auto"/>
              <w:jc w:val="center"/>
              <w:rPr>
                <w:rFonts w:ascii="Aptos" w:hAnsi="Aptos"/>
                <w:sz w:val="18"/>
                <w:szCs w:val="18"/>
              </w:rPr>
            </w:pPr>
            <w:r w:rsidRPr="00BD2A2C">
              <w:rPr>
                <w:rFonts w:ascii="Aptos" w:hAnsi="Aptos"/>
                <w:sz w:val="18"/>
                <w:szCs w:val="18"/>
              </w:rPr>
              <w:t>☐</w:t>
            </w:r>
          </w:p>
        </w:tc>
        <w:tc>
          <w:tcPr>
            <w:tcW w:w="625" w:type="dxa"/>
            <w:tcBorders>
              <w:top w:val="single" w:sz="4" w:space="0" w:color="B7B7B7"/>
              <w:left w:val="single" w:sz="4" w:space="0" w:color="B7B7B7"/>
              <w:bottom w:val="single" w:sz="4" w:space="0" w:color="B7B7B7"/>
              <w:right w:val="single" w:sz="4" w:space="0" w:color="B7B7B7"/>
            </w:tcBorders>
            <w:vAlign w:val="center"/>
          </w:tcPr>
          <w:p w:rsidR="00FF0060" w:rsidRPr="00BD2A2C" w:rsidP="00F94D60" w14:paraId="38E4543E" w14:textId="649BE85F">
            <w:pPr>
              <w:spacing w:after="0" w:line="240" w:lineRule="auto"/>
              <w:jc w:val="center"/>
              <w:rPr>
                <w:rFonts w:ascii="Aptos" w:hAnsi="Aptos"/>
                <w:sz w:val="18"/>
                <w:szCs w:val="18"/>
              </w:rPr>
            </w:pPr>
            <w:r w:rsidRPr="00BD2A2C">
              <w:rPr>
                <w:rFonts w:ascii="Aptos" w:hAnsi="Aptos"/>
                <w:sz w:val="18"/>
                <w:szCs w:val="18"/>
              </w:rPr>
              <w:t>☐</w:t>
            </w:r>
          </w:p>
        </w:tc>
      </w:tr>
      <w:tr w14:paraId="4BDC1E6F" w14:textId="77777777" w:rsidTr="00CA27F5">
        <w:tblPrEx>
          <w:tblW w:w="10790" w:type="dxa"/>
          <w:jc w:val="center"/>
          <w:tblLayout w:type="fixed"/>
          <w:tblLook w:val="04A0"/>
        </w:tblPrEx>
        <w:trPr>
          <w:jc w:val="center"/>
        </w:trPr>
        <w:tc>
          <w:tcPr>
            <w:tcW w:w="9278" w:type="dxa"/>
            <w:gridSpan w:val="8"/>
            <w:tcBorders>
              <w:top w:val="single" w:sz="4" w:space="0" w:color="B7B7B7"/>
              <w:left w:val="single" w:sz="4" w:space="0" w:color="B7B7B7"/>
              <w:bottom w:val="single" w:sz="4" w:space="0" w:color="B7B7B7"/>
              <w:right w:val="single" w:sz="4" w:space="0" w:color="B7B7B7"/>
            </w:tcBorders>
            <w:vAlign w:val="center"/>
          </w:tcPr>
          <w:p w:rsidR="00FF0060" w:rsidRPr="00BD2A2C" w:rsidP="00F94D60" w14:paraId="2682758B" w14:textId="672B3652">
            <w:pPr>
              <w:tabs>
                <w:tab w:val="left" w:pos="2310"/>
              </w:tabs>
              <w:spacing w:after="0" w:line="240" w:lineRule="auto"/>
              <w:rPr>
                <w:rFonts w:ascii="Aptos" w:hAnsi="Aptos"/>
                <w:sz w:val="18"/>
                <w:szCs w:val="18"/>
              </w:rPr>
            </w:pPr>
            <w:r>
              <w:rPr>
                <w:rFonts w:ascii="Aptos" w:hAnsi="Aptos"/>
                <w:sz w:val="18"/>
                <w:szCs w:val="18"/>
              </w:rPr>
              <w:tab/>
            </w:r>
            <w:r w:rsidRPr="00BD2A2C">
              <w:rPr>
                <w:rFonts w:ascii="Aptos" w:hAnsi="Aptos"/>
                <w:sz w:val="18"/>
                <w:szCs w:val="18"/>
              </w:rPr>
              <w:t>New or unusual bleeding unrelated to injury?</w:t>
            </w:r>
          </w:p>
        </w:tc>
        <w:tc>
          <w:tcPr>
            <w:tcW w:w="887" w:type="dxa"/>
            <w:tcBorders>
              <w:top w:val="single" w:sz="4" w:space="0" w:color="B7B7B7"/>
              <w:left w:val="single" w:sz="4" w:space="0" w:color="B7B7B7"/>
              <w:bottom w:val="single" w:sz="4" w:space="0" w:color="B7B7B7"/>
              <w:right w:val="single" w:sz="4" w:space="0" w:color="B7B7B7"/>
            </w:tcBorders>
            <w:vAlign w:val="center"/>
          </w:tcPr>
          <w:p w:rsidR="00FF0060" w:rsidRPr="00BD2A2C" w:rsidP="00F94D60" w14:paraId="75E41A0D" w14:textId="77777777">
            <w:pPr>
              <w:spacing w:after="0" w:line="240" w:lineRule="auto"/>
              <w:jc w:val="center"/>
              <w:rPr>
                <w:rFonts w:ascii="Aptos" w:hAnsi="Aptos"/>
                <w:sz w:val="18"/>
                <w:szCs w:val="18"/>
              </w:rPr>
            </w:pPr>
            <w:r w:rsidRPr="00BD2A2C">
              <w:rPr>
                <w:rFonts w:ascii="Aptos" w:hAnsi="Aptos"/>
                <w:sz w:val="18"/>
                <w:szCs w:val="18"/>
              </w:rPr>
              <w:t>☐</w:t>
            </w:r>
          </w:p>
        </w:tc>
        <w:tc>
          <w:tcPr>
            <w:tcW w:w="625" w:type="dxa"/>
            <w:tcBorders>
              <w:top w:val="single" w:sz="4" w:space="0" w:color="B7B7B7"/>
              <w:left w:val="single" w:sz="4" w:space="0" w:color="B7B7B7"/>
              <w:bottom w:val="single" w:sz="4" w:space="0" w:color="B7B7B7"/>
              <w:right w:val="single" w:sz="4" w:space="0" w:color="B7B7B7"/>
            </w:tcBorders>
            <w:vAlign w:val="center"/>
          </w:tcPr>
          <w:p w:rsidR="00FF0060" w:rsidRPr="00BD2A2C" w:rsidP="00F94D60" w14:paraId="05FCBC9A" w14:textId="36F82772">
            <w:pPr>
              <w:spacing w:after="0" w:line="240" w:lineRule="auto"/>
              <w:jc w:val="center"/>
              <w:rPr>
                <w:rFonts w:ascii="Aptos" w:hAnsi="Aptos"/>
                <w:sz w:val="18"/>
                <w:szCs w:val="18"/>
              </w:rPr>
            </w:pPr>
            <w:r w:rsidRPr="00BD2A2C">
              <w:rPr>
                <w:rFonts w:ascii="Aptos" w:hAnsi="Aptos"/>
                <w:sz w:val="18"/>
                <w:szCs w:val="18"/>
              </w:rPr>
              <w:t>☐</w:t>
            </w:r>
          </w:p>
        </w:tc>
      </w:tr>
      <w:tr w14:paraId="2CAC491D" w14:textId="77777777" w:rsidTr="00CA27F5">
        <w:tblPrEx>
          <w:tblW w:w="10790" w:type="dxa"/>
          <w:jc w:val="center"/>
          <w:tblLayout w:type="fixed"/>
          <w:tblLook w:val="04A0"/>
        </w:tblPrEx>
        <w:trPr>
          <w:jc w:val="center"/>
        </w:trPr>
        <w:tc>
          <w:tcPr>
            <w:tcW w:w="10790" w:type="dxa"/>
            <w:gridSpan w:val="10"/>
            <w:tcBorders>
              <w:top w:val="single" w:sz="8" w:space="0" w:color="6B7280"/>
              <w:left w:val="single" w:sz="8" w:space="0" w:color="6B7280"/>
              <w:bottom w:val="single" w:sz="8" w:space="0" w:color="6B7280"/>
              <w:right w:val="single" w:sz="8" w:space="0" w:color="6B7280"/>
            </w:tcBorders>
            <w:shd w:val="clear" w:color="auto" w:fill="D9EAD3"/>
            <w:tcMar>
              <w:top w:w="29" w:type="dxa"/>
              <w:left w:w="29" w:type="dxa"/>
              <w:bottom w:w="29" w:type="dxa"/>
              <w:right w:w="70" w:type="dxa"/>
            </w:tcMar>
            <w:vAlign w:val="center"/>
          </w:tcPr>
          <w:p w:rsidR="009A719A" w:rsidRPr="00D30B5C" w:rsidP="00F94D60" w14:paraId="377C0A84" w14:textId="796F26BA">
            <w:pPr>
              <w:spacing w:after="0" w:line="240" w:lineRule="auto"/>
              <w:rPr>
                <w:rFonts w:ascii="Aptos" w:hAnsi="Aptos"/>
                <w:b/>
                <w:sz w:val="18"/>
                <w:szCs w:val="18"/>
              </w:rPr>
            </w:pPr>
            <w:r w:rsidRPr="00BD2A2C">
              <w:rPr>
                <w:rFonts w:ascii="Aptos" w:hAnsi="Aptos"/>
                <w:b/>
                <w:sz w:val="18"/>
                <w:szCs w:val="18"/>
              </w:rPr>
              <w:t xml:space="preserve">B. </w:t>
            </w:r>
            <w:r w:rsidRPr="01716476" w:rsidR="13CCDBDA">
              <w:rPr>
                <w:rFonts w:ascii="Aptos" w:hAnsi="Aptos"/>
                <w:b/>
                <w:bCs/>
                <w:sz w:val="18"/>
                <w:szCs w:val="18"/>
              </w:rPr>
              <w:t>Presence in</w:t>
            </w:r>
            <w:r w:rsidRPr="00BD2A2C">
              <w:rPr>
                <w:rFonts w:ascii="Aptos" w:hAnsi="Aptos"/>
                <w:b/>
                <w:sz w:val="18"/>
                <w:szCs w:val="18"/>
              </w:rPr>
              <w:t xml:space="preserve"> affected countries and locations</w:t>
            </w:r>
            <w:r w:rsidRPr="00D30B5C" w:rsidR="32F1B2D3">
              <w:rPr>
                <w:rFonts w:ascii="Aptos" w:hAnsi="Aptos"/>
                <w:b/>
                <w:sz w:val="18"/>
                <w:szCs w:val="18"/>
              </w:rPr>
              <w:t xml:space="preserve"> in the past 21 days:</w:t>
            </w:r>
          </w:p>
        </w:tc>
      </w:tr>
      <w:tr w14:paraId="381F0480" w14:textId="77777777" w:rsidTr="00CA27F5">
        <w:tblPrEx>
          <w:tblW w:w="10790" w:type="dxa"/>
          <w:jc w:val="center"/>
          <w:tblLayout w:type="fixed"/>
          <w:tblLook w:val="04A0"/>
        </w:tblPrEx>
        <w:trPr>
          <w:trHeight w:val="222"/>
          <w:jc w:val="center"/>
        </w:trPr>
        <w:tc>
          <w:tcPr>
            <w:tcW w:w="10790" w:type="dxa"/>
            <w:gridSpan w:val="10"/>
            <w:tcBorders>
              <w:top w:val="single" w:sz="4" w:space="0" w:color="B7B7B7"/>
              <w:left w:val="single" w:sz="4" w:space="0" w:color="B7B7B7"/>
              <w:bottom w:val="single" w:sz="4" w:space="0" w:color="B7B7B7"/>
              <w:right w:val="single" w:sz="4" w:space="0" w:color="B7B7B7"/>
            </w:tcBorders>
            <w:tcMar>
              <w:top w:w="29" w:type="dxa"/>
              <w:left w:w="29" w:type="dxa"/>
              <w:bottom w:w="29" w:type="dxa"/>
              <w:right w:w="60" w:type="dxa"/>
            </w:tcMar>
            <w:vAlign w:val="center"/>
          </w:tcPr>
          <w:p w:rsidR="008D03A8" w:rsidP="00F94D60" w14:paraId="3A451CF5" w14:textId="70F71DBC">
            <w:pPr>
              <w:spacing w:after="0" w:line="240" w:lineRule="auto"/>
              <w:rPr>
                <w:rFonts w:ascii="Aptos" w:hAnsi="Aptos"/>
                <w:sz w:val="18"/>
                <w:szCs w:val="18"/>
              </w:rPr>
            </w:pPr>
            <w:r w:rsidRPr="00BD2A2C">
              <w:rPr>
                <w:rFonts w:ascii="Aptos" w:hAnsi="Aptos"/>
                <w:sz w:val="18"/>
                <w:szCs w:val="18"/>
              </w:rPr>
              <w:t xml:space="preserve">☐ </w:t>
            </w:r>
            <w:r w:rsidRPr="00BD2A2C" w:rsidR="00A919DE">
              <w:rPr>
                <w:rFonts w:ascii="Aptos" w:hAnsi="Aptos"/>
                <w:sz w:val="18"/>
                <w:szCs w:val="18"/>
              </w:rPr>
              <w:t>DRC</w:t>
            </w:r>
            <w:r>
              <w:rPr>
                <w:rFonts w:ascii="Aptos" w:hAnsi="Aptos"/>
                <w:sz w:val="18"/>
                <w:szCs w:val="18"/>
              </w:rPr>
              <w:t xml:space="preserve">  </w:t>
            </w:r>
            <w:r w:rsidRPr="00BD2A2C">
              <w:rPr>
                <w:rFonts w:ascii="Aptos" w:hAnsi="Aptos"/>
                <w:sz w:val="18"/>
                <w:szCs w:val="18"/>
              </w:rPr>
              <w:t xml:space="preserve"> </w:t>
            </w:r>
            <w:r w:rsidR="008662BB">
              <w:rPr>
                <w:rFonts w:ascii="Aptos" w:hAnsi="Aptos"/>
                <w:sz w:val="18"/>
                <w:szCs w:val="18"/>
              </w:rPr>
              <w:t xml:space="preserve"> </w:t>
            </w:r>
            <w:r w:rsidRPr="00BD2A2C">
              <w:rPr>
                <w:rFonts w:ascii="Aptos" w:hAnsi="Aptos"/>
                <w:sz w:val="18"/>
                <w:szCs w:val="18"/>
              </w:rPr>
              <w:t>☐</w:t>
            </w:r>
            <w:r w:rsidRPr="00BD2A2C" w:rsidR="00A919DE">
              <w:rPr>
                <w:rFonts w:ascii="Aptos" w:hAnsi="Aptos"/>
                <w:sz w:val="18"/>
                <w:szCs w:val="18"/>
              </w:rPr>
              <w:t xml:space="preserve"> Uganda</w:t>
            </w:r>
            <w:r w:rsidRPr="00BD2A2C">
              <w:rPr>
                <w:rFonts w:ascii="Aptos" w:hAnsi="Aptos"/>
                <w:sz w:val="18"/>
                <w:szCs w:val="18"/>
              </w:rPr>
              <w:t xml:space="preserve"> </w:t>
            </w:r>
            <w:r>
              <w:rPr>
                <w:rFonts w:ascii="Aptos" w:hAnsi="Aptos"/>
                <w:sz w:val="18"/>
                <w:szCs w:val="18"/>
              </w:rPr>
              <w:t xml:space="preserve">  </w:t>
            </w:r>
            <w:r w:rsidRPr="00BD2A2C">
              <w:rPr>
                <w:rFonts w:ascii="Aptos" w:hAnsi="Aptos"/>
                <w:sz w:val="18"/>
                <w:szCs w:val="18"/>
              </w:rPr>
              <w:t>☐</w:t>
            </w:r>
            <w:r w:rsidRPr="00BD2A2C" w:rsidR="00A919DE">
              <w:rPr>
                <w:rFonts w:ascii="Aptos" w:hAnsi="Aptos"/>
                <w:sz w:val="18"/>
                <w:szCs w:val="18"/>
              </w:rPr>
              <w:t xml:space="preserve"> South Sudan </w:t>
            </w:r>
            <w:r>
              <w:rPr>
                <w:rFonts w:ascii="Aptos" w:hAnsi="Aptos"/>
                <w:sz w:val="18"/>
                <w:szCs w:val="18"/>
              </w:rPr>
              <w:t xml:space="preserve">  </w:t>
            </w:r>
            <w:r w:rsidR="00E846ED">
              <w:rPr>
                <w:rFonts w:ascii="Aptos" w:hAnsi="Aptos"/>
                <w:sz w:val="18"/>
                <w:szCs w:val="18"/>
              </w:rPr>
              <w:tab/>
            </w:r>
            <w:r w:rsidRPr="00BD2A2C" w:rsidR="00862A8F">
              <w:rPr>
                <w:rFonts w:ascii="Aptos" w:hAnsi="Aptos"/>
                <w:sz w:val="18"/>
                <w:szCs w:val="18"/>
              </w:rPr>
              <w:t>☐</w:t>
            </w:r>
            <w:r w:rsidRPr="00BD2A2C">
              <w:rPr>
                <w:rFonts w:ascii="Aptos" w:hAnsi="Aptos"/>
                <w:sz w:val="18"/>
                <w:szCs w:val="18"/>
              </w:rPr>
              <w:t xml:space="preserve"> </w:t>
            </w:r>
            <w:r w:rsidRPr="00BD2A2C" w:rsidR="008662BB">
              <w:rPr>
                <w:rFonts w:ascii="Aptos" w:hAnsi="Aptos"/>
                <w:sz w:val="18"/>
                <w:szCs w:val="18"/>
              </w:rPr>
              <w:t>Transit</w:t>
            </w:r>
            <w:r>
              <w:rPr>
                <w:rFonts w:ascii="Aptos" w:hAnsi="Aptos"/>
                <w:sz w:val="18"/>
                <w:szCs w:val="18"/>
              </w:rPr>
              <w:t xml:space="preserve">ed through DRC </w:t>
            </w:r>
            <w:r w:rsidR="000340E9">
              <w:rPr>
                <w:rFonts w:ascii="Aptos" w:hAnsi="Aptos"/>
                <w:sz w:val="18"/>
                <w:szCs w:val="18"/>
              </w:rPr>
              <w:t xml:space="preserve">(airport transfer </w:t>
            </w:r>
            <w:r w:rsidRPr="00BD2A2C">
              <w:rPr>
                <w:rFonts w:ascii="Aptos" w:hAnsi="Aptos"/>
                <w:sz w:val="18"/>
                <w:szCs w:val="18"/>
              </w:rPr>
              <w:t>only</w:t>
            </w:r>
            <w:r>
              <w:rPr>
                <w:rFonts w:ascii="Aptos" w:hAnsi="Aptos"/>
                <w:sz w:val="18"/>
                <w:szCs w:val="18"/>
              </w:rPr>
              <w:t>)</w:t>
            </w:r>
            <w:r w:rsidR="00EC0787">
              <w:rPr>
                <w:rFonts w:ascii="Aptos" w:hAnsi="Aptos"/>
                <w:sz w:val="18"/>
                <w:szCs w:val="18"/>
              </w:rPr>
              <w:t xml:space="preserve">  </w:t>
            </w:r>
            <w:r w:rsidRPr="00BD2A2C">
              <w:rPr>
                <w:rFonts w:ascii="Aptos" w:hAnsi="Aptos"/>
                <w:sz w:val="18"/>
                <w:szCs w:val="18"/>
              </w:rPr>
              <w:t xml:space="preserve"> </w:t>
            </w:r>
            <w:r>
              <w:rPr>
                <w:rFonts w:ascii="Aptos" w:hAnsi="Aptos"/>
                <w:sz w:val="18"/>
                <w:szCs w:val="18"/>
              </w:rPr>
              <w:t>☐</w:t>
            </w:r>
            <w:r w:rsidRPr="00BD2A2C">
              <w:rPr>
                <w:rFonts w:ascii="Aptos" w:hAnsi="Aptos"/>
                <w:sz w:val="18"/>
                <w:szCs w:val="18"/>
              </w:rPr>
              <w:t xml:space="preserve"> Transit</w:t>
            </w:r>
            <w:r>
              <w:rPr>
                <w:rFonts w:ascii="Aptos" w:hAnsi="Aptos"/>
                <w:sz w:val="18"/>
                <w:szCs w:val="18"/>
              </w:rPr>
              <w:t xml:space="preserve">ed through Uganda (airport transfer </w:t>
            </w:r>
            <w:r w:rsidRPr="00BD2A2C">
              <w:rPr>
                <w:rFonts w:ascii="Aptos" w:hAnsi="Aptos"/>
                <w:sz w:val="18"/>
                <w:szCs w:val="18"/>
              </w:rPr>
              <w:t>only</w:t>
            </w:r>
            <w:r>
              <w:rPr>
                <w:rFonts w:ascii="Aptos" w:hAnsi="Aptos"/>
                <w:sz w:val="18"/>
                <w:szCs w:val="18"/>
              </w:rPr>
              <w:t>)</w:t>
            </w:r>
            <w:r w:rsidRPr="00BD2A2C">
              <w:rPr>
                <w:rFonts w:ascii="Aptos" w:hAnsi="Aptos"/>
                <w:sz w:val="18"/>
                <w:szCs w:val="18"/>
              </w:rPr>
              <w:t xml:space="preserve"> </w:t>
            </w:r>
            <w:r>
              <w:rPr>
                <w:rFonts w:ascii="Aptos" w:hAnsi="Aptos"/>
                <w:sz w:val="18"/>
                <w:szCs w:val="18"/>
              </w:rPr>
              <w:t xml:space="preserve"> </w:t>
            </w:r>
          </w:p>
          <w:p w:rsidR="009A719A" w:rsidRPr="00BD2A2C" w:rsidP="00F94D60" w14:paraId="687DAB3C" w14:textId="1913B884">
            <w:pPr>
              <w:spacing w:after="0" w:line="240" w:lineRule="auto"/>
              <w:rPr>
                <w:rFonts w:ascii="Aptos" w:hAnsi="Aptos"/>
                <w:sz w:val="18"/>
                <w:szCs w:val="18"/>
              </w:rPr>
            </w:pPr>
            <w:r w:rsidRPr="00BD2A2C">
              <w:rPr>
                <w:rFonts w:ascii="Aptos" w:hAnsi="Aptos"/>
                <w:sz w:val="18"/>
                <w:szCs w:val="18"/>
              </w:rPr>
              <w:t>☐ Transit</w:t>
            </w:r>
            <w:r>
              <w:rPr>
                <w:rFonts w:ascii="Aptos" w:hAnsi="Aptos"/>
                <w:sz w:val="18"/>
                <w:szCs w:val="18"/>
              </w:rPr>
              <w:t xml:space="preserve">ed through South Sudan (airport transfer </w:t>
            </w:r>
            <w:r w:rsidRPr="00BD2A2C" w:rsidR="00EC0787">
              <w:rPr>
                <w:rFonts w:ascii="Aptos" w:hAnsi="Aptos"/>
                <w:sz w:val="18"/>
                <w:szCs w:val="18"/>
              </w:rPr>
              <w:t>only</w:t>
            </w:r>
            <w:r w:rsidR="00EC0787">
              <w:rPr>
                <w:rFonts w:ascii="Aptos" w:hAnsi="Aptos"/>
                <w:sz w:val="18"/>
                <w:szCs w:val="18"/>
              </w:rPr>
              <w:t xml:space="preserve">)  </w:t>
            </w:r>
            <w:r w:rsidR="008662BB">
              <w:rPr>
                <w:rFonts w:ascii="Aptos" w:hAnsi="Aptos"/>
                <w:sz w:val="18"/>
                <w:szCs w:val="18"/>
              </w:rPr>
              <w:t xml:space="preserve"> </w:t>
            </w:r>
            <w:r w:rsidRPr="00BD2A2C" w:rsidR="00A919DE">
              <w:rPr>
                <w:rFonts w:ascii="Aptos" w:hAnsi="Aptos"/>
                <w:sz w:val="18"/>
                <w:szCs w:val="18"/>
              </w:rPr>
              <w:t xml:space="preserve">☐ </w:t>
            </w:r>
            <w:r w:rsidR="0011662C">
              <w:rPr>
                <w:rFonts w:ascii="Aptos" w:hAnsi="Aptos"/>
                <w:sz w:val="18"/>
                <w:szCs w:val="18"/>
              </w:rPr>
              <w:t>None</w:t>
            </w:r>
            <w:r w:rsidR="00591209">
              <w:rPr>
                <w:rFonts w:ascii="Aptos" w:hAnsi="Aptos"/>
                <w:sz w:val="18"/>
                <w:szCs w:val="18"/>
              </w:rPr>
              <w:t xml:space="preserve"> </w:t>
            </w:r>
            <w:r w:rsidR="008662BB">
              <w:rPr>
                <w:rFonts w:ascii="Aptos" w:hAnsi="Aptos"/>
                <w:sz w:val="18"/>
                <w:szCs w:val="18"/>
              </w:rPr>
              <w:t>(</w:t>
            </w:r>
            <w:r w:rsidRPr="00BD2A2C" w:rsidR="00A919DE">
              <w:rPr>
                <w:rFonts w:ascii="Aptos" w:hAnsi="Aptos"/>
                <w:sz w:val="18"/>
                <w:szCs w:val="18"/>
              </w:rPr>
              <w:t>explain:</w:t>
            </w:r>
            <w:r w:rsidR="008662BB">
              <w:rPr>
                <w:rFonts w:ascii="Aptos" w:hAnsi="Aptos"/>
                <w:sz w:val="18"/>
                <w:szCs w:val="18"/>
              </w:rPr>
              <w:t>)</w:t>
            </w:r>
            <w:r w:rsidRPr="00BD2A2C" w:rsidR="00A919DE">
              <w:rPr>
                <w:rFonts w:ascii="Aptos" w:hAnsi="Aptos"/>
                <w:sz w:val="18"/>
                <w:szCs w:val="18"/>
              </w:rPr>
              <w:t xml:space="preserve"> </w:t>
            </w:r>
            <w:r w:rsidR="00354360">
              <w:rPr>
                <w:rFonts w:ascii="Aptos" w:hAnsi="Aptos"/>
                <w:sz w:val="18"/>
                <w:szCs w:val="18"/>
              </w:rPr>
              <w:t xml:space="preserve"> </w:t>
            </w:r>
          </w:p>
        </w:tc>
      </w:tr>
      <w:tr w14:paraId="2D6AAC8D" w14:textId="77777777" w:rsidTr="00CA27F5">
        <w:tblPrEx>
          <w:tblW w:w="10790" w:type="dxa"/>
          <w:jc w:val="center"/>
          <w:tblLayout w:type="fixed"/>
          <w:tblLook w:val="04A0"/>
        </w:tblPrEx>
        <w:trPr>
          <w:trHeight w:val="132"/>
          <w:jc w:val="center"/>
        </w:trPr>
        <w:tc>
          <w:tcPr>
            <w:tcW w:w="10790" w:type="dxa"/>
            <w:gridSpan w:val="10"/>
            <w:tcBorders>
              <w:top w:val="single" w:sz="4" w:space="0" w:color="B7B7B7"/>
              <w:left w:val="single" w:sz="4" w:space="0" w:color="B7B7B7"/>
              <w:bottom w:val="single" w:sz="4" w:space="0" w:color="B7B7B7"/>
              <w:right w:val="single" w:sz="4" w:space="0" w:color="B7B7B7"/>
            </w:tcBorders>
            <w:tcMar>
              <w:top w:w="29" w:type="dxa"/>
              <w:left w:w="29" w:type="dxa"/>
              <w:bottom w:w="29" w:type="dxa"/>
              <w:right w:w="60" w:type="dxa"/>
            </w:tcMar>
          </w:tcPr>
          <w:p w:rsidR="009A719A" w:rsidRPr="00BD2A2C" w:rsidP="00F94D60" w14:paraId="47EB6ABD" w14:textId="430C4378">
            <w:pPr>
              <w:spacing w:after="0" w:line="240" w:lineRule="auto"/>
              <w:rPr>
                <w:rFonts w:ascii="Aptos" w:hAnsi="Aptos"/>
                <w:sz w:val="18"/>
                <w:szCs w:val="18"/>
              </w:rPr>
            </w:pPr>
            <w:r w:rsidRPr="00BD2A2C">
              <w:rPr>
                <w:rFonts w:ascii="Aptos" w:hAnsi="Aptos"/>
                <w:sz w:val="18"/>
                <w:szCs w:val="18"/>
              </w:rPr>
              <w:t>Cities / provinces / health zones</w:t>
            </w:r>
            <w:r w:rsidR="005822BD">
              <w:rPr>
                <w:rFonts w:ascii="Aptos" w:hAnsi="Aptos"/>
                <w:sz w:val="18"/>
                <w:szCs w:val="18"/>
              </w:rPr>
              <w:t xml:space="preserve"> visited</w:t>
            </w:r>
            <w:r w:rsidRPr="00BD2A2C">
              <w:rPr>
                <w:rFonts w:ascii="Aptos" w:hAnsi="Aptos"/>
                <w:sz w:val="18"/>
                <w:szCs w:val="18"/>
              </w:rPr>
              <w:t xml:space="preserve">: </w:t>
            </w:r>
          </w:p>
        </w:tc>
      </w:tr>
      <w:tr w14:paraId="1A452E49" w14:textId="77777777" w:rsidTr="00CA27F5">
        <w:tblPrEx>
          <w:tblW w:w="10790" w:type="dxa"/>
          <w:jc w:val="center"/>
          <w:tblLayout w:type="fixed"/>
          <w:tblLook w:val="04A0"/>
        </w:tblPrEx>
        <w:trPr>
          <w:trHeight w:val="42"/>
          <w:jc w:val="center"/>
        </w:trPr>
        <w:tc>
          <w:tcPr>
            <w:tcW w:w="10790" w:type="dxa"/>
            <w:gridSpan w:val="10"/>
            <w:tcBorders>
              <w:top w:val="single" w:sz="4" w:space="0" w:color="B7B7B7"/>
              <w:left w:val="single" w:sz="4" w:space="0" w:color="B7B7B7"/>
              <w:bottom w:val="single" w:sz="4" w:space="0" w:color="B7B7B7"/>
              <w:right w:val="single" w:sz="4" w:space="0" w:color="B7B7B7"/>
            </w:tcBorders>
            <w:tcMar>
              <w:top w:w="29" w:type="dxa"/>
              <w:left w:w="29" w:type="dxa"/>
              <w:bottom w:w="29" w:type="dxa"/>
              <w:right w:w="60" w:type="dxa"/>
            </w:tcMar>
          </w:tcPr>
          <w:p w:rsidR="00673EC3" w:rsidRPr="00673EC3" w:rsidP="00BE313C" w14:paraId="06F53E15" w14:textId="723E295E">
            <w:pPr>
              <w:spacing w:after="0" w:line="240" w:lineRule="auto"/>
              <w:contextualSpacing/>
              <w:rPr>
                <w:rFonts w:ascii="Aptos" w:hAnsi="Aptos"/>
                <w:b/>
                <w:bCs/>
                <w:i/>
                <w:iCs/>
                <w:sz w:val="18"/>
                <w:szCs w:val="18"/>
              </w:rPr>
            </w:pPr>
            <w:r>
              <w:rPr>
                <w:rFonts w:ascii="Aptos" w:hAnsi="Aptos"/>
                <w:b/>
                <w:bCs/>
                <w:i/>
                <w:iCs/>
                <w:sz w:val="18"/>
                <w:szCs w:val="18"/>
              </w:rPr>
              <w:t>Operational</w:t>
            </w:r>
            <w:r>
              <w:rPr>
                <w:rFonts w:ascii="Aptos" w:hAnsi="Aptos"/>
                <w:b/>
                <w:bCs/>
                <w:i/>
                <w:iCs/>
                <w:sz w:val="18"/>
                <w:szCs w:val="18"/>
              </w:rPr>
              <w:t xml:space="preserve"> Guidance: Do not ask the question below </w:t>
            </w:r>
            <w:r w:rsidR="00280441">
              <w:rPr>
                <w:rFonts w:ascii="Aptos" w:hAnsi="Aptos"/>
                <w:b/>
                <w:bCs/>
                <w:i/>
                <w:iCs/>
                <w:sz w:val="18"/>
                <w:szCs w:val="18"/>
              </w:rPr>
              <w:t xml:space="preserve">of the traveler. Use the information you learned above to </w:t>
            </w:r>
            <w:r w:rsidR="000D0E51">
              <w:rPr>
                <w:rFonts w:ascii="Aptos" w:hAnsi="Aptos"/>
                <w:b/>
                <w:bCs/>
                <w:i/>
                <w:iCs/>
                <w:sz w:val="18"/>
                <w:szCs w:val="18"/>
              </w:rPr>
              <w:t xml:space="preserve">answer it. </w:t>
            </w:r>
          </w:p>
          <w:p w:rsidR="041C6DBB" w:rsidRPr="00DA295A" w:rsidP="00BE313C" w14:paraId="16767138" w14:textId="01AB405C">
            <w:pPr>
              <w:spacing w:after="0" w:line="240" w:lineRule="auto"/>
              <w:contextualSpacing/>
              <w:rPr>
                <w:rFonts w:ascii="Aptos" w:hAnsi="Aptos"/>
                <w:sz w:val="18"/>
                <w:szCs w:val="18"/>
              </w:rPr>
            </w:pPr>
            <w:r w:rsidRPr="00D30614">
              <w:rPr>
                <w:rFonts w:ascii="Aptos" w:hAnsi="Aptos"/>
                <w:b/>
                <w:bCs/>
                <w:sz w:val="18"/>
                <w:szCs w:val="18"/>
              </w:rPr>
              <w:t>In area of concern</w:t>
            </w:r>
            <w:r w:rsidRPr="00D30614" w:rsidR="601C4677">
              <w:rPr>
                <w:rFonts w:ascii="Aptos" w:hAnsi="Aptos"/>
                <w:b/>
                <w:bCs/>
                <w:sz w:val="18"/>
                <w:szCs w:val="18"/>
              </w:rPr>
              <w:t>:</w:t>
            </w:r>
            <w:r w:rsidRPr="00DA295A">
              <w:rPr>
                <w:rFonts w:ascii="Aptos" w:hAnsi="Aptos"/>
                <w:sz w:val="18"/>
                <w:szCs w:val="18"/>
              </w:rPr>
              <w:t xml:space="preserve">  ☐ Yes ☐ </w:t>
            </w:r>
            <w:r w:rsidRPr="00DA295A" w:rsidR="00BE313C">
              <w:rPr>
                <w:rFonts w:ascii="Aptos" w:hAnsi="Aptos"/>
                <w:sz w:val="18"/>
                <w:szCs w:val="18"/>
              </w:rPr>
              <w:t>No</w:t>
            </w:r>
            <w:r w:rsidR="00BE313C">
              <w:rPr>
                <w:rFonts w:ascii="Aptos" w:hAnsi="Aptos"/>
                <w:sz w:val="18"/>
                <w:szCs w:val="18"/>
              </w:rPr>
              <w:t xml:space="preserve"> (</w:t>
            </w:r>
            <w:r w:rsidR="00D24F64">
              <w:rPr>
                <w:rFonts w:ascii="Aptos" w:hAnsi="Aptos"/>
                <w:sz w:val="18"/>
                <w:szCs w:val="18"/>
              </w:rPr>
              <w:t xml:space="preserve">Check yes if traveler was in DRC. Check no </w:t>
            </w:r>
            <w:r w:rsidR="00BE313C">
              <w:rPr>
                <w:rFonts w:ascii="Aptos" w:hAnsi="Aptos"/>
                <w:sz w:val="18"/>
                <w:szCs w:val="18"/>
              </w:rPr>
              <w:t xml:space="preserve">if traveler was not in these areas). </w:t>
            </w:r>
          </w:p>
        </w:tc>
      </w:tr>
      <w:tr w14:paraId="70291FD3" w14:textId="77777777" w:rsidTr="00CA27F5">
        <w:tblPrEx>
          <w:tblW w:w="10790" w:type="dxa"/>
          <w:jc w:val="center"/>
          <w:tblLayout w:type="fixed"/>
          <w:tblLook w:val="04A0"/>
        </w:tblPrEx>
        <w:trPr>
          <w:trHeight w:val="21"/>
          <w:jc w:val="center"/>
        </w:trPr>
        <w:tc>
          <w:tcPr>
            <w:tcW w:w="3685" w:type="dxa"/>
            <w:gridSpan w:val="2"/>
            <w:tcBorders>
              <w:top w:val="single" w:sz="4" w:space="0" w:color="B7B7B7"/>
              <w:left w:val="single" w:sz="4" w:space="0" w:color="B7B7B7"/>
              <w:bottom w:val="single" w:sz="4" w:space="0" w:color="B7B7B7"/>
              <w:right w:val="single" w:sz="4" w:space="0" w:color="B7B7B7"/>
            </w:tcBorders>
            <w:tcMar>
              <w:top w:w="29" w:type="dxa"/>
              <w:left w:w="29" w:type="dxa"/>
              <w:bottom w:w="29" w:type="dxa"/>
              <w:right w:w="60" w:type="dxa"/>
            </w:tcMar>
          </w:tcPr>
          <w:p w:rsidR="0057743E" w:rsidRPr="00BD2A2C" w:rsidP="00F94D60" w14:paraId="706A7988" w14:textId="4B22DE55">
            <w:pPr>
              <w:spacing w:after="0" w:line="240" w:lineRule="auto"/>
              <w:contextualSpacing/>
              <w:rPr>
                <w:rFonts w:ascii="Aptos" w:hAnsi="Aptos"/>
                <w:sz w:val="18"/>
                <w:szCs w:val="18"/>
              </w:rPr>
            </w:pPr>
            <w:r w:rsidRPr="00BD2A2C">
              <w:rPr>
                <w:rFonts w:ascii="Aptos" w:hAnsi="Aptos"/>
                <w:sz w:val="18"/>
                <w:szCs w:val="18"/>
              </w:rPr>
              <w:t xml:space="preserve">Date arrived in country: </w:t>
            </w:r>
          </w:p>
        </w:tc>
        <w:tc>
          <w:tcPr>
            <w:tcW w:w="4063" w:type="dxa"/>
            <w:gridSpan w:val="4"/>
            <w:tcBorders>
              <w:top w:val="single" w:sz="4" w:space="0" w:color="B7B7B7"/>
              <w:left w:val="single" w:sz="4" w:space="0" w:color="B7B7B7"/>
              <w:bottom w:val="single" w:sz="4" w:space="0" w:color="B7B7B7"/>
              <w:right w:val="single" w:sz="4" w:space="0" w:color="B7B7B7"/>
            </w:tcBorders>
            <w:tcMar>
              <w:top w:w="29" w:type="dxa"/>
              <w:left w:w="29" w:type="dxa"/>
              <w:bottom w:w="29" w:type="dxa"/>
              <w:right w:w="60" w:type="dxa"/>
            </w:tcMar>
          </w:tcPr>
          <w:p w:rsidR="0057743E" w:rsidRPr="00BD2A2C" w:rsidP="00F94D60" w14:paraId="3FC54E38" w14:textId="1DDE91F1">
            <w:pPr>
              <w:spacing w:after="0" w:line="240" w:lineRule="auto"/>
              <w:contextualSpacing/>
              <w:rPr>
                <w:rFonts w:ascii="Aptos" w:hAnsi="Aptos"/>
                <w:sz w:val="18"/>
                <w:szCs w:val="18"/>
              </w:rPr>
            </w:pPr>
            <w:r w:rsidRPr="1F1670F3">
              <w:rPr>
                <w:rFonts w:ascii="Aptos" w:hAnsi="Aptos"/>
                <w:sz w:val="18"/>
                <w:szCs w:val="18"/>
              </w:rPr>
              <w:t xml:space="preserve">Date departed country: </w:t>
            </w:r>
          </w:p>
        </w:tc>
        <w:tc>
          <w:tcPr>
            <w:tcW w:w="3042" w:type="dxa"/>
            <w:gridSpan w:val="4"/>
            <w:tcBorders>
              <w:top w:val="single" w:sz="4" w:space="0" w:color="B7B7B7"/>
              <w:left w:val="single" w:sz="4" w:space="0" w:color="B7B7B7"/>
              <w:bottom w:val="single" w:sz="4" w:space="0" w:color="B7B7B7"/>
              <w:right w:val="single" w:sz="4" w:space="0" w:color="B7B7B7"/>
            </w:tcBorders>
            <w:tcMar>
              <w:top w:w="29" w:type="dxa"/>
              <w:left w:w="29" w:type="dxa"/>
              <w:bottom w:w="29" w:type="dxa"/>
              <w:right w:w="60" w:type="dxa"/>
            </w:tcMar>
          </w:tcPr>
          <w:p w:rsidR="0057743E" w:rsidRPr="00BD2A2C" w:rsidP="00F94D60" w14:paraId="044F457B" w14:textId="505DD5C1">
            <w:pPr>
              <w:spacing w:after="0" w:line="240" w:lineRule="auto"/>
              <w:contextualSpacing/>
              <w:rPr>
                <w:rFonts w:ascii="Aptos" w:hAnsi="Aptos"/>
                <w:sz w:val="18"/>
                <w:szCs w:val="18"/>
              </w:rPr>
            </w:pPr>
            <w:r w:rsidRPr="00BD2A2C">
              <w:rPr>
                <w:rFonts w:ascii="Aptos" w:hAnsi="Aptos"/>
                <w:sz w:val="18"/>
                <w:szCs w:val="18"/>
              </w:rPr>
              <w:t>Resident of country? ☐ Yes ☐ No</w:t>
            </w:r>
          </w:p>
        </w:tc>
      </w:tr>
      <w:tr w14:paraId="26934547" w14:textId="77777777" w:rsidTr="00CA27F5">
        <w:tblPrEx>
          <w:tblW w:w="10790" w:type="dxa"/>
          <w:jc w:val="center"/>
          <w:tblLayout w:type="fixed"/>
          <w:tblLook w:val="04A0"/>
        </w:tblPrEx>
        <w:trPr>
          <w:trHeight w:val="942"/>
          <w:jc w:val="center"/>
        </w:trPr>
        <w:tc>
          <w:tcPr>
            <w:tcW w:w="6441" w:type="dxa"/>
            <w:gridSpan w:val="3"/>
            <w:tcBorders>
              <w:top w:val="single" w:sz="4" w:space="0" w:color="B7B7B7"/>
              <w:left w:val="single" w:sz="4" w:space="0" w:color="B7B7B7"/>
              <w:bottom w:val="single" w:sz="4" w:space="0" w:color="B7B7B7"/>
              <w:right w:val="single" w:sz="4" w:space="0" w:color="B7B7B7"/>
            </w:tcBorders>
            <w:tcMar>
              <w:top w:w="29" w:type="dxa"/>
              <w:left w:w="29" w:type="dxa"/>
              <w:bottom w:w="29" w:type="dxa"/>
              <w:right w:w="60" w:type="dxa"/>
            </w:tcMar>
            <w:vAlign w:val="center"/>
          </w:tcPr>
          <w:p w:rsidR="00070F2F" w:rsidP="00F94D60" w14:paraId="6B664B06" w14:textId="5B1E8348">
            <w:pPr>
              <w:spacing w:after="0" w:line="240" w:lineRule="auto"/>
              <w:rPr>
                <w:rFonts w:ascii="Aptos" w:hAnsi="Aptos"/>
                <w:sz w:val="18"/>
                <w:szCs w:val="18"/>
              </w:rPr>
            </w:pPr>
            <w:r w:rsidRPr="00BD2A2C">
              <w:rPr>
                <w:rFonts w:ascii="Aptos" w:hAnsi="Aptos"/>
                <w:sz w:val="18"/>
                <w:szCs w:val="18"/>
              </w:rPr>
              <w:t xml:space="preserve">Main reason(s): </w:t>
            </w:r>
          </w:p>
          <w:p w:rsidR="00070F2F" w:rsidP="00F94D60" w14:paraId="25298763" w14:textId="1D6A50EC">
            <w:pPr>
              <w:spacing w:after="0" w:line="240" w:lineRule="auto"/>
              <w:rPr>
                <w:rFonts w:ascii="Aptos" w:hAnsi="Aptos"/>
                <w:sz w:val="18"/>
                <w:szCs w:val="18"/>
              </w:rPr>
            </w:pPr>
            <w:r w:rsidRPr="00BD2A2C">
              <w:rPr>
                <w:rFonts w:ascii="Aptos" w:hAnsi="Aptos"/>
                <w:sz w:val="18"/>
                <w:szCs w:val="18"/>
              </w:rPr>
              <w:t>☐ Healthcare/clinical/lab</w:t>
            </w:r>
          </w:p>
          <w:p w:rsidR="00070F2F" w:rsidP="00F94D60" w14:paraId="1A06A5D4" w14:textId="32B4277F">
            <w:pPr>
              <w:spacing w:after="0" w:line="240" w:lineRule="auto"/>
              <w:rPr>
                <w:rFonts w:ascii="Aptos" w:hAnsi="Aptos"/>
                <w:sz w:val="18"/>
                <w:szCs w:val="18"/>
              </w:rPr>
            </w:pPr>
            <w:r w:rsidRPr="00BD2A2C">
              <w:rPr>
                <w:rFonts w:ascii="Aptos" w:hAnsi="Aptos"/>
                <w:sz w:val="18"/>
                <w:szCs w:val="18"/>
              </w:rPr>
              <w:t xml:space="preserve">☐ Public health deployment </w:t>
            </w:r>
            <w:r w:rsidR="000C5383">
              <w:rPr>
                <w:rFonts w:ascii="Aptos" w:hAnsi="Aptos"/>
                <w:sz w:val="18"/>
                <w:szCs w:val="18"/>
              </w:rPr>
              <w:t>(from another country/organization)</w:t>
            </w:r>
          </w:p>
          <w:p w:rsidR="00070F2F" w:rsidP="00F94D60" w14:paraId="4B9DF910" w14:textId="0AD53E39">
            <w:pPr>
              <w:spacing w:after="0" w:line="240" w:lineRule="auto"/>
              <w:rPr>
                <w:rFonts w:ascii="Aptos" w:hAnsi="Aptos"/>
                <w:sz w:val="18"/>
                <w:szCs w:val="18"/>
              </w:rPr>
            </w:pPr>
            <w:r w:rsidRPr="00BD2A2C">
              <w:rPr>
                <w:rFonts w:ascii="Aptos" w:hAnsi="Aptos"/>
                <w:sz w:val="18"/>
                <w:szCs w:val="18"/>
              </w:rPr>
              <w:t>☐ Humanitarian servic</w:t>
            </w:r>
            <w:r w:rsidR="0096639B">
              <w:rPr>
                <w:rFonts w:ascii="Aptos" w:hAnsi="Aptos"/>
                <w:sz w:val="18"/>
                <w:szCs w:val="18"/>
              </w:rPr>
              <w:t>e</w:t>
            </w:r>
          </w:p>
          <w:p w:rsidR="00070F2F" w:rsidRPr="00BD2A2C" w:rsidP="00F94D60" w14:paraId="72DB4A02" w14:textId="47CB0A8C">
            <w:pPr>
              <w:spacing w:after="0" w:line="240" w:lineRule="auto"/>
              <w:rPr>
                <w:rFonts w:ascii="Aptos" w:hAnsi="Aptos"/>
                <w:sz w:val="18"/>
                <w:szCs w:val="18"/>
              </w:rPr>
            </w:pPr>
            <w:r w:rsidRPr="00BD2A2C">
              <w:rPr>
                <w:rFonts w:ascii="Aptos" w:hAnsi="Aptos"/>
                <w:sz w:val="18"/>
                <w:szCs w:val="18"/>
              </w:rPr>
              <w:t xml:space="preserve">☐ Business  </w:t>
            </w:r>
          </w:p>
        </w:tc>
        <w:tc>
          <w:tcPr>
            <w:tcW w:w="4349" w:type="dxa"/>
            <w:gridSpan w:val="7"/>
            <w:tcBorders>
              <w:top w:val="single" w:sz="4" w:space="0" w:color="B7B7B7"/>
              <w:left w:val="single" w:sz="4" w:space="0" w:color="B7B7B7"/>
              <w:bottom w:val="single" w:sz="4" w:space="0" w:color="B7B7B7"/>
              <w:right w:val="single" w:sz="4" w:space="0" w:color="B7B7B7"/>
            </w:tcBorders>
            <w:vAlign w:val="center"/>
          </w:tcPr>
          <w:p w:rsidR="00C96512" w:rsidP="00F94D60" w14:paraId="6A61069B" w14:textId="64F596DF">
            <w:pPr>
              <w:spacing w:after="0" w:line="240" w:lineRule="auto"/>
              <w:rPr>
                <w:rFonts w:ascii="Aptos" w:hAnsi="Aptos"/>
                <w:sz w:val="18"/>
                <w:szCs w:val="18"/>
              </w:rPr>
            </w:pPr>
            <w:r w:rsidRPr="00BD2A2C">
              <w:rPr>
                <w:rFonts w:ascii="Aptos" w:hAnsi="Aptos"/>
                <w:sz w:val="18"/>
                <w:szCs w:val="18"/>
              </w:rPr>
              <w:t xml:space="preserve">☐ </w:t>
            </w:r>
            <w:r>
              <w:rPr>
                <w:rFonts w:ascii="Aptos" w:hAnsi="Aptos"/>
                <w:sz w:val="18"/>
                <w:szCs w:val="18"/>
              </w:rPr>
              <w:t>Faith-based</w:t>
            </w:r>
          </w:p>
          <w:p w:rsidR="00070F2F" w:rsidP="00F94D60" w14:paraId="1A6196E9" w14:textId="5EB56FC5">
            <w:pPr>
              <w:spacing w:after="0" w:line="240" w:lineRule="auto"/>
              <w:rPr>
                <w:rFonts w:ascii="Aptos" w:hAnsi="Aptos"/>
                <w:sz w:val="18"/>
                <w:szCs w:val="18"/>
              </w:rPr>
            </w:pPr>
            <w:r w:rsidRPr="00BD2A2C">
              <w:rPr>
                <w:rFonts w:ascii="Aptos" w:hAnsi="Aptos"/>
                <w:sz w:val="18"/>
                <w:szCs w:val="18"/>
              </w:rPr>
              <w:t xml:space="preserve">☐ Visit family/friends  </w:t>
            </w:r>
          </w:p>
          <w:p w:rsidR="00070F2F" w:rsidRPr="00BD2A2C" w:rsidP="00F94D60" w14:paraId="2DE035DB" w14:textId="31EFBB85">
            <w:pPr>
              <w:spacing w:after="0" w:line="240" w:lineRule="auto"/>
              <w:rPr>
                <w:rFonts w:ascii="Aptos" w:hAnsi="Aptos"/>
                <w:sz w:val="18"/>
                <w:szCs w:val="18"/>
              </w:rPr>
            </w:pPr>
            <w:r w:rsidRPr="00BD2A2C">
              <w:rPr>
                <w:rFonts w:ascii="Aptos" w:hAnsi="Aptos"/>
                <w:sz w:val="18"/>
                <w:szCs w:val="18"/>
              </w:rPr>
              <w:t xml:space="preserve">☐ Tourism  </w:t>
            </w:r>
          </w:p>
          <w:p w:rsidR="00070F2F" w:rsidRPr="00BD2A2C" w:rsidP="00F94D60" w14:paraId="5DB07FAA" w14:textId="1DEA1B5C">
            <w:pPr>
              <w:spacing w:after="0" w:line="240" w:lineRule="auto"/>
              <w:rPr>
                <w:rFonts w:ascii="Aptos" w:hAnsi="Aptos"/>
                <w:sz w:val="18"/>
                <w:szCs w:val="18"/>
              </w:rPr>
            </w:pPr>
            <w:r w:rsidRPr="00BD2A2C">
              <w:rPr>
                <w:rFonts w:ascii="Aptos" w:hAnsi="Aptos"/>
                <w:sz w:val="18"/>
                <w:szCs w:val="18"/>
              </w:rPr>
              <w:t xml:space="preserve">☐ Resident/returning resident  </w:t>
            </w:r>
          </w:p>
          <w:p w:rsidR="00070F2F" w:rsidRPr="00BD2A2C" w:rsidP="00F94D60" w14:paraId="74B6DEEE" w14:textId="5DE1FF9D">
            <w:pPr>
              <w:spacing w:after="0" w:line="240" w:lineRule="auto"/>
              <w:rPr>
                <w:rFonts w:ascii="Aptos" w:hAnsi="Aptos"/>
                <w:sz w:val="18"/>
                <w:szCs w:val="18"/>
              </w:rPr>
            </w:pPr>
            <w:r w:rsidRPr="00BD2A2C">
              <w:rPr>
                <w:rFonts w:ascii="Aptos" w:hAnsi="Aptos"/>
                <w:sz w:val="18"/>
                <w:szCs w:val="18"/>
              </w:rPr>
              <w:t xml:space="preserve">☐ Other: </w:t>
            </w:r>
          </w:p>
        </w:tc>
      </w:tr>
      <w:tr w14:paraId="691664D7" w14:textId="77777777" w:rsidTr="00CA27F5">
        <w:tblPrEx>
          <w:tblW w:w="10790" w:type="dxa"/>
          <w:jc w:val="center"/>
          <w:tblLayout w:type="fixed"/>
          <w:tblLook w:val="04A0"/>
        </w:tblPrEx>
        <w:trPr>
          <w:jc w:val="center"/>
        </w:trPr>
        <w:tc>
          <w:tcPr>
            <w:tcW w:w="10790" w:type="dxa"/>
            <w:gridSpan w:val="10"/>
            <w:tcBorders>
              <w:top w:val="single" w:sz="8" w:space="0" w:color="6B7280"/>
              <w:left w:val="single" w:sz="8" w:space="0" w:color="6B7280"/>
              <w:bottom w:val="single" w:sz="8" w:space="0" w:color="6B7280"/>
              <w:right w:val="single" w:sz="8" w:space="0" w:color="6B7280"/>
            </w:tcBorders>
            <w:shd w:val="clear" w:color="auto" w:fill="F4CCCC"/>
            <w:tcMar>
              <w:top w:w="29" w:type="dxa"/>
              <w:left w:w="29" w:type="dxa"/>
              <w:bottom w:w="29" w:type="dxa"/>
              <w:right w:w="70" w:type="dxa"/>
            </w:tcMar>
            <w:vAlign w:val="center"/>
          </w:tcPr>
          <w:p w:rsidR="009A719A" w:rsidRPr="00BD2A2C" w:rsidP="00F94D60" w14:paraId="7AD56F29" w14:textId="6FBEA67D">
            <w:pPr>
              <w:spacing w:after="0" w:line="240" w:lineRule="auto"/>
              <w:rPr>
                <w:rFonts w:ascii="Aptos" w:hAnsi="Aptos"/>
                <w:sz w:val="18"/>
                <w:szCs w:val="18"/>
              </w:rPr>
            </w:pPr>
            <w:r w:rsidRPr="00BD2A2C">
              <w:rPr>
                <w:rFonts w:ascii="Aptos" w:hAnsi="Aptos"/>
                <w:b/>
                <w:sz w:val="18"/>
                <w:szCs w:val="18"/>
              </w:rPr>
              <w:t>C. Exposure screen - past 21 days</w:t>
            </w:r>
            <w:r w:rsidRPr="01716476" w:rsidR="5A30CC29">
              <w:rPr>
                <w:rFonts w:ascii="Aptos" w:hAnsi="Aptos"/>
                <w:b/>
                <w:bCs/>
                <w:sz w:val="18"/>
                <w:szCs w:val="18"/>
              </w:rPr>
              <w:t xml:space="preserve"> while in an affected country</w:t>
            </w:r>
            <w:r w:rsidR="00C63D5E">
              <w:rPr>
                <w:rFonts w:ascii="Aptos" w:hAnsi="Aptos"/>
                <w:b/>
                <w:bCs/>
                <w:sz w:val="18"/>
                <w:szCs w:val="18"/>
              </w:rPr>
              <w:t>, did you</w:t>
            </w:r>
            <w:r w:rsidR="00332750">
              <w:rPr>
                <w:rFonts w:ascii="Aptos" w:hAnsi="Aptos"/>
                <w:b/>
                <w:bCs/>
                <w:sz w:val="18"/>
                <w:szCs w:val="18"/>
              </w:rPr>
              <w:t>:</w:t>
            </w:r>
          </w:p>
        </w:tc>
      </w:tr>
      <w:tr w14:paraId="3CBED4AF" w14:textId="77777777" w:rsidTr="00CA27F5">
        <w:tblPrEx>
          <w:tblW w:w="10790" w:type="dxa"/>
          <w:jc w:val="center"/>
          <w:tblLayout w:type="fixed"/>
          <w:tblLook w:val="04A0"/>
        </w:tblPrEx>
        <w:trPr>
          <w:trHeight w:val="50"/>
          <w:jc w:val="center"/>
        </w:trPr>
        <w:tc>
          <w:tcPr>
            <w:tcW w:w="9278" w:type="dxa"/>
            <w:gridSpan w:val="8"/>
            <w:tcBorders>
              <w:top w:val="single" w:sz="8" w:space="0" w:color="6B7280"/>
              <w:left w:val="single" w:sz="8" w:space="0" w:color="6B7280"/>
              <w:bottom w:val="single" w:sz="8" w:space="0" w:color="6B7280"/>
              <w:right w:val="single" w:sz="8" w:space="0" w:color="6B7280"/>
            </w:tcBorders>
            <w:shd w:val="clear" w:color="auto" w:fill="FCE4D6"/>
            <w:tcMar>
              <w:top w:w="29" w:type="dxa"/>
              <w:left w:w="29" w:type="dxa"/>
              <w:bottom w:w="29" w:type="dxa"/>
              <w:right w:w="70" w:type="dxa"/>
            </w:tcMar>
            <w:vAlign w:val="center"/>
          </w:tcPr>
          <w:p w:rsidR="009A719A" w:rsidRPr="008D1EB9" w:rsidP="00F94D60" w14:paraId="1B276A25" w14:textId="4F48C299">
            <w:pPr>
              <w:spacing w:after="0" w:line="240" w:lineRule="auto"/>
              <w:rPr>
                <w:rFonts w:ascii="Aptos" w:hAnsi="Aptos"/>
                <w:bCs/>
                <w:sz w:val="18"/>
                <w:szCs w:val="18"/>
              </w:rPr>
            </w:pPr>
            <w:r w:rsidRPr="00BD2A2C">
              <w:rPr>
                <w:rFonts w:ascii="Aptos" w:hAnsi="Aptos"/>
                <w:b/>
                <w:sz w:val="18"/>
                <w:szCs w:val="18"/>
              </w:rPr>
              <w:t>Question</w:t>
            </w:r>
          </w:p>
        </w:tc>
        <w:tc>
          <w:tcPr>
            <w:tcW w:w="887" w:type="dxa"/>
            <w:tcBorders>
              <w:top w:val="single" w:sz="8" w:space="0" w:color="6B7280"/>
              <w:left w:val="single" w:sz="8" w:space="0" w:color="6B7280"/>
              <w:bottom w:val="single" w:sz="8" w:space="0" w:color="6B7280"/>
              <w:right w:val="single" w:sz="8" w:space="0" w:color="6B7280"/>
            </w:tcBorders>
            <w:shd w:val="clear" w:color="auto" w:fill="FCE4D6"/>
            <w:tcMar>
              <w:top w:w="29" w:type="dxa"/>
              <w:left w:w="29" w:type="dxa"/>
              <w:bottom w:w="29" w:type="dxa"/>
              <w:right w:w="70" w:type="dxa"/>
            </w:tcMar>
            <w:vAlign w:val="center"/>
          </w:tcPr>
          <w:p w:rsidR="009A719A" w:rsidRPr="00BD2A2C" w:rsidP="00F94D60" w14:paraId="521FBF58" w14:textId="1A6F0D1E">
            <w:pPr>
              <w:spacing w:after="0" w:line="240" w:lineRule="auto"/>
              <w:jc w:val="center"/>
              <w:rPr>
                <w:rFonts w:ascii="Aptos" w:hAnsi="Aptos"/>
                <w:sz w:val="18"/>
                <w:szCs w:val="18"/>
              </w:rPr>
            </w:pPr>
            <w:r w:rsidRPr="00BD2A2C">
              <w:rPr>
                <w:rFonts w:ascii="Aptos" w:hAnsi="Aptos"/>
                <w:b/>
                <w:sz w:val="18"/>
                <w:szCs w:val="18"/>
              </w:rPr>
              <w:t>Yes</w:t>
            </w:r>
          </w:p>
        </w:tc>
        <w:tc>
          <w:tcPr>
            <w:tcW w:w="625" w:type="dxa"/>
            <w:tcBorders>
              <w:top w:val="single" w:sz="8" w:space="0" w:color="6B7280"/>
              <w:left w:val="single" w:sz="8" w:space="0" w:color="6B7280"/>
              <w:bottom w:val="single" w:sz="8" w:space="0" w:color="6B7280"/>
              <w:right w:val="single" w:sz="8" w:space="0" w:color="6B7280"/>
            </w:tcBorders>
            <w:shd w:val="clear" w:color="auto" w:fill="FCE4D6"/>
            <w:tcMar>
              <w:top w:w="29" w:type="dxa"/>
              <w:left w:w="29" w:type="dxa"/>
              <w:bottom w:w="29" w:type="dxa"/>
              <w:right w:w="70" w:type="dxa"/>
            </w:tcMar>
            <w:vAlign w:val="center"/>
          </w:tcPr>
          <w:p w:rsidR="009A719A" w:rsidRPr="00BD2A2C" w:rsidP="00F94D60" w14:paraId="26FC6BC3" w14:textId="77777777">
            <w:pPr>
              <w:spacing w:after="0" w:line="240" w:lineRule="auto"/>
              <w:jc w:val="center"/>
              <w:rPr>
                <w:rFonts w:ascii="Aptos" w:hAnsi="Aptos"/>
                <w:sz w:val="18"/>
                <w:szCs w:val="18"/>
              </w:rPr>
            </w:pPr>
            <w:r w:rsidRPr="00BD2A2C">
              <w:rPr>
                <w:rFonts w:ascii="Aptos" w:hAnsi="Aptos"/>
                <w:b/>
                <w:sz w:val="18"/>
                <w:szCs w:val="18"/>
              </w:rPr>
              <w:t>No</w:t>
            </w:r>
          </w:p>
        </w:tc>
      </w:tr>
      <w:tr w14:paraId="25374053" w14:textId="77777777" w:rsidTr="00CA27F5">
        <w:tblPrEx>
          <w:tblW w:w="10790" w:type="dxa"/>
          <w:jc w:val="center"/>
          <w:tblLayout w:type="fixed"/>
          <w:tblLook w:val="04A0"/>
        </w:tblPrEx>
        <w:trPr>
          <w:jc w:val="center"/>
        </w:trPr>
        <w:tc>
          <w:tcPr>
            <w:tcW w:w="9278" w:type="dxa"/>
            <w:gridSpan w:val="8"/>
            <w:tcBorders>
              <w:top w:val="single" w:sz="4" w:space="0" w:color="B7B7B7"/>
              <w:left w:val="single" w:sz="4" w:space="0" w:color="B7B7B7"/>
              <w:bottom w:val="single" w:sz="4" w:space="0" w:color="B7B7B7"/>
              <w:right w:val="single" w:sz="4" w:space="0" w:color="B7B7B7"/>
            </w:tcBorders>
            <w:tcMar>
              <w:top w:w="14" w:type="dxa"/>
              <w:left w:w="29" w:type="dxa"/>
              <w:bottom w:w="14" w:type="dxa"/>
              <w:right w:w="60" w:type="dxa"/>
            </w:tcMar>
            <w:vAlign w:val="center"/>
          </w:tcPr>
          <w:p w:rsidR="00E629C6" w:rsidRPr="004327DA" w:rsidP="00F94D60" w14:paraId="1A9AFE3B" w14:textId="357B2936">
            <w:pPr>
              <w:spacing w:after="0" w:line="240" w:lineRule="auto"/>
              <w:rPr>
                <w:rFonts w:ascii="Aptos" w:hAnsi="Aptos"/>
                <w:sz w:val="18"/>
                <w:szCs w:val="18"/>
              </w:rPr>
            </w:pPr>
            <w:r w:rsidRPr="004327DA">
              <w:rPr>
                <w:rFonts w:ascii="Aptos" w:hAnsi="Aptos"/>
                <w:sz w:val="18"/>
                <w:szCs w:val="18"/>
              </w:rPr>
              <w:t>1.</w:t>
            </w:r>
            <w:r w:rsidR="00C63D5E">
              <w:rPr>
                <w:rFonts w:ascii="Aptos" w:hAnsi="Aptos"/>
                <w:sz w:val="18"/>
                <w:szCs w:val="18"/>
              </w:rPr>
              <w:t>Come</w:t>
            </w:r>
            <w:r w:rsidRPr="004327DA" w:rsidR="00780BF9">
              <w:rPr>
                <w:rFonts w:ascii="Aptos" w:hAnsi="Aptos"/>
                <w:sz w:val="18"/>
                <w:szCs w:val="18"/>
              </w:rPr>
              <w:t xml:space="preserve"> into contact with</w:t>
            </w:r>
            <w:r w:rsidRPr="004327DA" w:rsidR="00780BF9">
              <w:rPr>
                <w:rFonts w:ascii="Aptos" w:hAnsi="Aptos"/>
                <w:sz w:val="18"/>
                <w:szCs w:val="18"/>
              </w:rPr>
              <w:t xml:space="preserve"> anyone's blood</w:t>
            </w:r>
            <w:r w:rsidR="00692AB0">
              <w:rPr>
                <w:rFonts w:ascii="Aptos" w:hAnsi="Aptos"/>
                <w:sz w:val="18"/>
                <w:szCs w:val="18"/>
              </w:rPr>
              <w:t>, vomit, saliva, feces, urine, or other bodily fluid</w:t>
            </w:r>
            <w:r w:rsidRPr="004327DA" w:rsidR="004327DA">
              <w:rPr>
                <w:rFonts w:ascii="Aptos" w:hAnsi="Aptos"/>
                <w:sz w:val="18"/>
                <w:szCs w:val="18"/>
              </w:rPr>
              <w:t>?</w:t>
            </w:r>
          </w:p>
        </w:tc>
        <w:tc>
          <w:tcPr>
            <w:tcW w:w="887" w:type="dxa"/>
            <w:tcBorders>
              <w:top w:val="single" w:sz="4" w:space="0" w:color="B7B7B7"/>
              <w:left w:val="single" w:sz="4" w:space="0" w:color="B7B7B7"/>
              <w:bottom w:val="single" w:sz="4" w:space="0" w:color="B7B7B7"/>
              <w:right w:val="single" w:sz="4" w:space="0" w:color="B7B7B7"/>
            </w:tcBorders>
            <w:tcMar>
              <w:top w:w="14" w:type="dxa"/>
              <w:left w:w="29" w:type="dxa"/>
              <w:bottom w:w="14" w:type="dxa"/>
              <w:right w:w="60" w:type="dxa"/>
            </w:tcMar>
            <w:vAlign w:val="center"/>
          </w:tcPr>
          <w:p w:rsidR="00780BF9" w:rsidRPr="004327DA" w:rsidP="00F94D60" w14:paraId="4717E1B1" w14:textId="77777777">
            <w:pPr>
              <w:spacing w:after="0" w:line="240" w:lineRule="auto"/>
              <w:jc w:val="center"/>
              <w:rPr>
                <w:rFonts w:ascii="Aptos" w:hAnsi="Aptos"/>
                <w:sz w:val="18"/>
                <w:szCs w:val="18"/>
              </w:rPr>
            </w:pPr>
            <w:r w:rsidRPr="004327DA">
              <w:rPr>
                <w:rFonts w:ascii="Aptos" w:hAnsi="Aptos"/>
                <w:sz w:val="18"/>
                <w:szCs w:val="18"/>
              </w:rPr>
              <w:t>☐</w:t>
            </w:r>
          </w:p>
        </w:tc>
        <w:tc>
          <w:tcPr>
            <w:tcW w:w="625" w:type="dxa"/>
            <w:tcBorders>
              <w:top w:val="single" w:sz="4" w:space="0" w:color="B7B7B7"/>
              <w:left w:val="single" w:sz="4" w:space="0" w:color="B7B7B7"/>
              <w:bottom w:val="single" w:sz="4" w:space="0" w:color="B7B7B7"/>
              <w:right w:val="single" w:sz="4" w:space="0" w:color="B7B7B7"/>
            </w:tcBorders>
            <w:tcMar>
              <w:top w:w="14" w:type="dxa"/>
              <w:left w:w="29" w:type="dxa"/>
              <w:bottom w:w="14" w:type="dxa"/>
              <w:right w:w="60" w:type="dxa"/>
            </w:tcMar>
            <w:vAlign w:val="center"/>
          </w:tcPr>
          <w:p w:rsidR="00780BF9" w:rsidRPr="004327DA" w:rsidP="00F94D60" w14:paraId="7A3A2F58" w14:textId="77777777">
            <w:pPr>
              <w:spacing w:after="0" w:line="240" w:lineRule="auto"/>
              <w:jc w:val="center"/>
              <w:rPr>
                <w:rFonts w:ascii="Aptos" w:hAnsi="Aptos"/>
                <w:sz w:val="18"/>
                <w:szCs w:val="18"/>
              </w:rPr>
            </w:pPr>
            <w:r w:rsidRPr="004327DA">
              <w:rPr>
                <w:rFonts w:ascii="Aptos" w:hAnsi="Aptos"/>
                <w:sz w:val="18"/>
                <w:szCs w:val="18"/>
              </w:rPr>
              <w:t>☐</w:t>
            </w:r>
          </w:p>
        </w:tc>
      </w:tr>
      <w:tr w14:paraId="621FD999" w14:textId="77777777" w:rsidTr="00CA27F5">
        <w:tblPrEx>
          <w:tblW w:w="10790" w:type="dxa"/>
          <w:jc w:val="center"/>
          <w:tblLayout w:type="fixed"/>
          <w:tblLook w:val="04A0"/>
        </w:tblPrEx>
        <w:trPr>
          <w:trHeight w:val="36"/>
          <w:jc w:val="center"/>
        </w:trPr>
        <w:tc>
          <w:tcPr>
            <w:tcW w:w="9278" w:type="dxa"/>
            <w:gridSpan w:val="8"/>
            <w:tcBorders>
              <w:top w:val="single" w:sz="4" w:space="0" w:color="B7B7B7"/>
              <w:left w:val="single" w:sz="4" w:space="0" w:color="B7B7B7"/>
              <w:bottom w:val="single" w:sz="4" w:space="0" w:color="B7B7B7"/>
              <w:right w:val="single" w:sz="4" w:space="0" w:color="B7B7B7"/>
            </w:tcBorders>
            <w:tcMar>
              <w:top w:w="14" w:type="dxa"/>
              <w:left w:w="29" w:type="dxa"/>
              <w:bottom w:w="14" w:type="dxa"/>
              <w:right w:w="60" w:type="dxa"/>
            </w:tcMar>
            <w:vAlign w:val="center"/>
          </w:tcPr>
          <w:p w:rsidR="00857358" w:rsidRPr="004327DA" w:rsidP="00F94D60" w14:paraId="5E9BC977" w14:textId="31D563C0">
            <w:pPr>
              <w:tabs>
                <w:tab w:val="right" w:pos="9947"/>
              </w:tabs>
              <w:spacing w:after="0" w:line="240" w:lineRule="auto"/>
              <w:rPr>
                <w:rFonts w:ascii="Aptos" w:hAnsi="Aptos"/>
                <w:sz w:val="18"/>
                <w:szCs w:val="18"/>
              </w:rPr>
            </w:pPr>
            <w:r w:rsidRPr="004327DA">
              <w:rPr>
                <w:rFonts w:ascii="Aptos" w:hAnsi="Aptos"/>
                <w:sz w:val="18"/>
                <w:szCs w:val="18"/>
              </w:rPr>
              <w:t>2.</w:t>
            </w:r>
            <w:r w:rsidR="00360563">
              <w:rPr>
                <w:rFonts w:ascii="Aptos" w:hAnsi="Aptos"/>
                <w:sz w:val="18"/>
                <w:szCs w:val="18"/>
              </w:rPr>
              <w:t xml:space="preserve"> </w:t>
            </w:r>
            <w:r w:rsidR="00682B1E">
              <w:rPr>
                <w:rFonts w:ascii="Aptos" w:hAnsi="Aptos"/>
                <w:sz w:val="18"/>
                <w:szCs w:val="18"/>
              </w:rPr>
              <w:t>Have</w:t>
            </w:r>
            <w:r w:rsidRPr="004327DA" w:rsidR="00780BF9">
              <w:rPr>
                <w:rFonts w:ascii="Aptos" w:hAnsi="Aptos"/>
                <w:sz w:val="18"/>
                <w:szCs w:val="18"/>
              </w:rPr>
              <w:t xml:space="preserve"> contact with </w:t>
            </w:r>
            <w:r w:rsidR="001B6B88">
              <w:rPr>
                <w:rFonts w:ascii="Aptos" w:hAnsi="Aptos"/>
                <w:sz w:val="18"/>
                <w:szCs w:val="18"/>
              </w:rPr>
              <w:t xml:space="preserve">or spend time near a sick person who </w:t>
            </w:r>
            <w:r w:rsidR="001B6B88">
              <w:rPr>
                <w:rFonts w:ascii="Aptos" w:hAnsi="Aptos"/>
                <w:sz w:val="18"/>
                <w:szCs w:val="18"/>
              </w:rPr>
              <w:t>had</w:t>
            </w:r>
            <w:r w:rsidR="001B6B88">
              <w:rPr>
                <w:rFonts w:ascii="Aptos" w:hAnsi="Aptos"/>
                <w:sz w:val="18"/>
                <w:szCs w:val="18"/>
              </w:rPr>
              <w:t xml:space="preserve"> fever or other sudden illness?</w:t>
            </w:r>
          </w:p>
        </w:tc>
        <w:tc>
          <w:tcPr>
            <w:tcW w:w="887" w:type="dxa"/>
            <w:tcBorders>
              <w:top w:val="single" w:sz="4" w:space="0" w:color="B7B7B7"/>
              <w:left w:val="single" w:sz="4" w:space="0" w:color="B7B7B7"/>
              <w:bottom w:val="single" w:sz="4" w:space="0" w:color="B7B7B7"/>
              <w:right w:val="single" w:sz="4" w:space="0" w:color="B7B7B7"/>
            </w:tcBorders>
            <w:tcMar>
              <w:top w:w="14" w:type="dxa"/>
              <w:left w:w="29" w:type="dxa"/>
              <w:bottom w:w="14" w:type="dxa"/>
              <w:right w:w="60" w:type="dxa"/>
            </w:tcMar>
            <w:vAlign w:val="center"/>
          </w:tcPr>
          <w:p w:rsidR="00780BF9" w:rsidRPr="004327DA" w:rsidP="00F94D60" w14:paraId="198CB0ED" w14:textId="77777777">
            <w:pPr>
              <w:spacing w:after="0" w:line="240" w:lineRule="auto"/>
              <w:jc w:val="center"/>
              <w:rPr>
                <w:rFonts w:ascii="Aptos" w:hAnsi="Aptos"/>
                <w:sz w:val="18"/>
                <w:szCs w:val="18"/>
              </w:rPr>
            </w:pPr>
            <w:r w:rsidRPr="004327DA">
              <w:rPr>
                <w:rFonts w:ascii="Aptos" w:hAnsi="Aptos"/>
                <w:sz w:val="18"/>
                <w:szCs w:val="18"/>
              </w:rPr>
              <w:t>☐</w:t>
            </w:r>
          </w:p>
        </w:tc>
        <w:tc>
          <w:tcPr>
            <w:tcW w:w="625" w:type="dxa"/>
            <w:tcBorders>
              <w:top w:val="single" w:sz="4" w:space="0" w:color="B7B7B7"/>
              <w:left w:val="single" w:sz="4" w:space="0" w:color="B7B7B7"/>
              <w:bottom w:val="single" w:sz="4" w:space="0" w:color="B7B7B7"/>
              <w:right w:val="single" w:sz="4" w:space="0" w:color="B7B7B7"/>
            </w:tcBorders>
            <w:tcMar>
              <w:top w:w="14" w:type="dxa"/>
              <w:left w:w="29" w:type="dxa"/>
              <w:bottom w:w="14" w:type="dxa"/>
              <w:right w:w="60" w:type="dxa"/>
            </w:tcMar>
            <w:vAlign w:val="center"/>
          </w:tcPr>
          <w:p w:rsidR="00780BF9" w:rsidRPr="004327DA" w:rsidP="00F94D60" w14:paraId="456C2DA5" w14:textId="77777777">
            <w:pPr>
              <w:spacing w:after="0" w:line="240" w:lineRule="auto"/>
              <w:jc w:val="center"/>
              <w:rPr>
                <w:rFonts w:ascii="Aptos" w:hAnsi="Aptos"/>
                <w:sz w:val="18"/>
                <w:szCs w:val="18"/>
              </w:rPr>
            </w:pPr>
            <w:r w:rsidRPr="004327DA">
              <w:rPr>
                <w:rFonts w:ascii="Aptos" w:hAnsi="Aptos"/>
                <w:sz w:val="18"/>
                <w:szCs w:val="18"/>
              </w:rPr>
              <w:t>☐</w:t>
            </w:r>
          </w:p>
        </w:tc>
      </w:tr>
      <w:tr w14:paraId="06F07D93" w14:textId="77777777" w:rsidTr="00CA27F5">
        <w:tblPrEx>
          <w:tblW w:w="10790" w:type="dxa"/>
          <w:jc w:val="center"/>
          <w:tblLayout w:type="fixed"/>
          <w:tblLook w:val="04A0"/>
        </w:tblPrEx>
        <w:trPr>
          <w:jc w:val="center"/>
        </w:trPr>
        <w:tc>
          <w:tcPr>
            <w:tcW w:w="9278" w:type="dxa"/>
            <w:gridSpan w:val="8"/>
            <w:tcBorders>
              <w:top w:val="single" w:sz="4" w:space="0" w:color="B7B7B7"/>
              <w:left w:val="single" w:sz="4" w:space="0" w:color="B7B7B7"/>
              <w:bottom w:val="single" w:sz="4" w:space="0" w:color="B7B7B7"/>
              <w:right w:val="single" w:sz="4" w:space="0" w:color="B7B7B7"/>
            </w:tcBorders>
            <w:tcMar>
              <w:top w:w="14" w:type="dxa"/>
              <w:left w:w="29" w:type="dxa"/>
              <w:bottom w:w="14" w:type="dxa"/>
              <w:right w:w="60" w:type="dxa"/>
            </w:tcMar>
            <w:vAlign w:val="center"/>
          </w:tcPr>
          <w:p w:rsidR="001A1B3F" w:rsidRPr="004327DA" w:rsidP="00A04558" w14:paraId="3FB26F55" w14:textId="6AFCD644">
            <w:pPr>
              <w:tabs>
                <w:tab w:val="right" w:pos="9864"/>
              </w:tabs>
              <w:spacing w:after="0" w:line="240" w:lineRule="auto"/>
              <w:rPr>
                <w:rFonts w:ascii="Aptos" w:hAnsi="Aptos"/>
                <w:sz w:val="18"/>
                <w:szCs w:val="18"/>
              </w:rPr>
            </w:pPr>
            <w:r w:rsidRPr="004327DA">
              <w:rPr>
                <w:rFonts w:ascii="Aptos" w:hAnsi="Aptos"/>
                <w:sz w:val="18"/>
                <w:szCs w:val="18"/>
              </w:rPr>
              <w:t>3.</w:t>
            </w:r>
            <w:r w:rsidR="00360563">
              <w:rPr>
                <w:rFonts w:ascii="Aptos" w:hAnsi="Aptos"/>
                <w:sz w:val="18"/>
                <w:szCs w:val="18"/>
              </w:rPr>
              <w:t xml:space="preserve"> </w:t>
            </w:r>
            <w:r>
              <w:rPr>
                <w:rFonts w:ascii="Aptos" w:hAnsi="Aptos"/>
                <w:sz w:val="18"/>
                <w:szCs w:val="18"/>
              </w:rPr>
              <w:t xml:space="preserve">Go </w:t>
            </w:r>
            <w:r w:rsidR="00303CCB">
              <w:rPr>
                <w:rFonts w:ascii="Aptos" w:hAnsi="Aptos"/>
                <w:sz w:val="18"/>
                <w:szCs w:val="18"/>
              </w:rPr>
              <w:t xml:space="preserve">into or work around any healthcare facility, hospital, clinic, or Ebola treatment unit, or visit a traditional healer? </w:t>
            </w:r>
          </w:p>
        </w:tc>
        <w:tc>
          <w:tcPr>
            <w:tcW w:w="887" w:type="dxa"/>
            <w:tcBorders>
              <w:top w:val="single" w:sz="4" w:space="0" w:color="B7B7B7"/>
              <w:left w:val="single" w:sz="4" w:space="0" w:color="B7B7B7"/>
              <w:bottom w:val="single" w:sz="4" w:space="0" w:color="B7B7B7"/>
              <w:right w:val="single" w:sz="4" w:space="0" w:color="B7B7B7"/>
            </w:tcBorders>
            <w:tcMar>
              <w:top w:w="14" w:type="dxa"/>
              <w:left w:w="29" w:type="dxa"/>
              <w:bottom w:w="14" w:type="dxa"/>
              <w:right w:w="60" w:type="dxa"/>
            </w:tcMar>
            <w:vAlign w:val="center"/>
          </w:tcPr>
          <w:p w:rsidR="00780BF9" w:rsidRPr="004327DA" w:rsidP="00F94D60" w14:paraId="3B65F7F4" w14:textId="77777777">
            <w:pPr>
              <w:spacing w:after="0" w:line="240" w:lineRule="auto"/>
              <w:jc w:val="center"/>
              <w:rPr>
                <w:rFonts w:ascii="Aptos" w:hAnsi="Aptos"/>
                <w:sz w:val="18"/>
                <w:szCs w:val="18"/>
              </w:rPr>
            </w:pPr>
            <w:r w:rsidRPr="004327DA">
              <w:rPr>
                <w:rFonts w:ascii="Aptos" w:hAnsi="Aptos"/>
                <w:sz w:val="18"/>
                <w:szCs w:val="18"/>
              </w:rPr>
              <w:t>☐</w:t>
            </w:r>
          </w:p>
        </w:tc>
        <w:tc>
          <w:tcPr>
            <w:tcW w:w="625" w:type="dxa"/>
            <w:tcBorders>
              <w:top w:val="single" w:sz="4" w:space="0" w:color="B7B7B7"/>
              <w:left w:val="single" w:sz="4" w:space="0" w:color="B7B7B7"/>
              <w:bottom w:val="single" w:sz="4" w:space="0" w:color="B7B7B7"/>
              <w:right w:val="single" w:sz="4" w:space="0" w:color="B7B7B7"/>
            </w:tcBorders>
            <w:tcMar>
              <w:top w:w="14" w:type="dxa"/>
              <w:left w:w="29" w:type="dxa"/>
              <w:bottom w:w="14" w:type="dxa"/>
              <w:right w:w="60" w:type="dxa"/>
            </w:tcMar>
            <w:vAlign w:val="center"/>
          </w:tcPr>
          <w:p w:rsidR="00780BF9" w:rsidRPr="004327DA" w:rsidP="00F94D60" w14:paraId="51E630F1" w14:textId="77777777">
            <w:pPr>
              <w:spacing w:after="0" w:line="240" w:lineRule="auto"/>
              <w:jc w:val="center"/>
              <w:rPr>
                <w:rFonts w:ascii="Aptos" w:hAnsi="Aptos"/>
                <w:sz w:val="18"/>
                <w:szCs w:val="18"/>
              </w:rPr>
            </w:pPr>
            <w:r w:rsidRPr="004327DA">
              <w:rPr>
                <w:rFonts w:ascii="Aptos" w:hAnsi="Aptos"/>
                <w:sz w:val="18"/>
                <w:szCs w:val="18"/>
              </w:rPr>
              <w:t>☐</w:t>
            </w:r>
          </w:p>
        </w:tc>
      </w:tr>
      <w:tr w14:paraId="066AE34F" w14:textId="77777777" w:rsidTr="00CA27F5">
        <w:tblPrEx>
          <w:tblW w:w="10790" w:type="dxa"/>
          <w:jc w:val="center"/>
          <w:tblLayout w:type="fixed"/>
          <w:tblLook w:val="04A0"/>
        </w:tblPrEx>
        <w:trPr>
          <w:jc w:val="center"/>
        </w:trPr>
        <w:tc>
          <w:tcPr>
            <w:tcW w:w="9278" w:type="dxa"/>
            <w:gridSpan w:val="8"/>
            <w:tcBorders>
              <w:top w:val="single" w:sz="4" w:space="0" w:color="B7B7B7"/>
              <w:left w:val="single" w:sz="4" w:space="0" w:color="B7B7B7"/>
              <w:bottom w:val="single" w:sz="4" w:space="0" w:color="B7B7B7"/>
              <w:right w:val="single" w:sz="4" w:space="0" w:color="B7B7B7"/>
            </w:tcBorders>
            <w:tcMar>
              <w:top w:w="14" w:type="dxa"/>
              <w:left w:w="29" w:type="dxa"/>
              <w:bottom w:w="14" w:type="dxa"/>
              <w:right w:w="60" w:type="dxa"/>
            </w:tcMar>
            <w:vAlign w:val="center"/>
          </w:tcPr>
          <w:p w:rsidR="00DE548E" w:rsidRPr="004327DA" w:rsidP="00F94D60" w14:paraId="2FD74115" w14:textId="753E5754">
            <w:pPr>
              <w:tabs>
                <w:tab w:val="right" w:pos="9947"/>
              </w:tabs>
              <w:spacing w:after="0" w:line="240" w:lineRule="auto"/>
              <w:rPr>
                <w:rFonts w:ascii="Aptos" w:hAnsi="Aptos"/>
                <w:sz w:val="18"/>
                <w:szCs w:val="18"/>
              </w:rPr>
            </w:pPr>
            <w:r>
              <w:rPr>
                <w:rFonts w:ascii="Aptos" w:hAnsi="Aptos"/>
                <w:sz w:val="18"/>
                <w:szCs w:val="18"/>
              </w:rPr>
              <w:t xml:space="preserve">4. </w:t>
            </w:r>
            <w:r w:rsidR="00C67DB6">
              <w:rPr>
                <w:rFonts w:ascii="Aptos" w:hAnsi="Aptos"/>
                <w:sz w:val="18"/>
                <w:szCs w:val="18"/>
              </w:rPr>
              <w:t xml:space="preserve">Work in a healthcare facility taking care of patients, cleaning or </w:t>
            </w:r>
            <w:r w:rsidR="00B6316F">
              <w:rPr>
                <w:rFonts w:ascii="Aptos" w:hAnsi="Aptos"/>
                <w:sz w:val="18"/>
                <w:szCs w:val="18"/>
              </w:rPr>
              <w:t xml:space="preserve">doing laundry, or handling waste from patients, or </w:t>
            </w:r>
            <w:r w:rsidR="00B6316F">
              <w:rPr>
                <w:rFonts w:ascii="Aptos" w:hAnsi="Aptos"/>
                <w:sz w:val="18"/>
                <w:szCs w:val="18"/>
              </w:rPr>
              <w:t>work</w:t>
            </w:r>
            <w:r w:rsidR="00B6316F">
              <w:rPr>
                <w:rFonts w:ascii="Aptos" w:hAnsi="Aptos"/>
                <w:sz w:val="18"/>
                <w:szCs w:val="18"/>
              </w:rPr>
              <w:t xml:space="preserve"> in a lab collecting or handling patient samples</w:t>
            </w:r>
            <w:r>
              <w:rPr>
                <w:rFonts w:ascii="Aptos" w:hAnsi="Aptos"/>
                <w:sz w:val="18"/>
                <w:szCs w:val="18"/>
              </w:rPr>
              <w:t>?</w:t>
            </w:r>
          </w:p>
        </w:tc>
        <w:tc>
          <w:tcPr>
            <w:tcW w:w="887" w:type="dxa"/>
            <w:tcBorders>
              <w:top w:val="single" w:sz="4" w:space="0" w:color="B7B7B7"/>
              <w:left w:val="single" w:sz="4" w:space="0" w:color="B7B7B7"/>
              <w:bottom w:val="single" w:sz="4" w:space="0" w:color="B7B7B7"/>
              <w:right w:val="single" w:sz="4" w:space="0" w:color="B7B7B7"/>
            </w:tcBorders>
            <w:tcMar>
              <w:top w:w="14" w:type="dxa"/>
              <w:left w:w="29" w:type="dxa"/>
              <w:bottom w:w="14" w:type="dxa"/>
              <w:right w:w="60" w:type="dxa"/>
            </w:tcMar>
            <w:vAlign w:val="center"/>
          </w:tcPr>
          <w:p w:rsidR="009A719A" w:rsidRPr="004327DA" w:rsidP="00F94D60" w14:paraId="6FE89F2A" w14:textId="77777777">
            <w:pPr>
              <w:spacing w:after="0" w:line="240" w:lineRule="auto"/>
              <w:jc w:val="center"/>
              <w:rPr>
                <w:rFonts w:ascii="Aptos" w:hAnsi="Aptos"/>
                <w:sz w:val="18"/>
                <w:szCs w:val="18"/>
              </w:rPr>
            </w:pPr>
            <w:r w:rsidRPr="004327DA">
              <w:rPr>
                <w:rFonts w:ascii="Aptos" w:hAnsi="Aptos"/>
                <w:sz w:val="18"/>
                <w:szCs w:val="18"/>
              </w:rPr>
              <w:t>☐</w:t>
            </w:r>
          </w:p>
        </w:tc>
        <w:tc>
          <w:tcPr>
            <w:tcW w:w="625" w:type="dxa"/>
            <w:tcBorders>
              <w:top w:val="single" w:sz="4" w:space="0" w:color="B7B7B7"/>
              <w:left w:val="single" w:sz="4" w:space="0" w:color="B7B7B7"/>
              <w:bottom w:val="single" w:sz="4" w:space="0" w:color="B7B7B7"/>
              <w:right w:val="single" w:sz="4" w:space="0" w:color="B7B7B7"/>
            </w:tcBorders>
            <w:tcMar>
              <w:top w:w="14" w:type="dxa"/>
              <w:left w:w="29" w:type="dxa"/>
              <w:bottom w:w="14" w:type="dxa"/>
              <w:right w:w="60" w:type="dxa"/>
            </w:tcMar>
            <w:vAlign w:val="center"/>
          </w:tcPr>
          <w:p w:rsidR="009A719A" w:rsidRPr="004327DA" w:rsidP="00F94D60" w14:paraId="4A2EF49C" w14:textId="77777777">
            <w:pPr>
              <w:spacing w:after="0" w:line="240" w:lineRule="auto"/>
              <w:jc w:val="center"/>
              <w:rPr>
                <w:rFonts w:ascii="Aptos" w:hAnsi="Aptos"/>
                <w:sz w:val="18"/>
                <w:szCs w:val="18"/>
              </w:rPr>
            </w:pPr>
            <w:r w:rsidRPr="004327DA">
              <w:rPr>
                <w:rFonts w:ascii="Aptos" w:hAnsi="Aptos"/>
                <w:sz w:val="18"/>
                <w:szCs w:val="18"/>
              </w:rPr>
              <w:t>☐</w:t>
            </w:r>
          </w:p>
        </w:tc>
      </w:tr>
      <w:tr w14:paraId="3AEF1FBB" w14:textId="77777777" w:rsidTr="00CA27F5">
        <w:tblPrEx>
          <w:tblW w:w="10790" w:type="dxa"/>
          <w:jc w:val="center"/>
          <w:tblLayout w:type="fixed"/>
          <w:tblLook w:val="04A0"/>
        </w:tblPrEx>
        <w:trPr>
          <w:jc w:val="center"/>
        </w:trPr>
        <w:tc>
          <w:tcPr>
            <w:tcW w:w="9278" w:type="dxa"/>
            <w:gridSpan w:val="8"/>
            <w:tcBorders>
              <w:top w:val="single" w:sz="4" w:space="0" w:color="B7B7B7"/>
              <w:left w:val="single" w:sz="4" w:space="0" w:color="B7B7B7"/>
              <w:bottom w:val="single" w:sz="4" w:space="0" w:color="B7B7B7"/>
              <w:right w:val="single" w:sz="4" w:space="0" w:color="B7B7B7"/>
            </w:tcBorders>
            <w:tcMar>
              <w:top w:w="14" w:type="dxa"/>
              <w:left w:w="29" w:type="dxa"/>
              <w:bottom w:w="14" w:type="dxa"/>
              <w:right w:w="60" w:type="dxa"/>
            </w:tcMar>
            <w:vAlign w:val="center"/>
          </w:tcPr>
          <w:p w:rsidR="00310C9C" w:rsidRPr="004327DA" w:rsidP="00F94D60" w14:paraId="583EE111" w14:textId="2C338AE9">
            <w:pPr>
              <w:tabs>
                <w:tab w:val="right" w:pos="9947"/>
              </w:tabs>
              <w:spacing w:after="0" w:line="240" w:lineRule="auto"/>
              <w:rPr>
                <w:rFonts w:ascii="Aptos" w:hAnsi="Aptos"/>
                <w:sz w:val="18"/>
                <w:szCs w:val="18"/>
              </w:rPr>
            </w:pPr>
            <w:r w:rsidRPr="004327DA">
              <w:rPr>
                <w:rFonts w:ascii="Aptos" w:hAnsi="Aptos"/>
                <w:sz w:val="18"/>
                <w:szCs w:val="18"/>
              </w:rPr>
              <w:t>5.</w:t>
            </w:r>
            <w:r w:rsidR="00360563">
              <w:rPr>
                <w:rFonts w:ascii="Aptos" w:hAnsi="Aptos"/>
                <w:sz w:val="18"/>
                <w:szCs w:val="18"/>
              </w:rPr>
              <w:t xml:space="preserve"> </w:t>
            </w:r>
            <w:r w:rsidR="00B6316F">
              <w:rPr>
                <w:rFonts w:ascii="Aptos" w:hAnsi="Aptos"/>
                <w:sz w:val="18"/>
                <w:szCs w:val="18"/>
              </w:rPr>
              <w:t>T</w:t>
            </w:r>
            <w:r w:rsidR="00444A16">
              <w:rPr>
                <w:rFonts w:ascii="Aptos" w:hAnsi="Aptos"/>
                <w:sz w:val="18"/>
                <w:szCs w:val="18"/>
              </w:rPr>
              <w:t xml:space="preserve">ouch </w:t>
            </w:r>
            <w:r w:rsidR="00CE06E1">
              <w:rPr>
                <w:rFonts w:ascii="Aptos" w:hAnsi="Aptos"/>
                <w:sz w:val="18"/>
                <w:szCs w:val="18"/>
              </w:rPr>
              <w:t>the body of a dead person, prepare a body for burial, attend a funeral, or perform burial work?</w:t>
            </w:r>
          </w:p>
        </w:tc>
        <w:tc>
          <w:tcPr>
            <w:tcW w:w="887" w:type="dxa"/>
            <w:tcBorders>
              <w:top w:val="single" w:sz="4" w:space="0" w:color="B7B7B7"/>
              <w:left w:val="single" w:sz="4" w:space="0" w:color="B7B7B7"/>
              <w:bottom w:val="single" w:sz="4" w:space="0" w:color="B7B7B7"/>
              <w:right w:val="single" w:sz="4" w:space="0" w:color="B7B7B7"/>
            </w:tcBorders>
            <w:tcMar>
              <w:top w:w="14" w:type="dxa"/>
              <w:left w:w="29" w:type="dxa"/>
              <w:bottom w:w="14" w:type="dxa"/>
              <w:right w:w="60" w:type="dxa"/>
            </w:tcMar>
            <w:vAlign w:val="center"/>
          </w:tcPr>
          <w:p w:rsidR="009A719A" w:rsidRPr="004327DA" w:rsidP="00F94D60" w14:paraId="7F4D281B" w14:textId="3F7A8337">
            <w:pPr>
              <w:spacing w:after="0" w:line="240" w:lineRule="auto"/>
              <w:jc w:val="center"/>
              <w:rPr>
                <w:rFonts w:ascii="Aptos" w:hAnsi="Aptos"/>
                <w:sz w:val="18"/>
                <w:szCs w:val="18"/>
              </w:rPr>
            </w:pPr>
            <w:r w:rsidRPr="004327DA">
              <w:rPr>
                <w:rFonts w:ascii="Aptos" w:hAnsi="Aptos"/>
                <w:sz w:val="18"/>
                <w:szCs w:val="18"/>
              </w:rPr>
              <w:t>☐</w:t>
            </w:r>
          </w:p>
        </w:tc>
        <w:tc>
          <w:tcPr>
            <w:tcW w:w="625" w:type="dxa"/>
            <w:tcBorders>
              <w:top w:val="single" w:sz="4" w:space="0" w:color="B7B7B7"/>
              <w:left w:val="single" w:sz="4" w:space="0" w:color="B7B7B7"/>
              <w:bottom w:val="single" w:sz="4" w:space="0" w:color="B7B7B7"/>
              <w:right w:val="single" w:sz="4" w:space="0" w:color="B7B7B7"/>
            </w:tcBorders>
            <w:tcMar>
              <w:top w:w="14" w:type="dxa"/>
              <w:left w:w="29" w:type="dxa"/>
              <w:bottom w:w="14" w:type="dxa"/>
              <w:right w:w="60" w:type="dxa"/>
            </w:tcMar>
            <w:vAlign w:val="center"/>
          </w:tcPr>
          <w:p w:rsidR="009A719A" w:rsidRPr="004327DA" w:rsidP="00F94D60" w14:paraId="4E089955" w14:textId="77777777">
            <w:pPr>
              <w:spacing w:after="0" w:line="240" w:lineRule="auto"/>
              <w:jc w:val="center"/>
              <w:rPr>
                <w:rFonts w:ascii="Aptos" w:hAnsi="Aptos"/>
                <w:sz w:val="18"/>
                <w:szCs w:val="18"/>
              </w:rPr>
            </w:pPr>
            <w:r w:rsidRPr="004327DA">
              <w:rPr>
                <w:rFonts w:ascii="Aptos" w:hAnsi="Aptos"/>
                <w:sz w:val="18"/>
                <w:szCs w:val="18"/>
              </w:rPr>
              <w:t>☐</w:t>
            </w:r>
          </w:p>
        </w:tc>
      </w:tr>
      <w:tr w14:paraId="583D6491" w14:textId="77777777" w:rsidTr="00CA27F5">
        <w:tblPrEx>
          <w:tblW w:w="10790" w:type="dxa"/>
          <w:jc w:val="center"/>
          <w:tblLayout w:type="fixed"/>
          <w:tblLook w:val="04A0"/>
        </w:tblPrEx>
        <w:trPr>
          <w:trHeight w:val="141"/>
          <w:jc w:val="center"/>
        </w:trPr>
        <w:tc>
          <w:tcPr>
            <w:tcW w:w="9278" w:type="dxa"/>
            <w:gridSpan w:val="8"/>
            <w:tcBorders>
              <w:top w:val="single" w:sz="4" w:space="0" w:color="B7B7B7"/>
              <w:left w:val="single" w:sz="4" w:space="0" w:color="B7B7B7"/>
              <w:bottom w:val="single" w:sz="4" w:space="0" w:color="B7B7B7"/>
              <w:right w:val="single" w:sz="4" w:space="0" w:color="B7B7B7"/>
            </w:tcBorders>
            <w:tcMar>
              <w:top w:w="14" w:type="dxa"/>
              <w:left w:w="29" w:type="dxa"/>
              <w:bottom w:w="14" w:type="dxa"/>
              <w:right w:w="60" w:type="dxa"/>
            </w:tcMar>
            <w:vAlign w:val="center"/>
          </w:tcPr>
          <w:p w:rsidR="008727B1" w:rsidRPr="004327DA" w:rsidP="00F94D60" w14:paraId="218BB47B" w14:textId="5064E2BD">
            <w:pPr>
              <w:tabs>
                <w:tab w:val="right" w:pos="9947"/>
              </w:tabs>
              <w:spacing w:after="0" w:line="240" w:lineRule="auto"/>
              <w:rPr>
                <w:rFonts w:ascii="Aptos" w:hAnsi="Aptos"/>
                <w:sz w:val="18"/>
                <w:szCs w:val="18"/>
              </w:rPr>
            </w:pPr>
            <w:r w:rsidRPr="004327DA">
              <w:rPr>
                <w:rFonts w:ascii="Aptos" w:hAnsi="Aptos"/>
                <w:sz w:val="18"/>
                <w:szCs w:val="18"/>
              </w:rPr>
              <w:t>6.</w:t>
            </w:r>
            <w:r w:rsidR="00360563">
              <w:rPr>
                <w:rFonts w:ascii="Aptos" w:hAnsi="Aptos"/>
                <w:sz w:val="18"/>
                <w:szCs w:val="18"/>
              </w:rPr>
              <w:t xml:space="preserve"> </w:t>
            </w:r>
            <w:r w:rsidR="00B6316F">
              <w:rPr>
                <w:rFonts w:ascii="Aptos" w:hAnsi="Aptos"/>
                <w:sz w:val="18"/>
                <w:szCs w:val="18"/>
              </w:rPr>
              <w:t>H</w:t>
            </w:r>
            <w:r w:rsidRPr="004327DA" w:rsidR="00617B3C">
              <w:rPr>
                <w:rFonts w:ascii="Aptos" w:hAnsi="Aptos"/>
                <w:sz w:val="18"/>
                <w:szCs w:val="18"/>
              </w:rPr>
              <w:t>ave contact with a bat, monkey</w:t>
            </w:r>
            <w:r w:rsidRPr="01716476" w:rsidR="4CCD09B2">
              <w:rPr>
                <w:rFonts w:ascii="Aptos" w:hAnsi="Aptos"/>
                <w:sz w:val="18"/>
                <w:szCs w:val="18"/>
              </w:rPr>
              <w:t>,</w:t>
            </w:r>
            <w:r w:rsidRPr="004327DA" w:rsidR="00617B3C">
              <w:rPr>
                <w:rFonts w:ascii="Aptos" w:hAnsi="Aptos"/>
                <w:sz w:val="18"/>
                <w:szCs w:val="18"/>
              </w:rPr>
              <w:t xml:space="preserve"> or ape</w:t>
            </w:r>
            <w:r w:rsidR="00CE06E1">
              <w:rPr>
                <w:rFonts w:ascii="Aptos" w:hAnsi="Aptos"/>
                <w:sz w:val="18"/>
                <w:szCs w:val="18"/>
              </w:rPr>
              <w:t xml:space="preserve"> (</w:t>
            </w:r>
            <w:r w:rsidRPr="004327DA" w:rsidR="00617B3C">
              <w:rPr>
                <w:rFonts w:ascii="Aptos" w:hAnsi="Aptos"/>
                <w:sz w:val="18"/>
                <w:szCs w:val="18"/>
              </w:rPr>
              <w:t>alive</w:t>
            </w:r>
            <w:r w:rsidR="00CE06E1">
              <w:rPr>
                <w:rFonts w:ascii="Aptos" w:hAnsi="Aptos"/>
                <w:sz w:val="18"/>
                <w:szCs w:val="18"/>
              </w:rPr>
              <w:t xml:space="preserve">, </w:t>
            </w:r>
            <w:r w:rsidRPr="004327DA" w:rsidR="00617B3C">
              <w:rPr>
                <w:rFonts w:ascii="Aptos" w:hAnsi="Aptos"/>
                <w:sz w:val="18"/>
                <w:szCs w:val="18"/>
              </w:rPr>
              <w:t>dead</w:t>
            </w:r>
            <w:r w:rsidR="00CE06E1">
              <w:rPr>
                <w:rFonts w:ascii="Aptos" w:hAnsi="Aptos"/>
                <w:sz w:val="18"/>
                <w:szCs w:val="18"/>
              </w:rPr>
              <w:t>, or any dead body parts</w:t>
            </w:r>
            <w:r w:rsidRPr="01716476" w:rsidR="20F2930F">
              <w:rPr>
                <w:rFonts w:ascii="Aptos" w:hAnsi="Aptos"/>
                <w:sz w:val="18"/>
                <w:szCs w:val="18"/>
              </w:rPr>
              <w:t>)</w:t>
            </w:r>
            <w:r w:rsidRPr="01716476" w:rsidR="6125502F">
              <w:rPr>
                <w:rFonts w:ascii="Aptos" w:hAnsi="Aptos"/>
                <w:sz w:val="18"/>
                <w:szCs w:val="18"/>
              </w:rPr>
              <w:t xml:space="preserve">, or </w:t>
            </w:r>
            <w:r w:rsidR="00CE06E1">
              <w:rPr>
                <w:rFonts w:ascii="Aptos" w:hAnsi="Aptos"/>
                <w:sz w:val="18"/>
                <w:szCs w:val="18"/>
              </w:rPr>
              <w:t>their</w:t>
            </w:r>
            <w:r w:rsidRPr="01716476" w:rsidR="6125502F">
              <w:rPr>
                <w:rFonts w:ascii="Aptos" w:hAnsi="Aptos"/>
                <w:sz w:val="18"/>
                <w:szCs w:val="18"/>
              </w:rPr>
              <w:t xml:space="preserve"> body fluids</w:t>
            </w:r>
            <w:r w:rsidRPr="01716476" w:rsidR="20F2930F">
              <w:rPr>
                <w:rFonts w:ascii="Aptos" w:hAnsi="Aptos"/>
                <w:sz w:val="18"/>
                <w:szCs w:val="18"/>
              </w:rPr>
              <w:t>?</w:t>
            </w:r>
          </w:p>
        </w:tc>
        <w:tc>
          <w:tcPr>
            <w:tcW w:w="887" w:type="dxa"/>
            <w:tcBorders>
              <w:top w:val="single" w:sz="4" w:space="0" w:color="B7B7B7"/>
              <w:left w:val="single" w:sz="4" w:space="0" w:color="B7B7B7"/>
              <w:bottom w:val="single" w:sz="4" w:space="0" w:color="B7B7B7"/>
              <w:right w:val="single" w:sz="4" w:space="0" w:color="B7B7B7"/>
            </w:tcBorders>
            <w:tcMar>
              <w:top w:w="14" w:type="dxa"/>
              <w:left w:w="29" w:type="dxa"/>
              <w:bottom w:w="14" w:type="dxa"/>
              <w:right w:w="60" w:type="dxa"/>
            </w:tcMar>
            <w:vAlign w:val="center"/>
          </w:tcPr>
          <w:p w:rsidR="00617B3C" w:rsidRPr="004327DA" w:rsidP="00F94D60" w14:paraId="07978890" w14:textId="0C977566">
            <w:pPr>
              <w:spacing w:after="0" w:line="240" w:lineRule="auto"/>
              <w:jc w:val="center"/>
              <w:rPr>
                <w:rFonts w:ascii="Aptos" w:hAnsi="Aptos"/>
                <w:sz w:val="18"/>
                <w:szCs w:val="18"/>
              </w:rPr>
            </w:pPr>
            <w:r w:rsidRPr="004327DA">
              <w:rPr>
                <w:rFonts w:ascii="Aptos" w:hAnsi="Aptos"/>
                <w:sz w:val="18"/>
                <w:szCs w:val="18"/>
              </w:rPr>
              <w:t>☐</w:t>
            </w:r>
          </w:p>
        </w:tc>
        <w:tc>
          <w:tcPr>
            <w:tcW w:w="625" w:type="dxa"/>
            <w:tcBorders>
              <w:top w:val="single" w:sz="4" w:space="0" w:color="B7B7B7"/>
              <w:left w:val="single" w:sz="4" w:space="0" w:color="B7B7B7"/>
              <w:bottom w:val="single" w:sz="4" w:space="0" w:color="B7B7B7"/>
              <w:right w:val="single" w:sz="4" w:space="0" w:color="B7B7B7"/>
            </w:tcBorders>
            <w:tcMar>
              <w:top w:w="14" w:type="dxa"/>
              <w:left w:w="29" w:type="dxa"/>
              <w:bottom w:w="14" w:type="dxa"/>
              <w:right w:w="60" w:type="dxa"/>
            </w:tcMar>
            <w:vAlign w:val="center"/>
          </w:tcPr>
          <w:p w:rsidR="00617B3C" w:rsidRPr="004327DA" w:rsidP="00F94D60" w14:paraId="5B5EA06D" w14:textId="3CD29094">
            <w:pPr>
              <w:spacing w:after="0" w:line="240" w:lineRule="auto"/>
              <w:jc w:val="center"/>
              <w:rPr>
                <w:rFonts w:ascii="Aptos" w:hAnsi="Aptos"/>
                <w:sz w:val="18"/>
                <w:szCs w:val="18"/>
              </w:rPr>
            </w:pPr>
            <w:r w:rsidRPr="004327DA">
              <w:rPr>
                <w:rFonts w:ascii="Aptos" w:hAnsi="Aptos"/>
                <w:sz w:val="18"/>
                <w:szCs w:val="18"/>
              </w:rPr>
              <w:t>☐</w:t>
            </w:r>
          </w:p>
        </w:tc>
      </w:tr>
      <w:tr w14:paraId="0164317C" w14:textId="77777777" w:rsidTr="00CA27F5">
        <w:tblPrEx>
          <w:tblW w:w="10790" w:type="dxa"/>
          <w:jc w:val="center"/>
          <w:tblLayout w:type="fixed"/>
          <w:tblLook w:val="04A0"/>
        </w:tblPrEx>
        <w:trPr>
          <w:trHeight w:val="120"/>
          <w:jc w:val="center"/>
        </w:trPr>
        <w:tc>
          <w:tcPr>
            <w:tcW w:w="9278" w:type="dxa"/>
            <w:gridSpan w:val="8"/>
            <w:tcBorders>
              <w:top w:val="single" w:sz="4" w:space="0" w:color="B7B7B7"/>
              <w:left w:val="single" w:sz="4" w:space="0" w:color="B7B7B7"/>
              <w:bottom w:val="single" w:sz="4" w:space="0" w:color="B7B7B7"/>
              <w:right w:val="single" w:sz="4" w:space="0" w:color="B7B7B7"/>
            </w:tcBorders>
            <w:tcMar>
              <w:top w:w="14" w:type="dxa"/>
              <w:left w:w="29" w:type="dxa"/>
              <w:bottom w:w="14" w:type="dxa"/>
              <w:right w:w="60" w:type="dxa"/>
            </w:tcMar>
            <w:vAlign w:val="center"/>
          </w:tcPr>
          <w:p w:rsidR="00F83601" w:rsidRPr="004327DA" w:rsidP="00F94D60" w14:paraId="51A64527" w14:textId="74C9B99D">
            <w:pPr>
              <w:tabs>
                <w:tab w:val="right" w:pos="9947"/>
              </w:tabs>
              <w:spacing w:after="0" w:line="240" w:lineRule="auto"/>
              <w:rPr>
                <w:rFonts w:ascii="Aptos" w:hAnsi="Aptos"/>
                <w:sz w:val="18"/>
                <w:szCs w:val="18"/>
              </w:rPr>
            </w:pPr>
            <w:r w:rsidRPr="004327DA">
              <w:rPr>
                <w:rFonts w:ascii="Aptos" w:hAnsi="Aptos"/>
                <w:sz w:val="18"/>
                <w:szCs w:val="18"/>
              </w:rPr>
              <w:t xml:space="preserve">7. </w:t>
            </w:r>
            <w:r w:rsidR="00237152">
              <w:rPr>
                <w:rFonts w:ascii="Aptos" w:hAnsi="Aptos"/>
                <w:sz w:val="18"/>
                <w:szCs w:val="18"/>
              </w:rPr>
              <w:t>G</w:t>
            </w:r>
            <w:r w:rsidRPr="004327DA" w:rsidR="00617B3C">
              <w:rPr>
                <w:rFonts w:ascii="Aptos" w:hAnsi="Aptos"/>
                <w:sz w:val="18"/>
                <w:szCs w:val="18"/>
              </w:rPr>
              <w:t xml:space="preserve">o into a </w:t>
            </w:r>
            <w:r w:rsidRPr="004327DA" w:rsidR="004B2EF8">
              <w:rPr>
                <w:rFonts w:ascii="Aptos" w:hAnsi="Aptos"/>
                <w:sz w:val="18"/>
                <w:szCs w:val="18"/>
              </w:rPr>
              <w:t xml:space="preserve">mine </w:t>
            </w:r>
            <w:r w:rsidRPr="004327DA" w:rsidR="00617B3C">
              <w:rPr>
                <w:rFonts w:ascii="Aptos" w:hAnsi="Aptos"/>
                <w:sz w:val="18"/>
                <w:szCs w:val="18"/>
              </w:rPr>
              <w:t>or a cave?</w:t>
            </w:r>
            <w:r w:rsidRPr="004327DA" w:rsidR="00387F31">
              <w:rPr>
                <w:rFonts w:ascii="Aptos" w:hAnsi="Aptos"/>
                <w:sz w:val="18"/>
                <w:szCs w:val="18"/>
              </w:rPr>
              <w:t xml:space="preserve"> </w:t>
            </w:r>
          </w:p>
        </w:tc>
        <w:tc>
          <w:tcPr>
            <w:tcW w:w="887" w:type="dxa"/>
            <w:tcBorders>
              <w:top w:val="single" w:sz="4" w:space="0" w:color="B7B7B7"/>
              <w:left w:val="single" w:sz="4" w:space="0" w:color="B7B7B7"/>
              <w:bottom w:val="single" w:sz="4" w:space="0" w:color="B7B7B7"/>
              <w:right w:val="single" w:sz="4" w:space="0" w:color="B7B7B7"/>
            </w:tcBorders>
            <w:tcMar>
              <w:top w:w="14" w:type="dxa"/>
              <w:left w:w="29" w:type="dxa"/>
              <w:bottom w:w="14" w:type="dxa"/>
              <w:right w:w="60" w:type="dxa"/>
            </w:tcMar>
            <w:vAlign w:val="center"/>
          </w:tcPr>
          <w:p w:rsidR="00F83601" w:rsidRPr="004327DA" w:rsidP="00F94D60" w14:paraId="72B7DA62" w14:textId="32799922">
            <w:pPr>
              <w:spacing w:after="0" w:line="240" w:lineRule="auto"/>
              <w:jc w:val="center"/>
              <w:rPr>
                <w:rFonts w:ascii="Aptos" w:hAnsi="Aptos"/>
                <w:sz w:val="18"/>
                <w:szCs w:val="18"/>
              </w:rPr>
            </w:pPr>
            <w:r w:rsidRPr="004327DA">
              <w:rPr>
                <w:rFonts w:ascii="Aptos" w:hAnsi="Aptos"/>
                <w:sz w:val="18"/>
                <w:szCs w:val="18"/>
              </w:rPr>
              <w:t>☐</w:t>
            </w:r>
          </w:p>
        </w:tc>
        <w:tc>
          <w:tcPr>
            <w:tcW w:w="625" w:type="dxa"/>
            <w:tcBorders>
              <w:top w:val="single" w:sz="4" w:space="0" w:color="B7B7B7"/>
              <w:left w:val="single" w:sz="4" w:space="0" w:color="B7B7B7"/>
              <w:bottom w:val="single" w:sz="4" w:space="0" w:color="B7B7B7"/>
              <w:right w:val="single" w:sz="4" w:space="0" w:color="B7B7B7"/>
            </w:tcBorders>
            <w:tcMar>
              <w:top w:w="14" w:type="dxa"/>
              <w:left w:w="29" w:type="dxa"/>
              <w:bottom w:w="14" w:type="dxa"/>
              <w:right w:w="60" w:type="dxa"/>
            </w:tcMar>
            <w:vAlign w:val="center"/>
          </w:tcPr>
          <w:p w:rsidR="00F83601" w:rsidRPr="004327DA" w:rsidP="00F94D60" w14:paraId="1241CD0D" w14:textId="1BEAAB74">
            <w:pPr>
              <w:spacing w:after="0" w:line="240" w:lineRule="auto"/>
              <w:jc w:val="center"/>
              <w:rPr>
                <w:rFonts w:ascii="Aptos" w:hAnsi="Aptos"/>
                <w:sz w:val="18"/>
                <w:szCs w:val="18"/>
              </w:rPr>
            </w:pPr>
            <w:r w:rsidRPr="004327DA">
              <w:rPr>
                <w:rFonts w:ascii="Aptos" w:hAnsi="Aptos"/>
                <w:sz w:val="18"/>
                <w:szCs w:val="18"/>
              </w:rPr>
              <w:t>☐</w:t>
            </w:r>
          </w:p>
        </w:tc>
      </w:tr>
      <w:tr w14:paraId="570DFAB2" w14:textId="77777777" w:rsidTr="00CA27F5">
        <w:tblPrEx>
          <w:tblW w:w="10790" w:type="dxa"/>
          <w:jc w:val="center"/>
          <w:tblLayout w:type="fixed"/>
          <w:tblLook w:val="04A0"/>
        </w:tblPrEx>
        <w:trPr>
          <w:jc w:val="center"/>
        </w:trPr>
        <w:tc>
          <w:tcPr>
            <w:tcW w:w="3685" w:type="dxa"/>
            <w:gridSpan w:val="2"/>
            <w:tcBorders>
              <w:top w:val="single" w:sz="8" w:space="0" w:color="auto"/>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D9EAF7"/>
            <w:tcMar>
              <w:top w:w="29" w:type="dxa"/>
              <w:left w:w="29" w:type="dxa"/>
              <w:bottom w:w="29" w:type="dxa"/>
              <w:right w:w="70" w:type="dxa"/>
            </w:tcMar>
            <w:vAlign w:val="center"/>
          </w:tcPr>
          <w:p w:rsidR="009A719A" w:rsidRPr="00BD2A2C" w:rsidP="00F94D60" w14:paraId="6FF6B5C0" w14:textId="77777777">
            <w:pPr>
              <w:spacing w:after="0" w:line="240" w:lineRule="auto"/>
              <w:rPr>
                <w:rFonts w:ascii="Aptos" w:hAnsi="Aptos"/>
                <w:sz w:val="18"/>
                <w:szCs w:val="18"/>
              </w:rPr>
            </w:pPr>
            <w:r w:rsidRPr="00BD2A2C">
              <w:rPr>
                <w:rFonts w:ascii="Aptos" w:hAnsi="Aptos"/>
                <w:b/>
                <w:sz w:val="18"/>
                <w:szCs w:val="18"/>
              </w:rPr>
              <w:t>D. Identifying information</w:t>
            </w:r>
          </w:p>
        </w:tc>
        <w:tc>
          <w:tcPr>
            <w:tcW w:w="3569" w:type="dxa"/>
            <w:gridSpan w:val="2"/>
            <w:tcBorders>
              <w:top w:val="single" w:sz="8" w:space="0" w:color="auto"/>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D9EAF7"/>
            <w:tcMar>
              <w:top w:w="29" w:type="dxa"/>
              <w:left w:w="29" w:type="dxa"/>
              <w:bottom w:w="29" w:type="dxa"/>
              <w:right w:w="70" w:type="dxa"/>
            </w:tcMar>
            <w:vAlign w:val="center"/>
          </w:tcPr>
          <w:p w:rsidR="009A719A" w:rsidRPr="00BD2A2C" w:rsidP="00F94D60" w14:paraId="66A783F4" w14:textId="77777777">
            <w:pPr>
              <w:spacing w:after="0" w:line="240" w:lineRule="auto"/>
              <w:rPr>
                <w:rFonts w:ascii="Aptos" w:hAnsi="Aptos"/>
                <w:sz w:val="18"/>
                <w:szCs w:val="18"/>
              </w:rPr>
            </w:pPr>
            <w:r w:rsidRPr="00BD2A2C">
              <w:rPr>
                <w:rFonts w:ascii="Aptos" w:hAnsi="Aptos"/>
                <w:b/>
                <w:sz w:val="18"/>
                <w:szCs w:val="18"/>
              </w:rPr>
              <w:t>E. Contact information</w:t>
            </w:r>
          </w:p>
        </w:tc>
        <w:tc>
          <w:tcPr>
            <w:tcW w:w="3536" w:type="dxa"/>
            <w:gridSpan w:val="6"/>
            <w:tcBorders>
              <w:top w:val="single" w:sz="8" w:space="0" w:color="auto"/>
              <w:left w:val="single" w:sz="8" w:space="0" w:color="A6A6A6" w:themeColor="background1" w:themeShade="A6"/>
              <w:bottom w:val="single" w:sz="8" w:space="0" w:color="A6A6A6" w:themeColor="background1" w:themeShade="A6"/>
              <w:right w:val="single" w:sz="8" w:space="0" w:color="A6A6A6" w:themeColor="background1" w:themeShade="A6"/>
            </w:tcBorders>
            <w:shd w:val="clear" w:color="auto" w:fill="D9EAF7"/>
            <w:tcMar>
              <w:top w:w="29" w:type="dxa"/>
              <w:left w:w="29" w:type="dxa"/>
              <w:bottom w:w="29" w:type="dxa"/>
              <w:right w:w="70" w:type="dxa"/>
            </w:tcMar>
            <w:vAlign w:val="center"/>
          </w:tcPr>
          <w:p w:rsidR="009A719A" w:rsidRPr="00BD2A2C" w:rsidP="00F94D60" w14:paraId="437E158F" w14:textId="77777777">
            <w:pPr>
              <w:spacing w:after="0" w:line="240" w:lineRule="auto"/>
              <w:rPr>
                <w:rFonts w:ascii="Aptos" w:hAnsi="Aptos"/>
                <w:sz w:val="18"/>
                <w:szCs w:val="18"/>
              </w:rPr>
            </w:pPr>
            <w:r w:rsidRPr="00BD2A2C">
              <w:rPr>
                <w:rFonts w:ascii="Aptos" w:hAnsi="Aptos"/>
                <w:b/>
                <w:sz w:val="18"/>
                <w:szCs w:val="18"/>
              </w:rPr>
              <w:t>F. U.S. arrival and destination</w:t>
            </w:r>
          </w:p>
        </w:tc>
      </w:tr>
      <w:tr w14:paraId="69C1B2CD" w14:textId="77777777" w:rsidTr="00CA27F5">
        <w:tblPrEx>
          <w:tblW w:w="10790" w:type="dxa"/>
          <w:jc w:val="center"/>
          <w:tblLayout w:type="fixed"/>
          <w:tblLook w:val="04A0"/>
        </w:tblPrEx>
        <w:trPr>
          <w:trHeight w:val="348"/>
          <w:jc w:val="center"/>
        </w:trPr>
        <w:tc>
          <w:tcPr>
            <w:tcW w:w="3685" w:type="dxa"/>
            <w:gridSpan w:val="2"/>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29" w:type="dxa"/>
              <w:left w:w="29" w:type="dxa"/>
              <w:bottom w:w="29" w:type="dxa"/>
              <w:right w:w="70" w:type="dxa"/>
            </w:tcMar>
          </w:tcPr>
          <w:p w:rsidR="007A1B23" w:rsidRPr="004F2066" w:rsidP="00C2678F" w14:paraId="6A4B4A3D" w14:textId="24DCBC90">
            <w:pPr>
              <w:spacing w:before="120" w:after="0" w:line="240" w:lineRule="auto"/>
              <w:rPr>
                <w:rFonts w:ascii="Aptos" w:hAnsi="Aptos"/>
                <w:b/>
                <w:sz w:val="18"/>
                <w:szCs w:val="18"/>
              </w:rPr>
            </w:pPr>
            <w:r w:rsidRPr="004F2066">
              <w:rPr>
                <w:rFonts w:ascii="Aptos" w:hAnsi="Aptos"/>
                <w:b/>
                <w:sz w:val="18"/>
                <w:szCs w:val="18"/>
              </w:rPr>
              <w:t xml:space="preserve">Last/family name: </w:t>
            </w:r>
            <w:r w:rsidRPr="004F2066">
              <w:rPr>
                <w:rFonts w:ascii="Aptos" w:hAnsi="Aptos"/>
                <w:b/>
                <w:bCs/>
                <w:sz w:val="18"/>
                <w:szCs w:val="18"/>
              </w:rPr>
              <w:t>________________________</w:t>
            </w:r>
          </w:p>
          <w:p w:rsidR="00E90E2F" w:rsidP="00C2678F" w14:paraId="28445981" w14:textId="77777777">
            <w:pPr>
              <w:spacing w:before="120" w:after="0" w:line="240" w:lineRule="auto"/>
              <w:rPr>
                <w:rFonts w:ascii="Aptos" w:hAnsi="Aptos"/>
                <w:b/>
                <w:bCs/>
                <w:sz w:val="18"/>
                <w:szCs w:val="18"/>
              </w:rPr>
            </w:pPr>
            <w:r w:rsidRPr="004F2066">
              <w:rPr>
                <w:rFonts w:ascii="Aptos" w:hAnsi="Aptos"/>
                <w:b/>
                <w:bCs/>
                <w:sz w:val="18"/>
                <w:szCs w:val="18"/>
              </w:rPr>
              <w:t>First/given name:</w:t>
            </w:r>
            <w:r w:rsidRPr="009775A3">
              <w:rPr>
                <w:rFonts w:ascii="Aptos" w:hAnsi="Aptos"/>
                <w:b/>
                <w:bCs/>
                <w:sz w:val="18"/>
                <w:szCs w:val="18"/>
              </w:rPr>
              <w:t xml:space="preserve"> </w:t>
            </w:r>
            <w:r w:rsidRPr="003F5EB0">
              <w:rPr>
                <w:rFonts w:ascii="Aptos" w:hAnsi="Aptos"/>
                <w:b/>
                <w:bCs/>
                <w:sz w:val="18"/>
                <w:szCs w:val="18"/>
              </w:rPr>
              <w:t>_______________________</w:t>
            </w:r>
            <w:r>
              <w:rPr>
                <w:rFonts w:ascii="Aptos" w:hAnsi="Aptos"/>
                <w:b/>
                <w:bCs/>
                <w:sz w:val="18"/>
                <w:szCs w:val="18"/>
              </w:rPr>
              <w:t>__</w:t>
            </w:r>
          </w:p>
          <w:p w:rsidR="00E90E2F" w:rsidP="00C2678F" w14:paraId="02B17491" w14:textId="3D09490D">
            <w:pPr>
              <w:spacing w:before="120" w:after="0" w:line="240" w:lineRule="auto"/>
              <w:rPr>
                <w:rFonts w:ascii="Aptos" w:hAnsi="Aptos"/>
                <w:b/>
                <w:bCs/>
                <w:sz w:val="18"/>
                <w:szCs w:val="18"/>
              </w:rPr>
            </w:pPr>
            <w:r w:rsidRPr="004F2066">
              <w:rPr>
                <w:rFonts w:ascii="Aptos" w:hAnsi="Aptos"/>
                <w:sz w:val="18"/>
                <w:szCs w:val="18"/>
              </w:rPr>
              <w:t>Date of birth:</w:t>
            </w:r>
            <w:r w:rsidRPr="003F5EB0">
              <w:rPr>
                <w:rFonts w:ascii="Aptos" w:hAnsi="Aptos"/>
                <w:b/>
                <w:bCs/>
                <w:sz w:val="18"/>
                <w:szCs w:val="18"/>
              </w:rPr>
              <w:t xml:space="preserve"> ____________________________</w:t>
            </w:r>
            <w:r>
              <w:rPr>
                <w:rFonts w:ascii="Aptos" w:hAnsi="Aptos"/>
                <w:b/>
                <w:bCs/>
                <w:sz w:val="18"/>
                <w:szCs w:val="18"/>
              </w:rPr>
              <w:t>__</w:t>
            </w:r>
          </w:p>
          <w:p w:rsidR="00E90E2F" w:rsidP="00C2678F" w14:paraId="568488E8" w14:textId="77777777">
            <w:pPr>
              <w:spacing w:before="120" w:after="0" w:line="240" w:lineRule="auto"/>
              <w:rPr>
                <w:rFonts w:ascii="Aptos" w:hAnsi="Aptos"/>
                <w:sz w:val="18"/>
                <w:szCs w:val="18"/>
              </w:rPr>
            </w:pPr>
            <w:r w:rsidRPr="00BD2A2C">
              <w:rPr>
                <w:rFonts w:ascii="Aptos" w:hAnsi="Aptos"/>
                <w:sz w:val="18"/>
                <w:szCs w:val="18"/>
              </w:rPr>
              <w:t>Passport country</w:t>
            </w:r>
            <w:r>
              <w:rPr>
                <w:rFonts w:ascii="Aptos" w:hAnsi="Aptos"/>
                <w:sz w:val="18"/>
                <w:szCs w:val="18"/>
              </w:rPr>
              <w:t xml:space="preserve"> or area of issuance</w:t>
            </w:r>
            <w:r w:rsidRPr="00BD2A2C">
              <w:rPr>
                <w:rFonts w:ascii="Aptos" w:hAnsi="Aptos"/>
                <w:sz w:val="18"/>
                <w:szCs w:val="18"/>
              </w:rPr>
              <w:t>: ________________</w:t>
            </w:r>
            <w:r>
              <w:rPr>
                <w:rFonts w:ascii="Aptos" w:hAnsi="Aptos"/>
                <w:sz w:val="18"/>
                <w:szCs w:val="18"/>
              </w:rPr>
              <w:t>________________________</w:t>
            </w:r>
            <w:r w:rsidR="00CA60E2">
              <w:rPr>
                <w:rFonts w:ascii="Aptos" w:hAnsi="Aptos"/>
                <w:sz w:val="18"/>
                <w:szCs w:val="18"/>
              </w:rPr>
              <w:t>___</w:t>
            </w:r>
          </w:p>
          <w:p w:rsidR="007A1B23" w:rsidRPr="00E90E2F" w:rsidP="00C2678F" w14:paraId="4E576025" w14:textId="3747BF59">
            <w:pPr>
              <w:spacing w:before="120" w:after="0" w:line="240" w:lineRule="auto"/>
              <w:rPr>
                <w:rFonts w:ascii="Aptos" w:hAnsi="Aptos"/>
                <w:b/>
                <w:bCs/>
                <w:sz w:val="18"/>
                <w:szCs w:val="18"/>
              </w:rPr>
            </w:pPr>
            <w:r w:rsidRPr="00BD2A2C">
              <w:rPr>
                <w:rFonts w:ascii="Aptos" w:hAnsi="Aptos"/>
                <w:sz w:val="18"/>
                <w:szCs w:val="18"/>
              </w:rPr>
              <w:t>Passport number: _____________________</w:t>
            </w:r>
            <w:r>
              <w:rPr>
                <w:rFonts w:ascii="Aptos" w:hAnsi="Aptos"/>
                <w:sz w:val="18"/>
                <w:szCs w:val="18"/>
              </w:rPr>
              <w:t>____</w:t>
            </w:r>
          </w:p>
        </w:tc>
        <w:tc>
          <w:tcPr>
            <w:tcW w:w="3569" w:type="dxa"/>
            <w:gridSpan w:val="2"/>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29" w:type="dxa"/>
              <w:left w:w="29" w:type="dxa"/>
              <w:bottom w:w="29" w:type="dxa"/>
              <w:right w:w="70" w:type="dxa"/>
            </w:tcMar>
          </w:tcPr>
          <w:p w:rsidR="00C12D26" w:rsidP="00346906" w14:paraId="1D53E80F" w14:textId="350C8077">
            <w:pPr>
              <w:spacing w:before="120" w:after="0" w:line="240" w:lineRule="auto"/>
              <w:rPr>
                <w:rFonts w:ascii="Aptos" w:hAnsi="Aptos"/>
                <w:sz w:val="18"/>
                <w:szCs w:val="18"/>
              </w:rPr>
            </w:pPr>
            <w:r w:rsidRPr="004F2066">
              <w:rPr>
                <w:rFonts w:ascii="Aptos" w:hAnsi="Aptos"/>
                <w:sz w:val="18"/>
                <w:szCs w:val="18"/>
              </w:rPr>
              <w:t>Email</w:t>
            </w:r>
            <w:r w:rsidRPr="00BD2A2C">
              <w:rPr>
                <w:rFonts w:ascii="Aptos" w:hAnsi="Aptos"/>
                <w:sz w:val="18"/>
                <w:szCs w:val="18"/>
              </w:rPr>
              <w:t>: ____________________________</w:t>
            </w:r>
            <w:r>
              <w:rPr>
                <w:rFonts w:ascii="Aptos" w:hAnsi="Aptos"/>
                <w:sz w:val="18"/>
                <w:szCs w:val="18"/>
              </w:rPr>
              <w:t>_</w:t>
            </w:r>
            <w:r>
              <w:rPr>
                <w:rFonts w:ascii="Aptos" w:hAnsi="Aptos"/>
                <w:sz w:val="18"/>
                <w:szCs w:val="18"/>
              </w:rPr>
              <w:t>______</w:t>
            </w:r>
          </w:p>
          <w:p w:rsidR="005A4519" w:rsidP="00E90E2F" w14:paraId="0730489D" w14:textId="3BA925EE">
            <w:pPr>
              <w:spacing w:before="120" w:after="0" w:line="240" w:lineRule="auto"/>
              <w:rPr>
                <w:rFonts w:ascii="Aptos" w:hAnsi="Aptos"/>
                <w:sz w:val="18"/>
                <w:szCs w:val="18"/>
              </w:rPr>
            </w:pPr>
            <w:r>
              <w:rPr>
                <w:rFonts w:ascii="Aptos" w:hAnsi="Aptos"/>
                <w:sz w:val="18"/>
                <w:szCs w:val="18"/>
              </w:rPr>
              <w:t>_________________________________________</w:t>
            </w:r>
          </w:p>
          <w:p w:rsidR="00C12D26" w:rsidP="00E90E2F" w14:paraId="0D8BB64F" w14:textId="004A555A">
            <w:pPr>
              <w:spacing w:before="120" w:after="0" w:line="240" w:lineRule="auto"/>
              <w:rPr>
                <w:rFonts w:ascii="Aptos" w:hAnsi="Aptos"/>
                <w:sz w:val="18"/>
                <w:szCs w:val="18"/>
              </w:rPr>
            </w:pPr>
            <w:r w:rsidRPr="004F2066">
              <w:rPr>
                <w:rFonts w:ascii="Aptos" w:hAnsi="Aptos"/>
                <w:b/>
                <w:bCs/>
                <w:sz w:val="18"/>
                <w:szCs w:val="18"/>
              </w:rPr>
              <w:t>Primary phone</w:t>
            </w:r>
            <w:r w:rsidRPr="004F2066">
              <w:rPr>
                <w:rFonts w:ascii="Aptos" w:hAnsi="Aptos"/>
                <w:sz w:val="18"/>
                <w:szCs w:val="18"/>
              </w:rPr>
              <w:t>:</w:t>
            </w:r>
            <w:r w:rsidRPr="009775A3">
              <w:rPr>
                <w:rFonts w:ascii="Aptos" w:hAnsi="Aptos"/>
                <w:sz w:val="18"/>
                <w:szCs w:val="18"/>
              </w:rPr>
              <w:t xml:space="preserve"> </w:t>
            </w:r>
            <w:r w:rsidRPr="00BD2A2C">
              <w:rPr>
                <w:rFonts w:ascii="Aptos" w:hAnsi="Aptos"/>
                <w:sz w:val="18"/>
                <w:szCs w:val="18"/>
              </w:rPr>
              <w:t>+__________________</w:t>
            </w:r>
            <w:r w:rsidR="00CD5723">
              <w:rPr>
                <w:rFonts w:ascii="Aptos" w:hAnsi="Aptos"/>
                <w:sz w:val="18"/>
                <w:szCs w:val="18"/>
              </w:rPr>
              <w:t>_______</w:t>
            </w:r>
          </w:p>
          <w:p w:rsidR="007A1B23" w:rsidP="004B5823" w14:paraId="3D4F2DE6" w14:textId="6CFBA8E8">
            <w:pPr>
              <w:spacing w:after="0" w:line="240" w:lineRule="auto"/>
              <w:rPr>
                <w:rFonts w:ascii="Aptos" w:hAnsi="Aptos"/>
                <w:sz w:val="18"/>
                <w:szCs w:val="18"/>
              </w:rPr>
            </w:pPr>
            <w:r w:rsidRPr="00BD2A2C">
              <w:rPr>
                <w:rFonts w:ascii="Aptos" w:hAnsi="Aptos"/>
                <w:sz w:val="18"/>
                <w:szCs w:val="18"/>
              </w:rPr>
              <w:t>Text? ☐ Yes ☐ No ☐ Unsure</w:t>
            </w:r>
          </w:p>
          <w:p w:rsidR="00C12D26" w:rsidP="004B5823" w14:paraId="0976115C" w14:textId="77777777">
            <w:pPr>
              <w:spacing w:after="0" w:line="240" w:lineRule="auto"/>
              <w:rPr>
                <w:rFonts w:ascii="Aptos" w:hAnsi="Aptos"/>
                <w:sz w:val="18"/>
                <w:szCs w:val="18"/>
              </w:rPr>
            </w:pPr>
            <w:r w:rsidRPr="00BD2A2C">
              <w:rPr>
                <w:rFonts w:ascii="Aptos" w:hAnsi="Aptos"/>
                <w:sz w:val="18"/>
                <w:szCs w:val="18"/>
              </w:rPr>
              <w:t>WhatsApp? ☐ Yes ☐ No ☐ Unsure</w:t>
            </w:r>
          </w:p>
          <w:p w:rsidR="004B5823" w:rsidP="00E90E2F" w14:paraId="2167B8FC" w14:textId="5B9F7281">
            <w:pPr>
              <w:spacing w:before="120" w:after="0" w:line="240" w:lineRule="auto"/>
              <w:rPr>
                <w:rFonts w:ascii="Aptos" w:hAnsi="Aptos"/>
                <w:sz w:val="18"/>
                <w:szCs w:val="18"/>
              </w:rPr>
            </w:pPr>
            <w:r w:rsidRPr="003F5EB0">
              <w:rPr>
                <w:rFonts w:ascii="Aptos" w:hAnsi="Aptos"/>
                <w:sz w:val="18"/>
                <w:szCs w:val="18"/>
              </w:rPr>
              <w:t>Alt phone</w:t>
            </w:r>
            <w:r w:rsidRPr="00BD2A2C">
              <w:rPr>
                <w:rFonts w:ascii="Aptos" w:hAnsi="Aptos"/>
                <w:sz w:val="18"/>
                <w:szCs w:val="18"/>
              </w:rPr>
              <w:t xml:space="preserve">: </w:t>
            </w:r>
            <w:r w:rsidRPr="003F5EB0">
              <w:rPr>
                <w:rFonts w:ascii="Aptos" w:hAnsi="Aptos"/>
                <w:sz w:val="18"/>
                <w:szCs w:val="18"/>
              </w:rPr>
              <w:t>+___</w:t>
            </w:r>
            <w:r w:rsidRPr="00BD2A2C">
              <w:rPr>
                <w:rFonts w:ascii="Aptos" w:hAnsi="Aptos"/>
                <w:sz w:val="18"/>
                <w:szCs w:val="18"/>
              </w:rPr>
              <w:t>______________</w:t>
            </w:r>
            <w:r>
              <w:rPr>
                <w:rFonts w:ascii="Aptos" w:hAnsi="Aptos"/>
                <w:sz w:val="18"/>
                <w:szCs w:val="18"/>
              </w:rPr>
              <w:t>___</w:t>
            </w:r>
            <w:r w:rsidRPr="00BD2A2C">
              <w:rPr>
                <w:rFonts w:ascii="Aptos" w:hAnsi="Aptos"/>
                <w:sz w:val="18"/>
                <w:szCs w:val="18"/>
              </w:rPr>
              <w:t>____</w:t>
            </w:r>
            <w:r w:rsidR="00CD5723">
              <w:rPr>
                <w:rFonts w:ascii="Aptos" w:hAnsi="Aptos"/>
                <w:sz w:val="18"/>
                <w:szCs w:val="18"/>
              </w:rPr>
              <w:t>______</w:t>
            </w:r>
          </w:p>
          <w:p w:rsidR="007A1B23" w:rsidP="004B5823" w14:paraId="6B971BFA" w14:textId="21F72589">
            <w:pPr>
              <w:spacing w:after="0" w:line="240" w:lineRule="auto"/>
              <w:rPr>
                <w:rFonts w:ascii="Aptos" w:hAnsi="Aptos"/>
                <w:sz w:val="18"/>
                <w:szCs w:val="18"/>
              </w:rPr>
            </w:pPr>
            <w:r w:rsidRPr="00BD2A2C">
              <w:rPr>
                <w:rFonts w:ascii="Aptos" w:hAnsi="Aptos"/>
                <w:sz w:val="18"/>
                <w:szCs w:val="18"/>
              </w:rPr>
              <w:t xml:space="preserve">Text? ☐ Yes ☐ No ☐ Unsure </w:t>
            </w:r>
          </w:p>
          <w:p w:rsidR="007A1B23" w:rsidRPr="00BD2A2C" w:rsidP="004B5823" w14:paraId="09105159" w14:textId="57FEF8AE">
            <w:pPr>
              <w:spacing w:after="0" w:line="240" w:lineRule="auto"/>
              <w:rPr>
                <w:rFonts w:ascii="Aptos" w:hAnsi="Aptos"/>
                <w:sz w:val="18"/>
                <w:szCs w:val="18"/>
              </w:rPr>
            </w:pPr>
            <w:r w:rsidRPr="00BD2A2C">
              <w:rPr>
                <w:rFonts w:ascii="Aptos" w:hAnsi="Aptos"/>
                <w:sz w:val="18"/>
                <w:szCs w:val="18"/>
              </w:rPr>
              <w:t>WhatsApp? ☐ Yes ☐ No ☐ Unsure</w:t>
            </w:r>
          </w:p>
        </w:tc>
        <w:tc>
          <w:tcPr>
            <w:tcW w:w="3536" w:type="dxa"/>
            <w:gridSpan w:val="6"/>
            <w:tc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tcBorders>
            <w:tcMar>
              <w:top w:w="29" w:type="dxa"/>
              <w:left w:w="29" w:type="dxa"/>
              <w:bottom w:w="29" w:type="dxa"/>
              <w:right w:w="29" w:type="dxa"/>
            </w:tcMar>
          </w:tcPr>
          <w:p w:rsidR="001679C6" w:rsidRPr="001679C6" w:rsidP="00F94D60" w14:paraId="7F26FA60" w14:textId="1B425CD3">
            <w:pPr>
              <w:spacing w:after="0" w:line="240" w:lineRule="auto"/>
              <w:rPr>
                <w:rFonts w:ascii="Aptos" w:hAnsi="Aptos"/>
                <w:bCs/>
                <w:sz w:val="18"/>
                <w:szCs w:val="18"/>
              </w:rPr>
            </w:pPr>
            <w:r w:rsidRPr="004F2066">
              <w:rPr>
                <w:rFonts w:ascii="Aptos" w:hAnsi="Aptos"/>
                <w:b/>
                <w:sz w:val="18"/>
                <w:szCs w:val="18"/>
              </w:rPr>
              <w:t>Airline</w:t>
            </w:r>
            <w:r w:rsidRPr="001679C6">
              <w:rPr>
                <w:rFonts w:ascii="Aptos" w:hAnsi="Aptos"/>
                <w:sz w:val="18"/>
                <w:szCs w:val="18"/>
              </w:rPr>
              <w:t xml:space="preserve"> (if maritime/land border write “other</w:t>
            </w:r>
            <w:r w:rsidRPr="001679C6">
              <w:rPr>
                <w:rFonts w:ascii="Aptos" w:hAnsi="Aptos"/>
                <w:bCs/>
                <w:sz w:val="18"/>
                <w:szCs w:val="18"/>
              </w:rPr>
              <w:t>”):___________________________</w:t>
            </w:r>
          </w:p>
          <w:p w:rsidR="001679C6" w:rsidRPr="001679C6" w:rsidP="001679C6" w14:paraId="386EA2CD" w14:textId="0C8F1816">
            <w:pPr>
              <w:spacing w:after="0" w:line="240" w:lineRule="auto"/>
              <w:rPr>
                <w:rFonts w:ascii="Aptos" w:hAnsi="Aptos"/>
                <w:bCs/>
                <w:sz w:val="18"/>
                <w:szCs w:val="18"/>
              </w:rPr>
            </w:pPr>
            <w:r w:rsidRPr="001679C6">
              <w:rPr>
                <w:rFonts w:ascii="Aptos" w:hAnsi="Aptos"/>
                <w:b/>
                <w:sz w:val="18"/>
                <w:szCs w:val="18"/>
              </w:rPr>
              <w:t>Flight #</w:t>
            </w:r>
            <w:r w:rsidRPr="001679C6">
              <w:rPr>
                <w:rFonts w:ascii="Aptos" w:hAnsi="Aptos"/>
                <w:bCs/>
                <w:sz w:val="18"/>
                <w:szCs w:val="18"/>
              </w:rPr>
              <w:t xml:space="preserve"> (if maritime</w:t>
            </w:r>
            <w:r w:rsidR="000358F3">
              <w:rPr>
                <w:rFonts w:ascii="Aptos" w:hAnsi="Aptos"/>
                <w:bCs/>
                <w:sz w:val="18"/>
                <w:szCs w:val="18"/>
              </w:rPr>
              <w:t>/</w:t>
            </w:r>
            <w:r w:rsidRPr="001679C6">
              <w:rPr>
                <w:rFonts w:ascii="Aptos" w:hAnsi="Aptos"/>
                <w:bCs/>
                <w:sz w:val="18"/>
                <w:szCs w:val="18"/>
              </w:rPr>
              <w:t>land border write “0000”: ___________________________</w:t>
            </w:r>
          </w:p>
          <w:p w:rsidR="001679C6" w:rsidRPr="001679C6" w:rsidP="001679C6" w14:paraId="076851CA" w14:textId="16FDC58D">
            <w:pPr>
              <w:spacing w:after="0" w:line="240" w:lineRule="auto"/>
              <w:rPr>
                <w:rFonts w:ascii="Aptos" w:hAnsi="Aptos"/>
                <w:b/>
                <w:sz w:val="18"/>
                <w:szCs w:val="18"/>
              </w:rPr>
            </w:pPr>
            <w:r w:rsidRPr="001679C6">
              <w:rPr>
                <w:rFonts w:ascii="Aptos" w:hAnsi="Aptos"/>
                <w:b/>
                <w:sz w:val="18"/>
                <w:szCs w:val="18"/>
              </w:rPr>
              <w:t>Date of U.S. arrival: ____________________</w:t>
            </w:r>
          </w:p>
          <w:p w:rsidR="001679C6" w:rsidRPr="001679C6" w:rsidP="001679C6" w14:paraId="48167884" w14:textId="77777777">
            <w:pPr>
              <w:spacing w:after="0" w:line="240" w:lineRule="auto"/>
              <w:rPr>
                <w:rFonts w:ascii="Aptos" w:hAnsi="Aptos"/>
                <w:bCs/>
                <w:sz w:val="18"/>
                <w:szCs w:val="18"/>
              </w:rPr>
            </w:pPr>
            <w:r w:rsidRPr="001679C6">
              <w:rPr>
                <w:rFonts w:ascii="Aptos" w:hAnsi="Aptos"/>
                <w:b/>
                <w:sz w:val="18"/>
                <w:szCs w:val="18"/>
              </w:rPr>
              <w:t>U.S. port of arrival:</w:t>
            </w:r>
            <w:r w:rsidRPr="001679C6">
              <w:rPr>
                <w:rFonts w:ascii="Aptos" w:hAnsi="Aptos"/>
                <w:bCs/>
                <w:sz w:val="18"/>
                <w:szCs w:val="18"/>
              </w:rPr>
              <w:t xml:space="preserve"> _____________________</w:t>
            </w:r>
          </w:p>
          <w:p w:rsidR="001679C6" w:rsidRPr="001679C6" w:rsidP="001679C6" w14:paraId="211A3A65" w14:textId="69E39DF2">
            <w:pPr>
              <w:spacing w:after="0" w:line="240" w:lineRule="auto"/>
              <w:rPr>
                <w:rFonts w:ascii="Aptos" w:hAnsi="Aptos"/>
                <w:bCs/>
                <w:sz w:val="18"/>
                <w:szCs w:val="18"/>
              </w:rPr>
            </w:pPr>
            <w:r>
              <w:rPr>
                <w:rFonts w:ascii="Aptos" w:hAnsi="Aptos"/>
                <w:b/>
                <w:sz w:val="18"/>
                <w:szCs w:val="18"/>
              </w:rPr>
              <w:t>State where traveler will spend next 1-5 days</w:t>
            </w:r>
            <w:r w:rsidR="003213C7">
              <w:rPr>
                <w:rFonts w:ascii="Aptos" w:hAnsi="Aptos"/>
                <w:b/>
                <w:sz w:val="18"/>
                <w:szCs w:val="18"/>
              </w:rPr>
              <w:t xml:space="preserve">: </w:t>
            </w:r>
            <w:r w:rsidRPr="001679C6">
              <w:rPr>
                <w:rFonts w:ascii="Aptos" w:hAnsi="Aptos"/>
                <w:bCs/>
                <w:sz w:val="18"/>
                <w:szCs w:val="18"/>
              </w:rPr>
              <w:t xml:space="preserve"> ________</w:t>
            </w:r>
          </w:p>
          <w:p w:rsidR="001679C6" w:rsidP="00F94D60" w14:paraId="0C886BFF" w14:textId="77777777">
            <w:pPr>
              <w:spacing w:after="0" w:line="240" w:lineRule="auto"/>
              <w:rPr>
                <w:rFonts w:ascii="Aptos" w:hAnsi="Aptos"/>
                <w:bCs/>
                <w:sz w:val="18"/>
                <w:szCs w:val="18"/>
              </w:rPr>
            </w:pPr>
            <w:r w:rsidRPr="001679C6">
              <w:rPr>
                <w:rFonts w:ascii="Aptos" w:hAnsi="Aptos"/>
                <w:bCs/>
                <w:sz w:val="18"/>
                <w:szCs w:val="18"/>
              </w:rPr>
              <w:t>Street/</w:t>
            </w:r>
            <w:r w:rsidRPr="005F5E58">
              <w:rPr>
                <w:rFonts w:ascii="Aptos" w:hAnsi="Aptos"/>
                <w:b/>
                <w:sz w:val="18"/>
                <w:szCs w:val="18"/>
              </w:rPr>
              <w:t>city</w:t>
            </w:r>
            <w:r w:rsidRPr="001679C6">
              <w:rPr>
                <w:rFonts w:ascii="Aptos" w:hAnsi="Aptos"/>
                <w:bCs/>
                <w:sz w:val="18"/>
                <w:szCs w:val="18"/>
              </w:rPr>
              <w:t>/state/ZIP: __________________</w:t>
            </w:r>
          </w:p>
          <w:p w:rsidR="001679C6" w:rsidP="001679C6" w14:paraId="5197DD29" w14:textId="77777777">
            <w:pPr>
              <w:spacing w:after="0" w:line="240" w:lineRule="auto"/>
              <w:rPr>
                <w:rFonts w:ascii="Aptos" w:hAnsi="Aptos"/>
                <w:sz w:val="18"/>
                <w:szCs w:val="18"/>
              </w:rPr>
            </w:pPr>
            <w:r>
              <w:rPr>
                <w:rFonts w:ascii="Aptos" w:hAnsi="Aptos"/>
                <w:sz w:val="18"/>
                <w:szCs w:val="18"/>
              </w:rPr>
              <w:t>__________________________________________</w:t>
            </w:r>
          </w:p>
          <w:p w:rsidR="007A1B23" w:rsidRPr="001679C6" w:rsidP="00CA60E2" w14:paraId="592A580A" w14:textId="0F21E8AE">
            <w:pPr>
              <w:spacing w:after="0" w:line="240" w:lineRule="auto"/>
              <w:rPr>
                <w:rFonts w:ascii="Aptos" w:hAnsi="Aptos"/>
                <w:sz w:val="18"/>
                <w:szCs w:val="18"/>
              </w:rPr>
            </w:pPr>
            <w:r>
              <w:rPr>
                <w:rFonts w:ascii="Aptos" w:hAnsi="Aptos"/>
                <w:sz w:val="18"/>
                <w:szCs w:val="18"/>
              </w:rPr>
              <w:t>__________________________________________</w:t>
            </w:r>
          </w:p>
        </w:tc>
      </w:tr>
      <w:tr w14:paraId="5F5F11E5" w14:textId="77777777" w:rsidTr="0049377D">
        <w:tblPrEx>
          <w:tblW w:w="10790" w:type="dxa"/>
          <w:jc w:val="center"/>
          <w:tblLayout w:type="fixed"/>
          <w:tblLook w:val="04A0"/>
        </w:tblPrEx>
        <w:trPr>
          <w:trHeight w:val="257"/>
          <w:jc w:val="center"/>
        </w:trPr>
        <w:tc>
          <w:tcPr>
            <w:tcW w:w="9265" w:type="dxa"/>
            <w:gridSpan w:val="7"/>
            <w:tcBorders>
              <w:top w:val="single" w:sz="8" w:space="0" w:color="auto"/>
              <w:left w:val="single" w:sz="4" w:space="0" w:color="B7B7B7"/>
              <w:bottom w:val="single" w:sz="8" w:space="0" w:color="auto"/>
              <w:right w:val="single" w:sz="4" w:space="0" w:color="B7B7B7"/>
            </w:tcBorders>
            <w:shd w:val="clear" w:color="auto" w:fill="D9D9D9" w:themeFill="background1" w:themeFillShade="D9"/>
            <w:tcMar>
              <w:top w:w="29" w:type="dxa"/>
              <w:left w:w="29" w:type="dxa"/>
              <w:bottom w:w="29" w:type="dxa"/>
              <w:right w:w="60" w:type="dxa"/>
            </w:tcMar>
          </w:tcPr>
          <w:p w:rsidR="00327608" w:rsidP="0049377D" w14:paraId="65069DF6" w14:textId="77777777">
            <w:pPr>
              <w:spacing w:after="0" w:line="240" w:lineRule="auto"/>
              <w:rPr>
                <w:rFonts w:ascii="Aptos" w:hAnsi="Aptos"/>
                <w:b/>
                <w:bCs/>
                <w:sz w:val="18"/>
                <w:szCs w:val="18"/>
              </w:rPr>
            </w:pPr>
            <w:r w:rsidRPr="00565B03">
              <w:rPr>
                <w:rFonts w:ascii="Aptos" w:hAnsi="Aptos"/>
                <w:b/>
                <w:bCs/>
                <w:sz w:val="18"/>
                <w:szCs w:val="18"/>
              </w:rPr>
              <w:t>Comments</w:t>
            </w:r>
            <w:r>
              <w:rPr>
                <w:rFonts w:ascii="Aptos" w:hAnsi="Aptos"/>
                <w:b/>
                <w:bCs/>
                <w:sz w:val="18"/>
                <w:szCs w:val="18"/>
              </w:rPr>
              <w:t>/notes:</w:t>
            </w:r>
          </w:p>
        </w:tc>
        <w:tc>
          <w:tcPr>
            <w:tcW w:w="1525" w:type="dxa"/>
            <w:gridSpan w:val="3"/>
            <w:tcBorders>
              <w:top w:val="single" w:sz="8" w:space="0" w:color="auto"/>
              <w:left w:val="single" w:sz="4" w:space="0" w:color="B7B7B7"/>
              <w:bottom w:val="single" w:sz="8" w:space="0" w:color="auto"/>
              <w:right w:val="single" w:sz="4" w:space="0" w:color="B7B7B7"/>
            </w:tcBorders>
            <w:shd w:val="clear" w:color="auto" w:fill="D9D9D9" w:themeFill="background1" w:themeFillShade="D9"/>
            <w:vAlign w:val="center"/>
          </w:tcPr>
          <w:p w:rsidR="00327608" w:rsidP="00174A6C" w14:paraId="7E340D25" w14:textId="77777777">
            <w:pPr>
              <w:tabs>
                <w:tab w:val="left" w:pos="8692"/>
              </w:tabs>
              <w:spacing w:after="0" w:line="240" w:lineRule="auto"/>
              <w:rPr>
                <w:rFonts w:ascii="Aptos" w:hAnsi="Aptos"/>
                <w:b/>
                <w:bCs/>
                <w:sz w:val="18"/>
                <w:szCs w:val="18"/>
              </w:rPr>
            </w:pPr>
            <w:r>
              <w:rPr>
                <w:rFonts w:ascii="Aptos" w:hAnsi="Aptos"/>
                <w:b/>
                <w:bCs/>
                <w:sz w:val="18"/>
                <w:szCs w:val="18"/>
              </w:rPr>
              <w:t>End</w:t>
            </w:r>
            <w:r w:rsidR="0049377D">
              <w:rPr>
                <w:rFonts w:ascii="Aptos" w:hAnsi="Aptos"/>
                <w:b/>
                <w:bCs/>
                <w:sz w:val="18"/>
                <w:szCs w:val="18"/>
              </w:rPr>
              <w:t xml:space="preserve"> </w:t>
            </w:r>
            <w:r>
              <w:rPr>
                <w:rFonts w:ascii="Aptos" w:hAnsi="Aptos"/>
                <w:b/>
                <w:bCs/>
                <w:sz w:val="18"/>
                <w:szCs w:val="18"/>
              </w:rPr>
              <w:t xml:space="preserve">date/time: </w:t>
            </w:r>
          </w:p>
          <w:p w:rsidR="0049377D" w:rsidRPr="0049377D" w:rsidP="00174A6C" w14:paraId="11B4C7BB" w14:textId="40F20E9C">
            <w:pPr>
              <w:tabs>
                <w:tab w:val="left" w:pos="8692"/>
              </w:tabs>
              <w:spacing w:after="0" w:line="240" w:lineRule="auto"/>
              <w:rPr>
                <w:rFonts w:ascii="Aptos" w:hAnsi="Aptos"/>
                <w:b/>
                <w:bCs/>
                <w:sz w:val="18"/>
                <w:szCs w:val="18"/>
              </w:rPr>
            </w:pPr>
          </w:p>
        </w:tc>
      </w:tr>
    </w:tbl>
    <w:p w:rsidR="00620E8E" w:rsidRPr="00BD2A2C" w:rsidP="00F94D60" w14:paraId="1B8D0C9A" w14:textId="0A9E2CD7">
      <w:pPr>
        <w:spacing w:after="0" w:line="240" w:lineRule="auto"/>
        <w:rPr>
          <w:rFonts w:ascii="Aptos" w:hAnsi="Aptos"/>
          <w:sz w:val="18"/>
          <w:szCs w:val="18"/>
        </w:rPr>
      </w:pPr>
    </w:p>
    <w:sectPr w:rsidSect="00670D0C">
      <w:headerReference w:type="even" r:id="rId8"/>
      <w:headerReference w:type="default" r:id="rId9"/>
      <w:footerReference w:type="even" r:id="rId10"/>
      <w:footerReference w:type="default" r:id="rId11"/>
      <w:headerReference w:type="first" r:id="rId12"/>
      <w:footerReference w:type="first" r:id="rId13"/>
      <w:pgSz w:w="12240" w:h="15840" w:orient="portrait"/>
      <w:pgMar w:top="432" w:right="432" w:bottom="432" w:left="432"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altName w:val="Courier New"/>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35216" w14:paraId="2B1B7FF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16FB1" w14:paraId="18770F84" w14:textId="7575C0F1">
    <w:pPr>
      <w:pStyle w:val="Footer"/>
    </w:pPr>
    <w:r w:rsidRPr="004F2066">
      <w:rPr>
        <w:sz w:val="13"/>
        <w:szCs w:val="13"/>
      </w:rPr>
      <w:t>Public reporting burden of this collection of information is estimated to average </w:t>
    </w:r>
    <w:r w:rsidR="00D011E9">
      <w:rPr>
        <w:sz w:val="13"/>
        <w:szCs w:val="13"/>
      </w:rPr>
      <w:t>10</w:t>
    </w:r>
    <w:r w:rsidRPr="004F2066">
      <w:rPr>
        <w:sz w:val="13"/>
        <w:szCs w:val="13"/>
      </w:rPr>
      <w:t> minutes per response, including the time for reviewing instructions, searching existing data sources, gathering, and maintaining the data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CDC, Reports Clearance Officer, 1600 Clifton Rd., MS H21-8, Atlanta, GA 30333, ATTN</w:t>
    </w:r>
    <w:r w:rsidRPr="004F2066">
      <w:rPr>
        <w:sz w:val="13"/>
        <w:szCs w:val="13"/>
      </w:rPr>
      <w:t>:  PRA</w:t>
    </w:r>
    <w:r w:rsidRPr="004F2066">
      <w:rPr>
        <w:sz w:val="13"/>
        <w:szCs w:val="13"/>
      </w:rPr>
      <w:t xml:space="preserve"> (0920</w:t>
    </w:r>
    <w:r w:rsidRPr="004F2066" w:rsidR="005937FD">
      <w:rPr>
        <w:sz w:val="13"/>
        <w:szCs w:val="13"/>
      </w:rPr>
      <w:t>-1469</w:t>
    </w:r>
    <w:r w:rsidRPr="004F2066">
      <w:rPr>
        <w:sz w:val="13"/>
        <w:szCs w:val="13"/>
      </w:rPr>
      <w:t>).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35216" w14:paraId="71919AA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35216" w14:paraId="6D51324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B2988" w:rsidRPr="004F2066" w:rsidP="00BD0DB3" w14:paraId="11EBEE79" w14:textId="2E5ADEB3">
    <w:pPr>
      <w:pStyle w:val="Header"/>
      <w:tabs>
        <w:tab w:val="clear" w:pos="9360"/>
        <w:tab w:val="right" w:pos="11070"/>
      </w:tabs>
    </w:pPr>
    <w:r w:rsidR="2309766A">
      <w:t>Department of Health and Human Servi</w:t>
    </w:r>
    <w:r w:rsidRPr="2309766A" w:rsidR="2309766A">
      <w:rPr>
        <w:sz w:val="14"/>
        <w:szCs w:val="14"/>
      </w:rPr>
      <w:t>ce</w:t>
    </w:r>
    <w:r w:rsidRPr="2309766A" w:rsidR="2309766A">
      <w:rPr>
        <w:sz w:val="14"/>
        <w:szCs w:val="14"/>
      </w:rPr>
      <w:t>s</w:t>
    </w:r>
    <w:r w:rsidR="2309766A">
      <w:t> </w:t>
    </w:r>
    <w:r>
      <w:tab/>
    </w:r>
    <w:r w:rsidR="2309766A">
      <w:t xml:space="preserve">                                                                                                                                    </w:t>
    </w:r>
    <w:r w:rsidR="2309766A">
      <w:t>Version</w:t>
    </w:r>
    <w:r w:rsidR="2309766A">
      <w:t xml:space="preserve"> 0</w:t>
    </w:r>
    <w:r w:rsidR="2309766A">
      <w:t>8/19</w:t>
    </w:r>
    <w:r w:rsidR="2309766A">
      <w:t>/</w:t>
    </w:r>
    <w:r w:rsidR="2309766A">
      <w:t xml:space="preserve">2026, </w:t>
    </w:r>
    <w:r w:rsidR="2309766A">
      <w:t>12</w:t>
    </w:r>
    <w:r w:rsidR="2309766A">
      <w:t>00</w:t>
    </w:r>
    <w:r w:rsidR="2309766A">
      <w:t xml:space="preserve"> ET</w:t>
    </w:r>
    <w:r>
      <w:br/>
    </w:r>
    <w:r w:rsidR="2309766A">
      <w:t xml:space="preserve">Centers for Disease Control and </w:t>
    </w:r>
    <w:r w:rsidR="2309766A">
      <w:t>Prevention  </w:t>
    </w:r>
    <w:r>
      <w:tab/>
    </w:r>
    <w:r w:rsidR="2309766A">
      <w:t xml:space="preserve">                                                                                                                                 </w:t>
    </w:r>
    <w:r>
      <w:tab/>
    </w:r>
    <w:r w:rsidR="2309766A">
      <w:t xml:space="preserve"> OMB Control No: 0920-1469</w:t>
    </w:r>
  </w:p>
  <w:p w:rsidR="00B34918" w:rsidP="00BD0DB3" w14:paraId="564F8B49" w14:textId="11E78432">
    <w:pPr>
      <w:pStyle w:val="Header"/>
      <w:tabs>
        <w:tab w:val="clear" w:pos="9360"/>
        <w:tab w:val="right" w:pos="11070"/>
      </w:tabs>
    </w:pPr>
    <w:r w:rsidR="2309766A">
      <w:t>Form Approved</w:t>
    </w:r>
    <w:r>
      <w:tab/>
    </w:r>
    <w:r w:rsidR="2309766A">
      <w:t xml:space="preserve">                                                                                                                                                                                         </w:t>
    </w:r>
    <w:r>
      <w:tab/>
    </w:r>
    <w:r w:rsidR="2309766A">
      <w:t xml:space="preserve">Exp. Date: </w:t>
    </w:r>
    <w:r w:rsidR="2309766A">
      <w:t>10/31/2026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35216" w14:paraId="71F37FB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99385684">
    <w:abstractNumId w:val="8"/>
  </w:num>
  <w:num w:numId="2" w16cid:durableId="1298295357">
    <w:abstractNumId w:val="6"/>
  </w:num>
  <w:num w:numId="3" w16cid:durableId="1228028215">
    <w:abstractNumId w:val="5"/>
  </w:num>
  <w:num w:numId="4" w16cid:durableId="1117720930">
    <w:abstractNumId w:val="4"/>
  </w:num>
  <w:num w:numId="5" w16cid:durableId="1083257491">
    <w:abstractNumId w:val="7"/>
  </w:num>
  <w:num w:numId="6" w16cid:durableId="1549343818">
    <w:abstractNumId w:val="3"/>
  </w:num>
  <w:num w:numId="7" w16cid:durableId="729889299">
    <w:abstractNumId w:val="2"/>
  </w:num>
  <w:num w:numId="8" w16cid:durableId="293147737">
    <w:abstractNumId w:val="1"/>
  </w:num>
  <w:num w:numId="9" w16cid:durableId="221714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376"/>
    <w:rsid w:val="00001A96"/>
    <w:rsid w:val="00002716"/>
    <w:rsid w:val="00002A13"/>
    <w:rsid w:val="00004FCB"/>
    <w:rsid w:val="000063EC"/>
    <w:rsid w:val="00015267"/>
    <w:rsid w:val="00015DF5"/>
    <w:rsid w:val="0002074F"/>
    <w:rsid w:val="000214E4"/>
    <w:rsid w:val="00022900"/>
    <w:rsid w:val="00025577"/>
    <w:rsid w:val="000259DF"/>
    <w:rsid w:val="00025EDC"/>
    <w:rsid w:val="00030A33"/>
    <w:rsid w:val="00031A96"/>
    <w:rsid w:val="000340E9"/>
    <w:rsid w:val="00034616"/>
    <w:rsid w:val="00035668"/>
    <w:rsid w:val="000358F3"/>
    <w:rsid w:val="00037C9C"/>
    <w:rsid w:val="000432B2"/>
    <w:rsid w:val="000436B1"/>
    <w:rsid w:val="00044306"/>
    <w:rsid w:val="00055843"/>
    <w:rsid w:val="00056B02"/>
    <w:rsid w:val="0006063C"/>
    <w:rsid w:val="00063FC5"/>
    <w:rsid w:val="00065F83"/>
    <w:rsid w:val="00067635"/>
    <w:rsid w:val="00067A96"/>
    <w:rsid w:val="000700D3"/>
    <w:rsid w:val="00070F2F"/>
    <w:rsid w:val="00071AA4"/>
    <w:rsid w:val="0007343D"/>
    <w:rsid w:val="00076898"/>
    <w:rsid w:val="000772AD"/>
    <w:rsid w:val="0007788D"/>
    <w:rsid w:val="0008060A"/>
    <w:rsid w:val="000826C6"/>
    <w:rsid w:val="00083050"/>
    <w:rsid w:val="0008406E"/>
    <w:rsid w:val="000914B8"/>
    <w:rsid w:val="00092719"/>
    <w:rsid w:val="0009508E"/>
    <w:rsid w:val="0009695F"/>
    <w:rsid w:val="000A2547"/>
    <w:rsid w:val="000B76AD"/>
    <w:rsid w:val="000C4757"/>
    <w:rsid w:val="000C515F"/>
    <w:rsid w:val="000C5383"/>
    <w:rsid w:val="000D0E51"/>
    <w:rsid w:val="000D21B0"/>
    <w:rsid w:val="000D5EB7"/>
    <w:rsid w:val="000D649F"/>
    <w:rsid w:val="000E09FC"/>
    <w:rsid w:val="000E7CAF"/>
    <w:rsid w:val="000F2D44"/>
    <w:rsid w:val="000F3840"/>
    <w:rsid w:val="000F5BD7"/>
    <w:rsid w:val="00103CE1"/>
    <w:rsid w:val="00105DF1"/>
    <w:rsid w:val="00106499"/>
    <w:rsid w:val="001075EB"/>
    <w:rsid w:val="0011300A"/>
    <w:rsid w:val="0011398E"/>
    <w:rsid w:val="00114444"/>
    <w:rsid w:val="00116454"/>
    <w:rsid w:val="0011662C"/>
    <w:rsid w:val="00116776"/>
    <w:rsid w:val="0011733D"/>
    <w:rsid w:val="00122332"/>
    <w:rsid w:val="001235C0"/>
    <w:rsid w:val="00125CA9"/>
    <w:rsid w:val="00126FDB"/>
    <w:rsid w:val="00127FEC"/>
    <w:rsid w:val="00130E4B"/>
    <w:rsid w:val="0013140A"/>
    <w:rsid w:val="0013324B"/>
    <w:rsid w:val="0013658B"/>
    <w:rsid w:val="00137858"/>
    <w:rsid w:val="0014280C"/>
    <w:rsid w:val="00145571"/>
    <w:rsid w:val="0015074B"/>
    <w:rsid w:val="00151EC0"/>
    <w:rsid w:val="001544EB"/>
    <w:rsid w:val="00155E8D"/>
    <w:rsid w:val="00160943"/>
    <w:rsid w:val="00160E62"/>
    <w:rsid w:val="0016443E"/>
    <w:rsid w:val="00164495"/>
    <w:rsid w:val="0016736B"/>
    <w:rsid w:val="001679C6"/>
    <w:rsid w:val="00173ADF"/>
    <w:rsid w:val="00174A6C"/>
    <w:rsid w:val="00175DB0"/>
    <w:rsid w:val="0017663D"/>
    <w:rsid w:val="00190512"/>
    <w:rsid w:val="0019087A"/>
    <w:rsid w:val="00193EEF"/>
    <w:rsid w:val="001948FC"/>
    <w:rsid w:val="00195F84"/>
    <w:rsid w:val="001979CA"/>
    <w:rsid w:val="001A1B3F"/>
    <w:rsid w:val="001A21D6"/>
    <w:rsid w:val="001A53B1"/>
    <w:rsid w:val="001B04C4"/>
    <w:rsid w:val="001B0980"/>
    <w:rsid w:val="001B2549"/>
    <w:rsid w:val="001B369C"/>
    <w:rsid w:val="001B6B88"/>
    <w:rsid w:val="001B74C7"/>
    <w:rsid w:val="001B7810"/>
    <w:rsid w:val="001B7A73"/>
    <w:rsid w:val="001C0A57"/>
    <w:rsid w:val="001C2780"/>
    <w:rsid w:val="001C371C"/>
    <w:rsid w:val="001C50F3"/>
    <w:rsid w:val="001C730D"/>
    <w:rsid w:val="001D0D8C"/>
    <w:rsid w:val="001D63F2"/>
    <w:rsid w:val="001E55E6"/>
    <w:rsid w:val="001E5EB2"/>
    <w:rsid w:val="001E7999"/>
    <w:rsid w:val="001F01F6"/>
    <w:rsid w:val="001F1D8C"/>
    <w:rsid w:val="001F284A"/>
    <w:rsid w:val="001F6530"/>
    <w:rsid w:val="00204CC4"/>
    <w:rsid w:val="002063CC"/>
    <w:rsid w:val="00206664"/>
    <w:rsid w:val="00207791"/>
    <w:rsid w:val="00210FFD"/>
    <w:rsid w:val="00212018"/>
    <w:rsid w:val="002126F3"/>
    <w:rsid w:val="002230F7"/>
    <w:rsid w:val="002231A9"/>
    <w:rsid w:val="002261EF"/>
    <w:rsid w:val="00227C74"/>
    <w:rsid w:val="0023053D"/>
    <w:rsid w:val="00230EC2"/>
    <w:rsid w:val="002311AA"/>
    <w:rsid w:val="00234141"/>
    <w:rsid w:val="002345C0"/>
    <w:rsid w:val="00237152"/>
    <w:rsid w:val="00242226"/>
    <w:rsid w:val="00244950"/>
    <w:rsid w:val="00245AF1"/>
    <w:rsid w:val="00246975"/>
    <w:rsid w:val="00246C34"/>
    <w:rsid w:val="00251013"/>
    <w:rsid w:val="00254251"/>
    <w:rsid w:val="002675B4"/>
    <w:rsid w:val="00271FAF"/>
    <w:rsid w:val="00273793"/>
    <w:rsid w:val="002775F5"/>
    <w:rsid w:val="00277A39"/>
    <w:rsid w:val="00280441"/>
    <w:rsid w:val="00280718"/>
    <w:rsid w:val="002836EF"/>
    <w:rsid w:val="002839E1"/>
    <w:rsid w:val="0028523A"/>
    <w:rsid w:val="00286685"/>
    <w:rsid w:val="002871F9"/>
    <w:rsid w:val="002879AE"/>
    <w:rsid w:val="00287C2E"/>
    <w:rsid w:val="0029017D"/>
    <w:rsid w:val="00290961"/>
    <w:rsid w:val="0029171D"/>
    <w:rsid w:val="00293EF0"/>
    <w:rsid w:val="0029639D"/>
    <w:rsid w:val="002A1857"/>
    <w:rsid w:val="002A6350"/>
    <w:rsid w:val="002B022B"/>
    <w:rsid w:val="002B0650"/>
    <w:rsid w:val="002B137A"/>
    <w:rsid w:val="002B3D54"/>
    <w:rsid w:val="002B4A61"/>
    <w:rsid w:val="002B51F8"/>
    <w:rsid w:val="002C1998"/>
    <w:rsid w:val="002C1F2C"/>
    <w:rsid w:val="002C3A31"/>
    <w:rsid w:val="002C5B67"/>
    <w:rsid w:val="002C7B13"/>
    <w:rsid w:val="002D2959"/>
    <w:rsid w:val="002D2ADF"/>
    <w:rsid w:val="002D78DC"/>
    <w:rsid w:val="002E0F76"/>
    <w:rsid w:val="002E1CD2"/>
    <w:rsid w:val="002F3BA2"/>
    <w:rsid w:val="002F6647"/>
    <w:rsid w:val="00300194"/>
    <w:rsid w:val="0030023A"/>
    <w:rsid w:val="00300D7F"/>
    <w:rsid w:val="00303CCB"/>
    <w:rsid w:val="00304B65"/>
    <w:rsid w:val="003069A3"/>
    <w:rsid w:val="00310C9C"/>
    <w:rsid w:val="00316827"/>
    <w:rsid w:val="00317E57"/>
    <w:rsid w:val="00317F04"/>
    <w:rsid w:val="003213C7"/>
    <w:rsid w:val="003215CE"/>
    <w:rsid w:val="003255EF"/>
    <w:rsid w:val="00326F90"/>
    <w:rsid w:val="00327608"/>
    <w:rsid w:val="00332750"/>
    <w:rsid w:val="00332F9A"/>
    <w:rsid w:val="003330F5"/>
    <w:rsid w:val="0034057B"/>
    <w:rsid w:val="00342187"/>
    <w:rsid w:val="003438B9"/>
    <w:rsid w:val="003445EA"/>
    <w:rsid w:val="0034527F"/>
    <w:rsid w:val="003453C2"/>
    <w:rsid w:val="00346906"/>
    <w:rsid w:val="00354360"/>
    <w:rsid w:val="00360429"/>
    <w:rsid w:val="00360563"/>
    <w:rsid w:val="00362382"/>
    <w:rsid w:val="00363DD6"/>
    <w:rsid w:val="00363EE3"/>
    <w:rsid w:val="003643A5"/>
    <w:rsid w:val="003648B3"/>
    <w:rsid w:val="00364E1D"/>
    <w:rsid w:val="003715D0"/>
    <w:rsid w:val="00371C9D"/>
    <w:rsid w:val="003776AA"/>
    <w:rsid w:val="00381B04"/>
    <w:rsid w:val="00382740"/>
    <w:rsid w:val="00383032"/>
    <w:rsid w:val="0038363B"/>
    <w:rsid w:val="00385F16"/>
    <w:rsid w:val="00387F31"/>
    <w:rsid w:val="00390353"/>
    <w:rsid w:val="003910C8"/>
    <w:rsid w:val="00392380"/>
    <w:rsid w:val="003924C2"/>
    <w:rsid w:val="00392D12"/>
    <w:rsid w:val="00394FCF"/>
    <w:rsid w:val="00397AE8"/>
    <w:rsid w:val="003A18EB"/>
    <w:rsid w:val="003A60A7"/>
    <w:rsid w:val="003A6E27"/>
    <w:rsid w:val="003B1DE2"/>
    <w:rsid w:val="003B45CE"/>
    <w:rsid w:val="003C4DF0"/>
    <w:rsid w:val="003C55FC"/>
    <w:rsid w:val="003C6237"/>
    <w:rsid w:val="003C6A0D"/>
    <w:rsid w:val="003C6EB3"/>
    <w:rsid w:val="003C70AA"/>
    <w:rsid w:val="003D060B"/>
    <w:rsid w:val="003D1692"/>
    <w:rsid w:val="003D20C2"/>
    <w:rsid w:val="003D2981"/>
    <w:rsid w:val="003D2A3B"/>
    <w:rsid w:val="003D2B5B"/>
    <w:rsid w:val="003D3173"/>
    <w:rsid w:val="003D60E6"/>
    <w:rsid w:val="003D6FBC"/>
    <w:rsid w:val="003D78B7"/>
    <w:rsid w:val="003E0C6D"/>
    <w:rsid w:val="003F241A"/>
    <w:rsid w:val="003F2901"/>
    <w:rsid w:val="003F2ED6"/>
    <w:rsid w:val="003F2F14"/>
    <w:rsid w:val="003F4452"/>
    <w:rsid w:val="003F5EB0"/>
    <w:rsid w:val="003F7ABA"/>
    <w:rsid w:val="00401B39"/>
    <w:rsid w:val="00401E2E"/>
    <w:rsid w:val="00403901"/>
    <w:rsid w:val="00403BBB"/>
    <w:rsid w:val="00407714"/>
    <w:rsid w:val="00410626"/>
    <w:rsid w:val="0041396A"/>
    <w:rsid w:val="0041479B"/>
    <w:rsid w:val="00417949"/>
    <w:rsid w:val="00421611"/>
    <w:rsid w:val="00422F5B"/>
    <w:rsid w:val="0042613D"/>
    <w:rsid w:val="004327DA"/>
    <w:rsid w:val="004332C3"/>
    <w:rsid w:val="00433A12"/>
    <w:rsid w:val="0043404A"/>
    <w:rsid w:val="0043508A"/>
    <w:rsid w:val="00436179"/>
    <w:rsid w:val="0043734C"/>
    <w:rsid w:val="00437533"/>
    <w:rsid w:val="004420D9"/>
    <w:rsid w:val="00442AC5"/>
    <w:rsid w:val="0044451C"/>
    <w:rsid w:val="00444A16"/>
    <w:rsid w:val="00446CFE"/>
    <w:rsid w:val="00452565"/>
    <w:rsid w:val="004533C2"/>
    <w:rsid w:val="00454597"/>
    <w:rsid w:val="004575FC"/>
    <w:rsid w:val="00457B29"/>
    <w:rsid w:val="0046047A"/>
    <w:rsid w:val="00461DF2"/>
    <w:rsid w:val="00471675"/>
    <w:rsid w:val="004728FE"/>
    <w:rsid w:val="0047378F"/>
    <w:rsid w:val="00476934"/>
    <w:rsid w:val="004775DE"/>
    <w:rsid w:val="00482561"/>
    <w:rsid w:val="00483E53"/>
    <w:rsid w:val="00484791"/>
    <w:rsid w:val="00484A94"/>
    <w:rsid w:val="00485027"/>
    <w:rsid w:val="004852A9"/>
    <w:rsid w:val="00485AA2"/>
    <w:rsid w:val="00487504"/>
    <w:rsid w:val="004908DE"/>
    <w:rsid w:val="004931B0"/>
    <w:rsid w:val="004932C5"/>
    <w:rsid w:val="0049377D"/>
    <w:rsid w:val="004948CD"/>
    <w:rsid w:val="004968AB"/>
    <w:rsid w:val="00496E42"/>
    <w:rsid w:val="004A544F"/>
    <w:rsid w:val="004A5F0F"/>
    <w:rsid w:val="004B0353"/>
    <w:rsid w:val="004B0D45"/>
    <w:rsid w:val="004B1702"/>
    <w:rsid w:val="004B1AD0"/>
    <w:rsid w:val="004B20AD"/>
    <w:rsid w:val="004B2EF8"/>
    <w:rsid w:val="004B45E4"/>
    <w:rsid w:val="004B5823"/>
    <w:rsid w:val="004B5B06"/>
    <w:rsid w:val="004C13EA"/>
    <w:rsid w:val="004C1472"/>
    <w:rsid w:val="004C166A"/>
    <w:rsid w:val="004C73EB"/>
    <w:rsid w:val="004D178A"/>
    <w:rsid w:val="004D1AB1"/>
    <w:rsid w:val="004D1F8F"/>
    <w:rsid w:val="004D281F"/>
    <w:rsid w:val="004E408C"/>
    <w:rsid w:val="004F2066"/>
    <w:rsid w:val="004F41DA"/>
    <w:rsid w:val="004F7F47"/>
    <w:rsid w:val="005036D3"/>
    <w:rsid w:val="00503749"/>
    <w:rsid w:val="005038B4"/>
    <w:rsid w:val="00505659"/>
    <w:rsid w:val="005124CB"/>
    <w:rsid w:val="005139C7"/>
    <w:rsid w:val="00514865"/>
    <w:rsid w:val="00515B6A"/>
    <w:rsid w:val="00517B08"/>
    <w:rsid w:val="00517B49"/>
    <w:rsid w:val="00520268"/>
    <w:rsid w:val="00524B56"/>
    <w:rsid w:val="00525897"/>
    <w:rsid w:val="005258C7"/>
    <w:rsid w:val="0053132F"/>
    <w:rsid w:val="005326CB"/>
    <w:rsid w:val="00532CC1"/>
    <w:rsid w:val="0053502D"/>
    <w:rsid w:val="0053664C"/>
    <w:rsid w:val="00540931"/>
    <w:rsid w:val="005428B6"/>
    <w:rsid w:val="00542A90"/>
    <w:rsid w:val="00543F71"/>
    <w:rsid w:val="0054455B"/>
    <w:rsid w:val="005459E0"/>
    <w:rsid w:val="0054754C"/>
    <w:rsid w:val="00551294"/>
    <w:rsid w:val="0055173B"/>
    <w:rsid w:val="00552E60"/>
    <w:rsid w:val="0055321B"/>
    <w:rsid w:val="00562703"/>
    <w:rsid w:val="00563617"/>
    <w:rsid w:val="005636BE"/>
    <w:rsid w:val="005636EF"/>
    <w:rsid w:val="00565B03"/>
    <w:rsid w:val="0056629F"/>
    <w:rsid w:val="00566795"/>
    <w:rsid w:val="005673D5"/>
    <w:rsid w:val="00567B12"/>
    <w:rsid w:val="00567EC0"/>
    <w:rsid w:val="00572E20"/>
    <w:rsid w:val="00573C08"/>
    <w:rsid w:val="00574259"/>
    <w:rsid w:val="00575310"/>
    <w:rsid w:val="00575547"/>
    <w:rsid w:val="0057743E"/>
    <w:rsid w:val="0058027D"/>
    <w:rsid w:val="00580E2D"/>
    <w:rsid w:val="005822BD"/>
    <w:rsid w:val="00583109"/>
    <w:rsid w:val="005832DD"/>
    <w:rsid w:val="00583357"/>
    <w:rsid w:val="00583638"/>
    <w:rsid w:val="005862D4"/>
    <w:rsid w:val="00587252"/>
    <w:rsid w:val="0058743D"/>
    <w:rsid w:val="00591209"/>
    <w:rsid w:val="00591D3D"/>
    <w:rsid w:val="005937FD"/>
    <w:rsid w:val="0059423A"/>
    <w:rsid w:val="00596E22"/>
    <w:rsid w:val="005A2ECE"/>
    <w:rsid w:val="005A33CA"/>
    <w:rsid w:val="005A40A0"/>
    <w:rsid w:val="005A4519"/>
    <w:rsid w:val="005A5145"/>
    <w:rsid w:val="005B28BB"/>
    <w:rsid w:val="005B28EC"/>
    <w:rsid w:val="005B30C4"/>
    <w:rsid w:val="005B38CA"/>
    <w:rsid w:val="005B4BD7"/>
    <w:rsid w:val="005C1A7E"/>
    <w:rsid w:val="005C37D5"/>
    <w:rsid w:val="005C4138"/>
    <w:rsid w:val="005E1401"/>
    <w:rsid w:val="005E3DB3"/>
    <w:rsid w:val="005E407E"/>
    <w:rsid w:val="005E4F91"/>
    <w:rsid w:val="005E5BD0"/>
    <w:rsid w:val="005E5CD5"/>
    <w:rsid w:val="005E750A"/>
    <w:rsid w:val="005E7E3B"/>
    <w:rsid w:val="005F27D2"/>
    <w:rsid w:val="005F290E"/>
    <w:rsid w:val="005F4A44"/>
    <w:rsid w:val="005F5E58"/>
    <w:rsid w:val="006001C1"/>
    <w:rsid w:val="00600887"/>
    <w:rsid w:val="00602F4B"/>
    <w:rsid w:val="006039A6"/>
    <w:rsid w:val="006048F9"/>
    <w:rsid w:val="006064E6"/>
    <w:rsid w:val="00607393"/>
    <w:rsid w:val="0061308E"/>
    <w:rsid w:val="00615E25"/>
    <w:rsid w:val="00615E4E"/>
    <w:rsid w:val="006162BB"/>
    <w:rsid w:val="0061792B"/>
    <w:rsid w:val="00617B3C"/>
    <w:rsid w:val="00620E8E"/>
    <w:rsid w:val="00622F32"/>
    <w:rsid w:val="00623ECF"/>
    <w:rsid w:val="006271F4"/>
    <w:rsid w:val="00630302"/>
    <w:rsid w:val="00636EA2"/>
    <w:rsid w:val="006373E4"/>
    <w:rsid w:val="00637DD1"/>
    <w:rsid w:val="00641EBB"/>
    <w:rsid w:val="00645750"/>
    <w:rsid w:val="00647977"/>
    <w:rsid w:val="006523C4"/>
    <w:rsid w:val="00655877"/>
    <w:rsid w:val="00660338"/>
    <w:rsid w:val="00662F44"/>
    <w:rsid w:val="00666040"/>
    <w:rsid w:val="0066678C"/>
    <w:rsid w:val="00670D0C"/>
    <w:rsid w:val="00672F5B"/>
    <w:rsid w:val="00673EC3"/>
    <w:rsid w:val="0067758D"/>
    <w:rsid w:val="00682B1E"/>
    <w:rsid w:val="00683718"/>
    <w:rsid w:val="0068552F"/>
    <w:rsid w:val="006909B8"/>
    <w:rsid w:val="00692AB0"/>
    <w:rsid w:val="0069361B"/>
    <w:rsid w:val="006943A4"/>
    <w:rsid w:val="00694C4E"/>
    <w:rsid w:val="00694C58"/>
    <w:rsid w:val="006A0BCD"/>
    <w:rsid w:val="006A2BF9"/>
    <w:rsid w:val="006C5BE0"/>
    <w:rsid w:val="006C6411"/>
    <w:rsid w:val="006D0128"/>
    <w:rsid w:val="006D1470"/>
    <w:rsid w:val="006D41CA"/>
    <w:rsid w:val="006D481B"/>
    <w:rsid w:val="006E004E"/>
    <w:rsid w:val="006E0807"/>
    <w:rsid w:val="006E0A1A"/>
    <w:rsid w:val="006E0E06"/>
    <w:rsid w:val="006E319A"/>
    <w:rsid w:val="006E3F84"/>
    <w:rsid w:val="006E4A82"/>
    <w:rsid w:val="006E5EAE"/>
    <w:rsid w:val="006E72BA"/>
    <w:rsid w:val="006E7B57"/>
    <w:rsid w:val="006F2564"/>
    <w:rsid w:val="006F2AA9"/>
    <w:rsid w:val="006F4C82"/>
    <w:rsid w:val="006F6916"/>
    <w:rsid w:val="006F7715"/>
    <w:rsid w:val="00702498"/>
    <w:rsid w:val="00702D40"/>
    <w:rsid w:val="007037CA"/>
    <w:rsid w:val="00703C9C"/>
    <w:rsid w:val="00710C4B"/>
    <w:rsid w:val="00711B97"/>
    <w:rsid w:val="0071294C"/>
    <w:rsid w:val="00713E73"/>
    <w:rsid w:val="00717C38"/>
    <w:rsid w:val="007221AB"/>
    <w:rsid w:val="0072261E"/>
    <w:rsid w:val="00722769"/>
    <w:rsid w:val="007239BD"/>
    <w:rsid w:val="00727C90"/>
    <w:rsid w:val="00732264"/>
    <w:rsid w:val="00734655"/>
    <w:rsid w:val="00735D8F"/>
    <w:rsid w:val="007368A3"/>
    <w:rsid w:val="00737CAD"/>
    <w:rsid w:val="00737E98"/>
    <w:rsid w:val="007452E0"/>
    <w:rsid w:val="007518F1"/>
    <w:rsid w:val="00753486"/>
    <w:rsid w:val="00755D93"/>
    <w:rsid w:val="00756B6F"/>
    <w:rsid w:val="00760E01"/>
    <w:rsid w:val="007619A0"/>
    <w:rsid w:val="007619DB"/>
    <w:rsid w:val="00766127"/>
    <w:rsid w:val="00772DF9"/>
    <w:rsid w:val="00775B22"/>
    <w:rsid w:val="00780BF9"/>
    <w:rsid w:val="007810BE"/>
    <w:rsid w:val="007812EB"/>
    <w:rsid w:val="00784237"/>
    <w:rsid w:val="007914FA"/>
    <w:rsid w:val="007948A0"/>
    <w:rsid w:val="007A0B88"/>
    <w:rsid w:val="007A1B23"/>
    <w:rsid w:val="007A27FA"/>
    <w:rsid w:val="007A3835"/>
    <w:rsid w:val="007A4386"/>
    <w:rsid w:val="007B1DE4"/>
    <w:rsid w:val="007B75B9"/>
    <w:rsid w:val="007C082E"/>
    <w:rsid w:val="007C13C9"/>
    <w:rsid w:val="007C1738"/>
    <w:rsid w:val="007C4D4C"/>
    <w:rsid w:val="007D1123"/>
    <w:rsid w:val="007D1EC8"/>
    <w:rsid w:val="007D4400"/>
    <w:rsid w:val="007D54F4"/>
    <w:rsid w:val="007E2025"/>
    <w:rsid w:val="007E35EA"/>
    <w:rsid w:val="007E41D3"/>
    <w:rsid w:val="007E52B5"/>
    <w:rsid w:val="007E5D70"/>
    <w:rsid w:val="007F3E54"/>
    <w:rsid w:val="007F7DDE"/>
    <w:rsid w:val="008017E7"/>
    <w:rsid w:val="008038E4"/>
    <w:rsid w:val="00804776"/>
    <w:rsid w:val="00807E17"/>
    <w:rsid w:val="00810B55"/>
    <w:rsid w:val="0081626B"/>
    <w:rsid w:val="008167EB"/>
    <w:rsid w:val="00816828"/>
    <w:rsid w:val="00821DE8"/>
    <w:rsid w:val="008227D0"/>
    <w:rsid w:val="00825B81"/>
    <w:rsid w:val="008272AD"/>
    <w:rsid w:val="00830DEF"/>
    <w:rsid w:val="0083307B"/>
    <w:rsid w:val="008337BC"/>
    <w:rsid w:val="00833AEA"/>
    <w:rsid w:val="0083477C"/>
    <w:rsid w:val="00835216"/>
    <w:rsid w:val="0084285E"/>
    <w:rsid w:val="00842ED6"/>
    <w:rsid w:val="0084335B"/>
    <w:rsid w:val="00845D00"/>
    <w:rsid w:val="008505CF"/>
    <w:rsid w:val="0085122C"/>
    <w:rsid w:val="00851A3E"/>
    <w:rsid w:val="00851BDF"/>
    <w:rsid w:val="00852296"/>
    <w:rsid w:val="00852942"/>
    <w:rsid w:val="00856CE9"/>
    <w:rsid w:val="00857358"/>
    <w:rsid w:val="00862A8F"/>
    <w:rsid w:val="00864DC7"/>
    <w:rsid w:val="008662BB"/>
    <w:rsid w:val="0086648E"/>
    <w:rsid w:val="00872543"/>
    <w:rsid w:val="008727B1"/>
    <w:rsid w:val="008759F6"/>
    <w:rsid w:val="008804E4"/>
    <w:rsid w:val="00880D64"/>
    <w:rsid w:val="0088167D"/>
    <w:rsid w:val="008817A1"/>
    <w:rsid w:val="00881FCF"/>
    <w:rsid w:val="00885363"/>
    <w:rsid w:val="008855E2"/>
    <w:rsid w:val="00886F14"/>
    <w:rsid w:val="00890AC4"/>
    <w:rsid w:val="00890F2A"/>
    <w:rsid w:val="00892692"/>
    <w:rsid w:val="008A0554"/>
    <w:rsid w:val="008A0C47"/>
    <w:rsid w:val="008A118E"/>
    <w:rsid w:val="008A61BE"/>
    <w:rsid w:val="008A763C"/>
    <w:rsid w:val="008B5543"/>
    <w:rsid w:val="008B7C1D"/>
    <w:rsid w:val="008C0EC3"/>
    <w:rsid w:val="008C2477"/>
    <w:rsid w:val="008C284F"/>
    <w:rsid w:val="008C3146"/>
    <w:rsid w:val="008C6741"/>
    <w:rsid w:val="008C6810"/>
    <w:rsid w:val="008C691B"/>
    <w:rsid w:val="008C693C"/>
    <w:rsid w:val="008C6A41"/>
    <w:rsid w:val="008D02A4"/>
    <w:rsid w:val="008D03A8"/>
    <w:rsid w:val="008D0407"/>
    <w:rsid w:val="008D1EB9"/>
    <w:rsid w:val="008D35BC"/>
    <w:rsid w:val="008D6A5D"/>
    <w:rsid w:val="008D7EB8"/>
    <w:rsid w:val="008F05AF"/>
    <w:rsid w:val="008F209D"/>
    <w:rsid w:val="008F2953"/>
    <w:rsid w:val="008F3B83"/>
    <w:rsid w:val="008F4478"/>
    <w:rsid w:val="008F7FA5"/>
    <w:rsid w:val="009019BC"/>
    <w:rsid w:val="00910729"/>
    <w:rsid w:val="009115E1"/>
    <w:rsid w:val="00912374"/>
    <w:rsid w:val="00914AFC"/>
    <w:rsid w:val="009154FE"/>
    <w:rsid w:val="0091674F"/>
    <w:rsid w:val="00922E6D"/>
    <w:rsid w:val="00924E8A"/>
    <w:rsid w:val="00924F5D"/>
    <w:rsid w:val="00925CA2"/>
    <w:rsid w:val="00930C88"/>
    <w:rsid w:val="00931E2B"/>
    <w:rsid w:val="00933C22"/>
    <w:rsid w:val="00935772"/>
    <w:rsid w:val="00935916"/>
    <w:rsid w:val="00937E0C"/>
    <w:rsid w:val="00937E7C"/>
    <w:rsid w:val="0094023F"/>
    <w:rsid w:val="009417F5"/>
    <w:rsid w:val="00943919"/>
    <w:rsid w:val="0094406F"/>
    <w:rsid w:val="00945FD8"/>
    <w:rsid w:val="00953D37"/>
    <w:rsid w:val="0095478A"/>
    <w:rsid w:val="00957820"/>
    <w:rsid w:val="00960794"/>
    <w:rsid w:val="00962BE9"/>
    <w:rsid w:val="00963D3C"/>
    <w:rsid w:val="00964078"/>
    <w:rsid w:val="00965278"/>
    <w:rsid w:val="0096639B"/>
    <w:rsid w:val="0096669F"/>
    <w:rsid w:val="00966790"/>
    <w:rsid w:val="00972667"/>
    <w:rsid w:val="00973110"/>
    <w:rsid w:val="0097435C"/>
    <w:rsid w:val="009775A3"/>
    <w:rsid w:val="00981A8A"/>
    <w:rsid w:val="009846AB"/>
    <w:rsid w:val="00984B36"/>
    <w:rsid w:val="00984E7A"/>
    <w:rsid w:val="0098639C"/>
    <w:rsid w:val="009869F5"/>
    <w:rsid w:val="00987E76"/>
    <w:rsid w:val="0099138E"/>
    <w:rsid w:val="00991DB6"/>
    <w:rsid w:val="009928C9"/>
    <w:rsid w:val="00993293"/>
    <w:rsid w:val="00994250"/>
    <w:rsid w:val="0099490A"/>
    <w:rsid w:val="00996AC7"/>
    <w:rsid w:val="0099762C"/>
    <w:rsid w:val="009976A2"/>
    <w:rsid w:val="00997CC5"/>
    <w:rsid w:val="009A0EDE"/>
    <w:rsid w:val="009A3AAD"/>
    <w:rsid w:val="009A6D0E"/>
    <w:rsid w:val="009A719A"/>
    <w:rsid w:val="009A7E8C"/>
    <w:rsid w:val="009B0A6F"/>
    <w:rsid w:val="009B1D07"/>
    <w:rsid w:val="009C1129"/>
    <w:rsid w:val="009C378D"/>
    <w:rsid w:val="009C5034"/>
    <w:rsid w:val="009C6356"/>
    <w:rsid w:val="009C656B"/>
    <w:rsid w:val="009D58BF"/>
    <w:rsid w:val="009D691C"/>
    <w:rsid w:val="009D697F"/>
    <w:rsid w:val="009D6C49"/>
    <w:rsid w:val="009D7AA3"/>
    <w:rsid w:val="009E172E"/>
    <w:rsid w:val="009E2AB7"/>
    <w:rsid w:val="009E6502"/>
    <w:rsid w:val="009F081A"/>
    <w:rsid w:val="009F29C4"/>
    <w:rsid w:val="009F4DF7"/>
    <w:rsid w:val="009F7506"/>
    <w:rsid w:val="00A00649"/>
    <w:rsid w:val="00A007FA"/>
    <w:rsid w:val="00A00826"/>
    <w:rsid w:val="00A031FF"/>
    <w:rsid w:val="00A0412C"/>
    <w:rsid w:val="00A04558"/>
    <w:rsid w:val="00A04D4C"/>
    <w:rsid w:val="00A0711E"/>
    <w:rsid w:val="00A074A6"/>
    <w:rsid w:val="00A074CA"/>
    <w:rsid w:val="00A10A81"/>
    <w:rsid w:val="00A1741D"/>
    <w:rsid w:val="00A20A41"/>
    <w:rsid w:val="00A21060"/>
    <w:rsid w:val="00A227D4"/>
    <w:rsid w:val="00A250B6"/>
    <w:rsid w:val="00A261AC"/>
    <w:rsid w:val="00A267A9"/>
    <w:rsid w:val="00A2701B"/>
    <w:rsid w:val="00A301F2"/>
    <w:rsid w:val="00A31DCD"/>
    <w:rsid w:val="00A337F6"/>
    <w:rsid w:val="00A36493"/>
    <w:rsid w:val="00A37662"/>
    <w:rsid w:val="00A3795A"/>
    <w:rsid w:val="00A4025E"/>
    <w:rsid w:val="00A4083C"/>
    <w:rsid w:val="00A426B8"/>
    <w:rsid w:val="00A43031"/>
    <w:rsid w:val="00A43BBB"/>
    <w:rsid w:val="00A57705"/>
    <w:rsid w:val="00A62F63"/>
    <w:rsid w:val="00A745D3"/>
    <w:rsid w:val="00A758F1"/>
    <w:rsid w:val="00A919DE"/>
    <w:rsid w:val="00A951A3"/>
    <w:rsid w:val="00A96E65"/>
    <w:rsid w:val="00AA1D8D"/>
    <w:rsid w:val="00AA2BF2"/>
    <w:rsid w:val="00AA368E"/>
    <w:rsid w:val="00AA392F"/>
    <w:rsid w:val="00AA41F1"/>
    <w:rsid w:val="00AA4ECB"/>
    <w:rsid w:val="00AA5276"/>
    <w:rsid w:val="00AA6B0D"/>
    <w:rsid w:val="00AA72F5"/>
    <w:rsid w:val="00AB037F"/>
    <w:rsid w:val="00AB05FB"/>
    <w:rsid w:val="00AB18CB"/>
    <w:rsid w:val="00AB2136"/>
    <w:rsid w:val="00AB2AAE"/>
    <w:rsid w:val="00AB56A7"/>
    <w:rsid w:val="00AB7048"/>
    <w:rsid w:val="00AB7190"/>
    <w:rsid w:val="00AB7D6E"/>
    <w:rsid w:val="00AC0295"/>
    <w:rsid w:val="00AC0EDF"/>
    <w:rsid w:val="00AC1F1B"/>
    <w:rsid w:val="00AC218F"/>
    <w:rsid w:val="00AC3166"/>
    <w:rsid w:val="00AD2D2E"/>
    <w:rsid w:val="00AD2F82"/>
    <w:rsid w:val="00AD6E4B"/>
    <w:rsid w:val="00AE0CB3"/>
    <w:rsid w:val="00AE20D7"/>
    <w:rsid w:val="00AE26E7"/>
    <w:rsid w:val="00AE50AF"/>
    <w:rsid w:val="00AF41A4"/>
    <w:rsid w:val="00AF5F4F"/>
    <w:rsid w:val="00AF748B"/>
    <w:rsid w:val="00B04331"/>
    <w:rsid w:val="00B062E4"/>
    <w:rsid w:val="00B07C4F"/>
    <w:rsid w:val="00B07E9D"/>
    <w:rsid w:val="00B106B0"/>
    <w:rsid w:val="00B10B7F"/>
    <w:rsid w:val="00B16FB1"/>
    <w:rsid w:val="00B16FDE"/>
    <w:rsid w:val="00B2171E"/>
    <w:rsid w:val="00B226BD"/>
    <w:rsid w:val="00B2532A"/>
    <w:rsid w:val="00B27005"/>
    <w:rsid w:val="00B34918"/>
    <w:rsid w:val="00B3583F"/>
    <w:rsid w:val="00B37886"/>
    <w:rsid w:val="00B402F7"/>
    <w:rsid w:val="00B4181D"/>
    <w:rsid w:val="00B47730"/>
    <w:rsid w:val="00B51A7B"/>
    <w:rsid w:val="00B52757"/>
    <w:rsid w:val="00B57F92"/>
    <w:rsid w:val="00B629AE"/>
    <w:rsid w:val="00B6316F"/>
    <w:rsid w:val="00B64B73"/>
    <w:rsid w:val="00B732B0"/>
    <w:rsid w:val="00B7468A"/>
    <w:rsid w:val="00B77EED"/>
    <w:rsid w:val="00B81A17"/>
    <w:rsid w:val="00B81C21"/>
    <w:rsid w:val="00B83851"/>
    <w:rsid w:val="00B84233"/>
    <w:rsid w:val="00B914EA"/>
    <w:rsid w:val="00B9386B"/>
    <w:rsid w:val="00B93C86"/>
    <w:rsid w:val="00B967A4"/>
    <w:rsid w:val="00BA10B4"/>
    <w:rsid w:val="00BA33BA"/>
    <w:rsid w:val="00BA5D11"/>
    <w:rsid w:val="00BA7A7F"/>
    <w:rsid w:val="00BA7D14"/>
    <w:rsid w:val="00BB5C16"/>
    <w:rsid w:val="00BB67C3"/>
    <w:rsid w:val="00BC0E5E"/>
    <w:rsid w:val="00BC2D5C"/>
    <w:rsid w:val="00BC332C"/>
    <w:rsid w:val="00BC376D"/>
    <w:rsid w:val="00BC753B"/>
    <w:rsid w:val="00BD0DB3"/>
    <w:rsid w:val="00BD2A2C"/>
    <w:rsid w:val="00BD52CC"/>
    <w:rsid w:val="00BD583E"/>
    <w:rsid w:val="00BE1F0C"/>
    <w:rsid w:val="00BE313C"/>
    <w:rsid w:val="00BE673D"/>
    <w:rsid w:val="00BE76ED"/>
    <w:rsid w:val="00BF0C10"/>
    <w:rsid w:val="00BF1296"/>
    <w:rsid w:val="00BF1897"/>
    <w:rsid w:val="00BF3261"/>
    <w:rsid w:val="00BF3E69"/>
    <w:rsid w:val="00BF69E4"/>
    <w:rsid w:val="00C006A5"/>
    <w:rsid w:val="00C07AA0"/>
    <w:rsid w:val="00C12D26"/>
    <w:rsid w:val="00C13A8C"/>
    <w:rsid w:val="00C165A9"/>
    <w:rsid w:val="00C25336"/>
    <w:rsid w:val="00C2678F"/>
    <w:rsid w:val="00C3015F"/>
    <w:rsid w:val="00C3143A"/>
    <w:rsid w:val="00C33C9D"/>
    <w:rsid w:val="00C35B70"/>
    <w:rsid w:val="00C36E5E"/>
    <w:rsid w:val="00C4040E"/>
    <w:rsid w:val="00C43C1C"/>
    <w:rsid w:val="00C4491D"/>
    <w:rsid w:val="00C46FC8"/>
    <w:rsid w:val="00C4747F"/>
    <w:rsid w:val="00C47D85"/>
    <w:rsid w:val="00C50C4A"/>
    <w:rsid w:val="00C5185A"/>
    <w:rsid w:val="00C639DB"/>
    <w:rsid w:val="00C63D5E"/>
    <w:rsid w:val="00C66C32"/>
    <w:rsid w:val="00C67DB6"/>
    <w:rsid w:val="00C67FCA"/>
    <w:rsid w:val="00C72803"/>
    <w:rsid w:val="00C73022"/>
    <w:rsid w:val="00C77508"/>
    <w:rsid w:val="00C77690"/>
    <w:rsid w:val="00C81025"/>
    <w:rsid w:val="00C83D8A"/>
    <w:rsid w:val="00C86C41"/>
    <w:rsid w:val="00C91255"/>
    <w:rsid w:val="00C938C4"/>
    <w:rsid w:val="00C9547D"/>
    <w:rsid w:val="00C95BB2"/>
    <w:rsid w:val="00C96512"/>
    <w:rsid w:val="00CA06B3"/>
    <w:rsid w:val="00CA0936"/>
    <w:rsid w:val="00CA17D2"/>
    <w:rsid w:val="00CA2074"/>
    <w:rsid w:val="00CA27F5"/>
    <w:rsid w:val="00CA29B5"/>
    <w:rsid w:val="00CA3779"/>
    <w:rsid w:val="00CA4C3A"/>
    <w:rsid w:val="00CA5235"/>
    <w:rsid w:val="00CA60E2"/>
    <w:rsid w:val="00CA70ED"/>
    <w:rsid w:val="00CA71FE"/>
    <w:rsid w:val="00CB0664"/>
    <w:rsid w:val="00CB0797"/>
    <w:rsid w:val="00CC16AE"/>
    <w:rsid w:val="00CC6601"/>
    <w:rsid w:val="00CC77B9"/>
    <w:rsid w:val="00CC7EB7"/>
    <w:rsid w:val="00CD0538"/>
    <w:rsid w:val="00CD0627"/>
    <w:rsid w:val="00CD250C"/>
    <w:rsid w:val="00CD477C"/>
    <w:rsid w:val="00CD5553"/>
    <w:rsid w:val="00CD5723"/>
    <w:rsid w:val="00CE05F1"/>
    <w:rsid w:val="00CE06E1"/>
    <w:rsid w:val="00CE1F44"/>
    <w:rsid w:val="00CE1F64"/>
    <w:rsid w:val="00CE3834"/>
    <w:rsid w:val="00CE4DBB"/>
    <w:rsid w:val="00CE56D1"/>
    <w:rsid w:val="00CE591E"/>
    <w:rsid w:val="00CE6C89"/>
    <w:rsid w:val="00CE7FED"/>
    <w:rsid w:val="00CF2515"/>
    <w:rsid w:val="00CF4978"/>
    <w:rsid w:val="00CF6C6D"/>
    <w:rsid w:val="00CF7354"/>
    <w:rsid w:val="00D011E9"/>
    <w:rsid w:val="00D03E10"/>
    <w:rsid w:val="00D06B2B"/>
    <w:rsid w:val="00D07B2D"/>
    <w:rsid w:val="00D11FA1"/>
    <w:rsid w:val="00D160E6"/>
    <w:rsid w:val="00D20327"/>
    <w:rsid w:val="00D24958"/>
    <w:rsid w:val="00D24BF8"/>
    <w:rsid w:val="00D24F64"/>
    <w:rsid w:val="00D25B38"/>
    <w:rsid w:val="00D277C1"/>
    <w:rsid w:val="00D27C38"/>
    <w:rsid w:val="00D30614"/>
    <w:rsid w:val="00D30B5C"/>
    <w:rsid w:val="00D30E90"/>
    <w:rsid w:val="00D31D02"/>
    <w:rsid w:val="00D32EC8"/>
    <w:rsid w:val="00D3362E"/>
    <w:rsid w:val="00D35E6D"/>
    <w:rsid w:val="00D43283"/>
    <w:rsid w:val="00D451E6"/>
    <w:rsid w:val="00D45818"/>
    <w:rsid w:val="00D45BFA"/>
    <w:rsid w:val="00D45D3E"/>
    <w:rsid w:val="00D471ED"/>
    <w:rsid w:val="00D52F4A"/>
    <w:rsid w:val="00D542D3"/>
    <w:rsid w:val="00D551D8"/>
    <w:rsid w:val="00D5685D"/>
    <w:rsid w:val="00D62DDD"/>
    <w:rsid w:val="00D64E08"/>
    <w:rsid w:val="00D65A35"/>
    <w:rsid w:val="00D66EEF"/>
    <w:rsid w:val="00D73735"/>
    <w:rsid w:val="00D73A21"/>
    <w:rsid w:val="00D7466D"/>
    <w:rsid w:val="00D747AA"/>
    <w:rsid w:val="00D75AE8"/>
    <w:rsid w:val="00D765FD"/>
    <w:rsid w:val="00D77B8A"/>
    <w:rsid w:val="00D802BF"/>
    <w:rsid w:val="00D8398A"/>
    <w:rsid w:val="00D84AC4"/>
    <w:rsid w:val="00D8537B"/>
    <w:rsid w:val="00D858C9"/>
    <w:rsid w:val="00D8791D"/>
    <w:rsid w:val="00D90FE7"/>
    <w:rsid w:val="00D964E1"/>
    <w:rsid w:val="00D96F75"/>
    <w:rsid w:val="00DA03FF"/>
    <w:rsid w:val="00DA2166"/>
    <w:rsid w:val="00DA295A"/>
    <w:rsid w:val="00DA4061"/>
    <w:rsid w:val="00DA75AC"/>
    <w:rsid w:val="00DB2908"/>
    <w:rsid w:val="00DB2988"/>
    <w:rsid w:val="00DB495E"/>
    <w:rsid w:val="00DB49FC"/>
    <w:rsid w:val="00DB5A51"/>
    <w:rsid w:val="00DB7FD6"/>
    <w:rsid w:val="00DC2F52"/>
    <w:rsid w:val="00DC37A6"/>
    <w:rsid w:val="00DC3AF6"/>
    <w:rsid w:val="00DC7E92"/>
    <w:rsid w:val="00DD01C0"/>
    <w:rsid w:val="00DD045B"/>
    <w:rsid w:val="00DD2192"/>
    <w:rsid w:val="00DD3434"/>
    <w:rsid w:val="00DD4CA4"/>
    <w:rsid w:val="00DD5AB4"/>
    <w:rsid w:val="00DE0A09"/>
    <w:rsid w:val="00DE1CEA"/>
    <w:rsid w:val="00DE3A57"/>
    <w:rsid w:val="00DE548E"/>
    <w:rsid w:val="00DE63C6"/>
    <w:rsid w:val="00DE6AAC"/>
    <w:rsid w:val="00DF2411"/>
    <w:rsid w:val="00DF451F"/>
    <w:rsid w:val="00E00CE0"/>
    <w:rsid w:val="00E022EF"/>
    <w:rsid w:val="00E043B3"/>
    <w:rsid w:val="00E10D98"/>
    <w:rsid w:val="00E120D0"/>
    <w:rsid w:val="00E12AF0"/>
    <w:rsid w:val="00E151D7"/>
    <w:rsid w:val="00E17334"/>
    <w:rsid w:val="00E17CE4"/>
    <w:rsid w:val="00E31445"/>
    <w:rsid w:val="00E3205F"/>
    <w:rsid w:val="00E32CCA"/>
    <w:rsid w:val="00E33981"/>
    <w:rsid w:val="00E34D22"/>
    <w:rsid w:val="00E37727"/>
    <w:rsid w:val="00E40738"/>
    <w:rsid w:val="00E422AD"/>
    <w:rsid w:val="00E458CF"/>
    <w:rsid w:val="00E5225C"/>
    <w:rsid w:val="00E5260D"/>
    <w:rsid w:val="00E53D1F"/>
    <w:rsid w:val="00E55877"/>
    <w:rsid w:val="00E560A6"/>
    <w:rsid w:val="00E5644D"/>
    <w:rsid w:val="00E61320"/>
    <w:rsid w:val="00E629C6"/>
    <w:rsid w:val="00E668AA"/>
    <w:rsid w:val="00E70924"/>
    <w:rsid w:val="00E73E3B"/>
    <w:rsid w:val="00E75F03"/>
    <w:rsid w:val="00E77ECB"/>
    <w:rsid w:val="00E82330"/>
    <w:rsid w:val="00E82C16"/>
    <w:rsid w:val="00E846ED"/>
    <w:rsid w:val="00E90E2F"/>
    <w:rsid w:val="00E9135B"/>
    <w:rsid w:val="00E9149F"/>
    <w:rsid w:val="00E93E78"/>
    <w:rsid w:val="00E93F69"/>
    <w:rsid w:val="00E965D0"/>
    <w:rsid w:val="00E97307"/>
    <w:rsid w:val="00E97BE7"/>
    <w:rsid w:val="00EA153D"/>
    <w:rsid w:val="00EA79FE"/>
    <w:rsid w:val="00EB00DC"/>
    <w:rsid w:val="00EB2173"/>
    <w:rsid w:val="00EC04BF"/>
    <w:rsid w:val="00EC0787"/>
    <w:rsid w:val="00EC0A9D"/>
    <w:rsid w:val="00EC23D4"/>
    <w:rsid w:val="00EC3D2D"/>
    <w:rsid w:val="00EC42BF"/>
    <w:rsid w:val="00EC61B6"/>
    <w:rsid w:val="00EC61EE"/>
    <w:rsid w:val="00ED0BC6"/>
    <w:rsid w:val="00ED0C4F"/>
    <w:rsid w:val="00ED1236"/>
    <w:rsid w:val="00ED189D"/>
    <w:rsid w:val="00ED2418"/>
    <w:rsid w:val="00ED4A70"/>
    <w:rsid w:val="00EE2583"/>
    <w:rsid w:val="00EE28AB"/>
    <w:rsid w:val="00EE34B2"/>
    <w:rsid w:val="00EE4683"/>
    <w:rsid w:val="00EE57B0"/>
    <w:rsid w:val="00EE658F"/>
    <w:rsid w:val="00EF0A05"/>
    <w:rsid w:val="00EF28E7"/>
    <w:rsid w:val="00EF39E1"/>
    <w:rsid w:val="00EF525D"/>
    <w:rsid w:val="00EF6032"/>
    <w:rsid w:val="00EF63E6"/>
    <w:rsid w:val="00EF7D6C"/>
    <w:rsid w:val="00F00EA6"/>
    <w:rsid w:val="00F015D1"/>
    <w:rsid w:val="00F01F6A"/>
    <w:rsid w:val="00F03149"/>
    <w:rsid w:val="00F05D2A"/>
    <w:rsid w:val="00F10D97"/>
    <w:rsid w:val="00F14CAA"/>
    <w:rsid w:val="00F20281"/>
    <w:rsid w:val="00F20951"/>
    <w:rsid w:val="00F2161A"/>
    <w:rsid w:val="00F21B5F"/>
    <w:rsid w:val="00F21E1A"/>
    <w:rsid w:val="00F35CCD"/>
    <w:rsid w:val="00F4018B"/>
    <w:rsid w:val="00F44E89"/>
    <w:rsid w:val="00F462A8"/>
    <w:rsid w:val="00F477D2"/>
    <w:rsid w:val="00F51075"/>
    <w:rsid w:val="00F55F07"/>
    <w:rsid w:val="00F603E5"/>
    <w:rsid w:val="00F61A6E"/>
    <w:rsid w:val="00F64352"/>
    <w:rsid w:val="00F70226"/>
    <w:rsid w:val="00F70AEE"/>
    <w:rsid w:val="00F717DC"/>
    <w:rsid w:val="00F7224C"/>
    <w:rsid w:val="00F81065"/>
    <w:rsid w:val="00F833E6"/>
    <w:rsid w:val="00F83601"/>
    <w:rsid w:val="00F83E4E"/>
    <w:rsid w:val="00F83F7E"/>
    <w:rsid w:val="00F85E0A"/>
    <w:rsid w:val="00F92EC9"/>
    <w:rsid w:val="00F94D60"/>
    <w:rsid w:val="00F95943"/>
    <w:rsid w:val="00F959DF"/>
    <w:rsid w:val="00F95CB9"/>
    <w:rsid w:val="00F96A0C"/>
    <w:rsid w:val="00F96E1B"/>
    <w:rsid w:val="00F97205"/>
    <w:rsid w:val="00FA6EC5"/>
    <w:rsid w:val="00FB17EF"/>
    <w:rsid w:val="00FB2284"/>
    <w:rsid w:val="00FB2461"/>
    <w:rsid w:val="00FB4F4B"/>
    <w:rsid w:val="00FB5524"/>
    <w:rsid w:val="00FC0586"/>
    <w:rsid w:val="00FC4814"/>
    <w:rsid w:val="00FC693F"/>
    <w:rsid w:val="00FC6EB4"/>
    <w:rsid w:val="00FD15E4"/>
    <w:rsid w:val="00FD30A4"/>
    <w:rsid w:val="00FD6036"/>
    <w:rsid w:val="00FD6357"/>
    <w:rsid w:val="00FE1483"/>
    <w:rsid w:val="00FE1B05"/>
    <w:rsid w:val="00FE30E6"/>
    <w:rsid w:val="00FE719A"/>
    <w:rsid w:val="00FF0060"/>
    <w:rsid w:val="00FF1DCB"/>
    <w:rsid w:val="00FF2362"/>
    <w:rsid w:val="00FF5027"/>
    <w:rsid w:val="00FF63F7"/>
    <w:rsid w:val="00FF6B76"/>
    <w:rsid w:val="00FF6C3B"/>
    <w:rsid w:val="010D1D8B"/>
    <w:rsid w:val="01716476"/>
    <w:rsid w:val="041C6DBB"/>
    <w:rsid w:val="042F4761"/>
    <w:rsid w:val="05789118"/>
    <w:rsid w:val="0628DBC4"/>
    <w:rsid w:val="07D5B0B2"/>
    <w:rsid w:val="07E4B769"/>
    <w:rsid w:val="09249825"/>
    <w:rsid w:val="0975D7CC"/>
    <w:rsid w:val="098EE8EE"/>
    <w:rsid w:val="09AAAE3E"/>
    <w:rsid w:val="0B51B45A"/>
    <w:rsid w:val="0E14287E"/>
    <w:rsid w:val="0F137EDD"/>
    <w:rsid w:val="0FA91F27"/>
    <w:rsid w:val="1293E546"/>
    <w:rsid w:val="13CCDBDA"/>
    <w:rsid w:val="14ECD419"/>
    <w:rsid w:val="17311D39"/>
    <w:rsid w:val="1877B830"/>
    <w:rsid w:val="1A03CE7B"/>
    <w:rsid w:val="1D6904A6"/>
    <w:rsid w:val="1E00FA62"/>
    <w:rsid w:val="1E2E029A"/>
    <w:rsid w:val="1ED44443"/>
    <w:rsid w:val="1F1670F3"/>
    <w:rsid w:val="20A610C9"/>
    <w:rsid w:val="20F2930F"/>
    <w:rsid w:val="20FAE69C"/>
    <w:rsid w:val="2309766A"/>
    <w:rsid w:val="2556B9EF"/>
    <w:rsid w:val="263E5EBD"/>
    <w:rsid w:val="27204BAB"/>
    <w:rsid w:val="28AC2274"/>
    <w:rsid w:val="2CDC1074"/>
    <w:rsid w:val="2D3A06D9"/>
    <w:rsid w:val="2DC57DEC"/>
    <w:rsid w:val="2E56317C"/>
    <w:rsid w:val="2EC8DF2E"/>
    <w:rsid w:val="2FBCBE3A"/>
    <w:rsid w:val="30B0D540"/>
    <w:rsid w:val="32416F4F"/>
    <w:rsid w:val="3295307F"/>
    <w:rsid w:val="32F1B2D3"/>
    <w:rsid w:val="335AF563"/>
    <w:rsid w:val="335FD434"/>
    <w:rsid w:val="35303B2B"/>
    <w:rsid w:val="3B49E2CE"/>
    <w:rsid w:val="3D706896"/>
    <w:rsid w:val="3DECBD1D"/>
    <w:rsid w:val="3EA0B9B2"/>
    <w:rsid w:val="431A57B3"/>
    <w:rsid w:val="481703C5"/>
    <w:rsid w:val="481FC1B5"/>
    <w:rsid w:val="48A89BC9"/>
    <w:rsid w:val="4CCBBD2F"/>
    <w:rsid w:val="4CCD09B2"/>
    <w:rsid w:val="4CDD7BA8"/>
    <w:rsid w:val="4DCEF46B"/>
    <w:rsid w:val="4FB97810"/>
    <w:rsid w:val="4FDFF094"/>
    <w:rsid w:val="50316A16"/>
    <w:rsid w:val="55BA1662"/>
    <w:rsid w:val="565C520B"/>
    <w:rsid w:val="5715ADD9"/>
    <w:rsid w:val="595C3F10"/>
    <w:rsid w:val="5A30CC29"/>
    <w:rsid w:val="5D51BFF9"/>
    <w:rsid w:val="5DD31A3A"/>
    <w:rsid w:val="5E642A63"/>
    <w:rsid w:val="5F3BBB75"/>
    <w:rsid w:val="601C4677"/>
    <w:rsid w:val="6125502F"/>
    <w:rsid w:val="6364DFDB"/>
    <w:rsid w:val="63923AEA"/>
    <w:rsid w:val="64BF9C83"/>
    <w:rsid w:val="6569397E"/>
    <w:rsid w:val="6782D073"/>
    <w:rsid w:val="67FC4553"/>
    <w:rsid w:val="69E3B4DE"/>
    <w:rsid w:val="6E2E676B"/>
    <w:rsid w:val="6FA1E72F"/>
    <w:rsid w:val="70A3543C"/>
    <w:rsid w:val="72A06AD3"/>
    <w:rsid w:val="74EABC94"/>
    <w:rsid w:val="7B0D9EAF"/>
    <w:rsid w:val="7B8C24B2"/>
    <w:rsid w:val="7BFF5AA2"/>
    <w:rsid w:val="7EA11438"/>
    <w:rsid w:val="7FF39215"/>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14:defaultImageDpi w14:val="330"/>
  <w14:docId w14:val="4986815F"/>
  <w15:docId w15:val="{247D3D6F-59C3-4C23-A408-59AD93808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Arial" w:eastAsia="Arial" w:hAnsi="Arial"/>
      <w:sz w:val="1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Mention">
    <w:name w:val="Mention"/>
    <w:basedOn w:val="DefaultParagraphFont"/>
    <w:uiPriority w:val="99"/>
    <w:unhideWhenUsed/>
    <w:rsid w:val="0008060A"/>
    <w:rPr>
      <w:color w:val="2B579A"/>
      <w:shd w:val="clear" w:color="auto" w:fill="E1DFDD"/>
    </w:rPr>
  </w:style>
  <w:style w:type="paragraph" w:styleId="Revision">
    <w:name w:val="Revision"/>
    <w:hidden/>
    <w:uiPriority w:val="99"/>
    <w:semiHidden/>
    <w:rsid w:val="003453C2"/>
    <w:pPr>
      <w:spacing w:after="0" w:line="240" w:lineRule="auto"/>
    </w:pPr>
    <w:rPr>
      <w:rFonts w:ascii="Arial" w:eastAsia="Arial" w:hAnsi="Arial"/>
      <w:sz w:val="16"/>
    </w:rPr>
  </w:style>
  <w:style w:type="character" w:customStyle="1" w:styleId="CommentReference1">
    <w:name w:val="Comment Reference1"/>
    <w:basedOn w:val="DefaultParagraphFont"/>
    <w:uiPriority w:val="99"/>
    <w:semiHidden/>
    <w:unhideWhenUsed/>
    <w:rsid w:val="00A267A9"/>
    <w:rPr>
      <w:sz w:val="16"/>
      <w:szCs w:val="16"/>
    </w:rPr>
  </w:style>
  <w:style w:type="paragraph" w:customStyle="1" w:styleId="CommentText1">
    <w:name w:val="Comment Text1"/>
    <w:basedOn w:val="Normal"/>
    <w:uiPriority w:val="99"/>
    <w:unhideWhenUsed/>
    <w:rsid w:val="00A267A9"/>
    <w:pPr>
      <w:spacing w:line="240" w:lineRule="auto"/>
    </w:pPr>
    <w:rPr>
      <w:sz w:val="20"/>
      <w:szCs w:val="20"/>
    </w:rPr>
  </w:style>
  <w:style w:type="paragraph" w:customStyle="1" w:styleId="CommentSubject1">
    <w:name w:val="Comment Subject1"/>
    <w:basedOn w:val="CommentText1"/>
    <w:next w:val="CommentText1"/>
    <w:uiPriority w:val="99"/>
    <w:semiHidden/>
    <w:unhideWhenUsed/>
    <w:rsid w:val="00A267A9"/>
    <w:rPr>
      <w:b/>
      <w:bCs/>
    </w:rPr>
  </w:style>
  <w:style w:type="character" w:customStyle="1" w:styleId="CommentReference">
    <w:name w:val="Comment Reference"/>
    <w:basedOn w:val="DefaultParagraphFont"/>
    <w:uiPriority w:val="99"/>
    <w:semiHidden/>
    <w:unhideWhenUsed/>
    <w:rsid w:val="00A267A9"/>
    <w:rPr>
      <w:sz w:val="16"/>
      <w:szCs w:val="16"/>
    </w:rPr>
  </w:style>
  <w:style w:type="paragraph" w:customStyle="1" w:styleId="CommentText">
    <w:name w:val="Comment Text"/>
    <w:basedOn w:val="Normal"/>
    <w:link w:val="CommentTextChar"/>
    <w:uiPriority w:val="99"/>
    <w:unhideWhenUsed/>
    <w:rsid w:val="00A267A9"/>
    <w:pPr>
      <w:spacing w:line="240" w:lineRule="auto"/>
    </w:pPr>
    <w:rPr>
      <w:sz w:val="20"/>
      <w:szCs w:val="20"/>
    </w:rPr>
  </w:style>
  <w:style w:type="character" w:customStyle="1" w:styleId="CommentTextChar">
    <w:name w:val="Comment Text Char"/>
    <w:basedOn w:val="DefaultParagraphFont"/>
    <w:link w:val="CommentText"/>
    <w:uiPriority w:val="99"/>
    <w:rsid w:val="00A267A9"/>
    <w:rPr>
      <w:rFonts w:ascii="Arial" w:eastAsia="Arial" w:hAnsi="Arial"/>
      <w:sz w:val="20"/>
      <w:szCs w:val="20"/>
    </w:rPr>
  </w:style>
  <w:style w:type="paragraph" w:customStyle="1" w:styleId="CommentSubject">
    <w:name w:val="Comment Subject"/>
    <w:basedOn w:val="CommentText"/>
    <w:next w:val="CommentText"/>
    <w:link w:val="CommentSubjectChar"/>
    <w:uiPriority w:val="99"/>
    <w:semiHidden/>
    <w:unhideWhenUsed/>
    <w:rsid w:val="00A267A9"/>
    <w:rPr>
      <w:b/>
      <w:bCs/>
    </w:rPr>
  </w:style>
  <w:style w:type="character" w:customStyle="1" w:styleId="CommentSubjectChar">
    <w:name w:val="Comment Subject Char"/>
    <w:basedOn w:val="CommentTextChar"/>
    <w:link w:val="CommentSubject"/>
    <w:uiPriority w:val="99"/>
    <w:semiHidden/>
    <w:rsid w:val="00A267A9"/>
    <w:rPr>
      <w:rFonts w:ascii="Arial" w:eastAsia="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c0190e3-c0b1-4e79-b81f-b2cc409a73aa">
      <Terms xmlns="http://schemas.microsoft.com/office/infopath/2007/PartnerControls"/>
    </lcf76f155ced4ddcb4097134ff3c332f>
    <TaxCatchAll xmlns="1fd72b08-0c3b-4c4d-b5b4-79d6f648559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473A12109440440B9551AA9CBCAB351" ma:contentTypeVersion="13" ma:contentTypeDescription="Create a new document." ma:contentTypeScope="" ma:versionID="e23a647c103940eaaae40c5cacdadc95">
  <xsd:schema xmlns:xsd="http://www.w3.org/2001/XMLSchema" xmlns:xs="http://www.w3.org/2001/XMLSchema" xmlns:p="http://schemas.microsoft.com/office/2006/metadata/properties" xmlns:ns2="6c0190e3-c0b1-4e79-b81f-b2cc409a73aa" xmlns:ns3="1fd72b08-0c3b-4c4d-b5b4-79d6f648559c" targetNamespace="http://schemas.microsoft.com/office/2006/metadata/properties" ma:root="true" ma:fieldsID="c00f0329e4c3bf00527578af97380f4b" ns2:_="" ns3:_="">
    <xsd:import namespace="6c0190e3-c0b1-4e79-b81f-b2cc409a73aa"/>
    <xsd:import namespace="1fd72b08-0c3b-4c4d-b5b4-79d6f648559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0190e3-c0b1-4e79-b81f-b2cc409a7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d72b08-0c3b-4c4d-b5b4-79d6f648559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0bfd35b6-1f67-4f66-b119-e9cae404a220}" ma:internalName="TaxCatchAll" ma:showField="CatchAllData" ma:web="1fd72b08-0c3b-4c4d-b5b4-79d6f64855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757A6D-3BE3-4482-91C8-C35300FACA05}">
  <ds:schemaRefs>
    <ds:schemaRef ds:uri="http://schemas.microsoft.com/office/2006/metadata/properties"/>
    <ds:schemaRef ds:uri="http://schemas.microsoft.com/office/infopath/2007/PartnerControls"/>
    <ds:schemaRef ds:uri="cc35be9f-5edb-4dc9-9e17-e2b8fb52edfa"/>
    <ds:schemaRef ds:uri="3c531760-dd4e-4fef-ab42-724b8dfe465a"/>
  </ds:schemaRefs>
</ds:datastoreItem>
</file>

<file path=customXml/itemProps2.xml><?xml version="1.0" encoding="utf-8"?>
<ds:datastoreItem xmlns:ds="http://schemas.openxmlformats.org/officeDocument/2006/customXml" ds:itemID="{16126A7A-A3FA-4880-BA1A-33167EC341DD}">
  <ds:schemaRefs>
    <ds:schemaRef ds:uri="http://schemas.microsoft.com/sharepoint/v3/contenttype/forms"/>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4F2F6892-F0CC-47E8-94AE-623D66968551}">
  <ds:schemaRefs/>
</ds:datastoreItem>
</file>

<file path=docMetadata/LabelInfo.xml><?xml version="1.0" encoding="utf-8"?>
<clbl:labelList xmlns:clbl="http://schemas.microsoft.com/office/2020/mipLabelMetadata">
  <clbl:label id="{9ce70869-60db-44fd-abe8-d2767077fc8f}" enabled="0" method="" siteId="{9ce70869-60db-44fd-abe8-d2767077fc8f}" removed="1"/>
</clbl:labelList>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Daymude, Thomas (Chip) (CDC/NCEZID/OD)</cp:lastModifiedBy>
  <cp:revision>5</cp:revision>
  <dcterms:created xsi:type="dcterms:W3CDTF">2026-08-24T14:22:00Z</dcterms:created>
  <dcterms:modified xsi:type="dcterms:W3CDTF">2026-08-26T15:37:14Z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0x0101005473A12109440440B9551AA9CBCAB351</vt:lpwstr>
  </property>
  <property fmtid="{D5CDD505-2E9C-101B-9397-08002B2CF9AE}" pid="3" name="docLang">
    <vt:lpwstr>en</vt:lpwstr>
  </property>
  <property fmtid="{D5CDD505-2E9C-101B-9397-08002B2CF9AE}" pid="4" name="MediaServiceImageTags">
    <vt:lpwstr/>
  </property>
  <property fmtid="{D5CDD505-2E9C-101B-9397-08002B2CF9AE}" pid="5" name="MSIP_Label_7b94a7b8-f06c-4dfe-bdcc-9b548fd58c31_ActionId">
    <vt:lpwstr>4e69792b-2267-4f23-a729-db70dd409fce</vt:lpwstr>
  </property>
  <property fmtid="{D5CDD505-2E9C-101B-9397-08002B2CF9AE}" pid="6" name="MSIP_Label_7b94a7b8-f06c-4dfe-bdcc-9b548fd58c31_ContentBits">
    <vt:lpwstr>0</vt:lpwstr>
  </property>
  <property fmtid="{D5CDD505-2E9C-101B-9397-08002B2CF9AE}" pid="7" name="MSIP_Label_7b94a7b8-f06c-4dfe-bdcc-9b548fd58c31_Enabled">
    <vt:lpwstr>true</vt:lpwstr>
  </property>
  <property fmtid="{D5CDD505-2E9C-101B-9397-08002B2CF9AE}" pid="8" name="MSIP_Label_7b94a7b8-f06c-4dfe-bdcc-9b548fd58c31_Method">
    <vt:lpwstr>Privileged</vt:lpwstr>
  </property>
  <property fmtid="{D5CDD505-2E9C-101B-9397-08002B2CF9AE}" pid="9" name="MSIP_Label_7b94a7b8-f06c-4dfe-bdcc-9b548fd58c31_Name">
    <vt:lpwstr>7b94a7b8-f06c-4dfe-bdcc-9b548fd58c31</vt:lpwstr>
  </property>
  <property fmtid="{D5CDD505-2E9C-101B-9397-08002B2CF9AE}" pid="10" name="MSIP_Label_7b94a7b8-f06c-4dfe-bdcc-9b548fd58c31_SetDate">
    <vt:lpwstr>2026-05-20T01:53:22Z</vt:lpwstr>
  </property>
  <property fmtid="{D5CDD505-2E9C-101B-9397-08002B2CF9AE}" pid="11" name="MSIP_Label_7b94a7b8-f06c-4dfe-bdcc-9b548fd58c31_SiteId">
    <vt:lpwstr>9ce70869-60db-44fd-abe8-d2767077fc8f</vt:lpwstr>
  </property>
  <property fmtid="{D5CDD505-2E9C-101B-9397-08002B2CF9AE}" pid="12" name="MSIP_Label_7b94a7b8-f06c-4dfe-bdcc-9b548fd58c31_Tag">
    <vt:lpwstr>10, 0, 1, 1</vt:lpwstr>
  </property>
</Properties>
</file>